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Lettre de plainte pour nuisances sonores</w:t>
      </w:r>
    </w:p>
    <w:p>
      <w:r>
        <w:t>[Votre prénom et nom]</w:t>
      </w:r>
    </w:p>
    <w:p>
      <w:r>
        <w:t>[Votre adresse complète]</w:t>
      </w:r>
    </w:p>
    <w:p>
      <w:r>
        <w:t>[Code postal – Ville]</w:t>
      </w:r>
    </w:p>
    <w:p>
      <w:r>
        <w:t>[Téléphone – optionnel]</w:t>
      </w:r>
    </w:p>
    <w:p/>
    <w:p>
      <w:r>
        <w:t>À l’attention de [Monsieur / Madame] [Nom du voisin ou "du résident de l’appartement n°…"]</w:t>
      </w:r>
    </w:p>
    <w:p>
      <w:r>
        <w:t>[Adresse ou indication dans l’immeuble]</w:t>
      </w:r>
    </w:p>
    <w:p/>
    <w:p>
      <w:r>
        <w:t>[Ville], le [Date]</w:t>
      </w:r>
    </w:p>
    <w:p/>
    <w:p>
      <w:r>
        <w:t>Objet : Nuisances sonores répétées</w:t>
      </w:r>
    </w:p>
    <w:p/>
    <w:p>
      <w:r>
        <w:t>Madame, Monsieur,</w:t>
        <w:br/>
        <w:br/>
        <w:t>Je me permets de vous adresser ce courrier concernant des nuisances sonores provenant de votre logement, et qui affectent notre qualité de vie depuis quelque temps.</w:t>
        <w:br/>
        <w:br/>
        <w:t>Il s’agit notamment de [décrire les bruits : musique forte, pas lourds, aboiements, etc.], perçus [préciser les jours et horaires], et provenant de votre logement situé [préciser l'étage ou le numéro d'appartement].</w:t>
        <w:br/>
        <w:br/>
        <w:t>Ces nuisances perturbent notre quotidien, notamment le sommeil de [moi / mes enfants / ma famille], et engendrent un stress au quotidien.</w:t>
        <w:br/>
        <w:br/>
        <w:t>Conscients que chacun a droit à un usage paisible de son domicile, nous espérons que ces désagréments pourront être résolus à l’amiable. Nous vous remercions par avance de bien vouloir prendre les mesures nécessaires afin de réduire ces nuisances.</w:t>
        <w:br/>
        <w:br/>
        <w:t>Je reste à votre disposition pour échanger de vive voix si vous le souhaitez.</w:t>
        <w:br/>
        <w:br/>
        <w:t>Dans l’attente d’un retour favorable de votre part, je vous prie d’agréer, Madame, Monsieur, l’expression de mes salutations distinguées.</w:t>
        <w:br/>
      </w:r>
    </w:p>
    <w:p>
      <w:r>
        <w:t>[Signature]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