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b/>
          <w:color w:val="1F497D"/>
          <w:sz w:val="48"/>
        </w:rPr>
        <w:t>Business Plan - Modèle à Remplir</w:t>
      </w:r>
    </w:p>
    <w:p>
      <w:r>
        <w:br/>
      </w:r>
    </w:p>
    <w:p>
      <w:r>
        <w:rPr>
          <w:b/>
          <w:color w:val="1F497D"/>
          <w:sz w:val="28"/>
        </w:rPr>
        <w:t>1. Résumé Exécutif</w:t>
      </w:r>
    </w:p>
    <w:p>
      <w:pPr>
        <w:spacing w:after="240"/>
      </w:pPr>
      <w:r>
        <w:rPr>
          <w:i/>
          <w:color w:val="969696"/>
        </w:rPr>
        <w:t>Nom de l’entreprise, secteur d’activité...</w:t>
      </w:r>
    </w:p>
    <w:p>
      <w:pPr>
        <w:spacing w:after="240"/>
      </w:pPr>
      <w:r>
        <w:rPr>
          <w:i/>
          <w:color w:val="969696"/>
        </w:rPr>
        <w:t>Objectifs du projet en quelques lignes...</w:t>
      </w:r>
    </w:p>
    <w:p>
      <w:pPr>
        <w:spacing w:after="240"/>
      </w:pPr>
      <w:r>
        <w:rPr>
          <w:i/>
          <w:color w:val="969696"/>
        </w:rPr>
        <w:t>Synthèse des besoins en financement...</w:t>
      </w:r>
    </w:p>
    <w:p>
      <w:r>
        <w:rPr>
          <w:b/>
          <w:color w:val="1F497D"/>
          <w:sz w:val="28"/>
        </w:rPr>
        <w:t>2. Présentation de l’Entreprise</w:t>
      </w:r>
    </w:p>
    <w:p>
      <w:pPr>
        <w:spacing w:after="240"/>
      </w:pPr>
      <w:r>
        <w:rPr>
          <w:i/>
          <w:color w:val="969696"/>
        </w:rPr>
        <w:t>Historique de la création...</w:t>
      </w:r>
    </w:p>
    <w:p>
      <w:pPr>
        <w:spacing w:after="240"/>
      </w:pPr>
      <w:r>
        <w:rPr>
          <w:i/>
          <w:color w:val="969696"/>
        </w:rPr>
        <w:t>Mission, vision et valeurs...</w:t>
      </w:r>
    </w:p>
    <w:p>
      <w:pPr>
        <w:spacing w:after="240"/>
      </w:pPr>
      <w:r>
        <w:rPr>
          <w:i/>
          <w:color w:val="969696"/>
        </w:rPr>
        <w:t>Forme juridique et localisation...</w:t>
      </w:r>
    </w:p>
    <w:p>
      <w:r>
        <w:rPr>
          <w:b/>
          <w:color w:val="1F497D"/>
          <w:sz w:val="28"/>
        </w:rPr>
        <w:t>3. Produits ou Services</w:t>
      </w:r>
    </w:p>
    <w:p>
      <w:pPr>
        <w:spacing w:after="240"/>
      </w:pPr>
      <w:r>
        <w:rPr>
          <w:i/>
          <w:color w:val="969696"/>
        </w:rPr>
        <w:t>Description de l’offre proposée...</w:t>
      </w:r>
    </w:p>
    <w:p>
      <w:pPr>
        <w:spacing w:after="240"/>
      </w:pPr>
      <w:r>
        <w:rPr>
          <w:i/>
          <w:color w:val="969696"/>
        </w:rPr>
        <w:t>Propriété intellectuelle ou brevets éventuels...</w:t>
      </w:r>
    </w:p>
    <w:p>
      <w:pPr>
        <w:spacing w:after="240"/>
      </w:pPr>
      <w:r>
        <w:rPr>
          <w:i/>
          <w:color w:val="969696"/>
        </w:rPr>
        <w:t>Valeur ajoutée pour le client...</w:t>
      </w:r>
    </w:p>
    <w:p>
      <w:r>
        <w:rPr>
          <w:b/>
          <w:color w:val="1F497D"/>
          <w:sz w:val="28"/>
        </w:rPr>
        <w:t>4. Étude de Marché</w:t>
      </w:r>
    </w:p>
    <w:p>
      <w:pPr>
        <w:spacing w:after="240"/>
      </w:pPr>
      <w:r>
        <w:rPr>
          <w:i/>
          <w:color w:val="969696"/>
        </w:rPr>
        <w:t>Données sur le marché visé...</w:t>
      </w:r>
    </w:p>
    <w:p>
      <w:pPr>
        <w:spacing w:after="240"/>
      </w:pPr>
      <w:r>
        <w:rPr>
          <w:i/>
          <w:color w:val="969696"/>
        </w:rPr>
        <w:t>Comportement des clients cibles...</w:t>
      </w:r>
    </w:p>
    <w:p>
      <w:pPr>
        <w:spacing w:after="240"/>
      </w:pPr>
      <w:r>
        <w:rPr>
          <w:i/>
          <w:color w:val="969696"/>
        </w:rPr>
        <w:t>Analyse de la concurrence...</w:t>
      </w:r>
    </w:p>
    <w:p>
      <w:r>
        <w:rPr>
          <w:b/>
          <w:color w:val="1F497D"/>
          <w:sz w:val="28"/>
        </w:rPr>
        <w:t>5. Stratégie Marketing et Commerciale</w:t>
      </w:r>
    </w:p>
    <w:p>
      <w:pPr>
        <w:spacing w:after="240"/>
      </w:pPr>
      <w:r>
        <w:rPr>
          <w:i/>
          <w:color w:val="969696"/>
        </w:rPr>
        <w:t>Canaux de vente envisagés...</w:t>
      </w:r>
    </w:p>
    <w:p>
      <w:pPr>
        <w:spacing w:after="240"/>
      </w:pPr>
      <w:r>
        <w:rPr>
          <w:i/>
          <w:color w:val="969696"/>
        </w:rPr>
        <w:t>Politique de prix...</w:t>
      </w:r>
    </w:p>
    <w:p>
      <w:pPr>
        <w:spacing w:after="240"/>
      </w:pPr>
      <w:r>
        <w:rPr>
          <w:i/>
          <w:color w:val="969696"/>
        </w:rPr>
        <w:t>Plan de communication prévu...</w:t>
      </w:r>
    </w:p>
    <w:p>
      <w:r>
        <w:rPr>
          <w:b/>
          <w:color w:val="1F497D"/>
          <w:sz w:val="28"/>
        </w:rPr>
        <w:t>6. Plan Opérationnel</w:t>
      </w:r>
    </w:p>
    <w:p>
      <w:pPr>
        <w:spacing w:after="240"/>
      </w:pPr>
      <w:r>
        <w:rPr>
          <w:i/>
          <w:color w:val="969696"/>
        </w:rPr>
        <w:t>Moyens techniques et humains...</w:t>
      </w:r>
    </w:p>
    <w:p>
      <w:pPr>
        <w:spacing w:after="240"/>
      </w:pPr>
      <w:r>
        <w:rPr>
          <w:i/>
          <w:color w:val="969696"/>
        </w:rPr>
        <w:t>Emplacement de l’activité...</w:t>
      </w:r>
    </w:p>
    <w:p>
      <w:pPr>
        <w:spacing w:after="240"/>
      </w:pPr>
      <w:r>
        <w:rPr>
          <w:i/>
          <w:color w:val="969696"/>
        </w:rPr>
        <w:t>Partenaires ou fournisseurs...</w:t>
      </w:r>
    </w:p>
    <w:p>
      <w:r>
        <w:rPr>
          <w:b/>
          <w:color w:val="1F497D"/>
          <w:sz w:val="28"/>
        </w:rPr>
        <w:t>7. Équipe Dirigeante</w:t>
      </w:r>
    </w:p>
    <w:p>
      <w:pPr>
        <w:spacing w:after="240"/>
      </w:pPr>
      <w:r>
        <w:rPr>
          <w:i/>
          <w:color w:val="969696"/>
        </w:rPr>
        <w:t>Présentation de l’équipe fondatrice...</w:t>
      </w:r>
    </w:p>
    <w:p>
      <w:pPr>
        <w:spacing w:after="240"/>
      </w:pPr>
      <w:r>
        <w:rPr>
          <w:i/>
          <w:color w:val="969696"/>
        </w:rPr>
        <w:t>Compétences clés et répartition des rôles...</w:t>
      </w:r>
    </w:p>
    <w:p>
      <w:r>
        <w:rPr>
          <w:b/>
          <w:color w:val="1F497D"/>
          <w:sz w:val="28"/>
        </w:rPr>
        <w:t>8. Plan Financier</w:t>
      </w:r>
    </w:p>
    <w:p>
      <w:pPr>
        <w:spacing w:after="240"/>
      </w:pPr>
      <w:r>
        <w:rPr>
          <w:i/>
          <w:color w:val="969696"/>
        </w:rPr>
        <w:t>Prévisions de chiffre d’affaires...</w:t>
      </w:r>
    </w:p>
    <w:p>
      <w:pPr>
        <w:spacing w:after="240"/>
      </w:pPr>
      <w:r>
        <w:rPr>
          <w:i/>
          <w:color w:val="969696"/>
        </w:rPr>
        <w:t>Budget prévisionnel (investissements, charges)...</w:t>
      </w:r>
    </w:p>
    <w:p>
      <w:pPr>
        <w:spacing w:after="240"/>
      </w:pPr>
      <w:r>
        <w:rPr>
          <w:i/>
          <w:color w:val="969696"/>
        </w:rPr>
        <w:t>Besoins en financement chiffrés...</w:t>
      </w:r>
    </w:p>
    <w:p>
      <w:r>
        <w:rPr>
          <w:b/>
          <w:color w:val="1F497D"/>
          <w:sz w:val="28"/>
        </w:rPr>
        <w:t>9. Annexes</w:t>
      </w:r>
    </w:p>
    <w:p>
      <w:pPr>
        <w:spacing w:after="240"/>
      </w:pPr>
      <w:r>
        <w:rPr>
          <w:i/>
          <w:color w:val="969696"/>
        </w:rPr>
        <w:t>Documents complémentaires à joindre (CV, devis, contrats...)</w:t>
      </w:r>
    </w:p>
    <w:sectPr w:rsidR="00FC693F" w:rsidRPr="0006063C" w:rsidSect="00034616">
      <w:background w:color="EDF2F8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