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📄 PROCÉDURE DE REMPLISSAGE D’UN BON D’INTERVENTION</w:t>
      </w:r>
    </w:p>
    <w:p/>
    <w:p>
      <w:r>
        <w:rPr>
          <w:b/>
          <w:color w:val="305496"/>
          <w:sz w:val="24"/>
        </w:rPr>
        <w:t>🆔 1. INFORMATIONS GÉNÉRALES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Numéro du bon</w:t>
            </w:r>
          </w:p>
        </w:tc>
        <w:tc>
          <w:tcPr>
            <w:tcW w:type="dxa" w:w="4320"/>
          </w:tcPr>
          <w:p>
            <w:r>
              <w:t>Numérotation unique (automatique ou manuelle)</w:t>
            </w:r>
          </w:p>
        </w:tc>
      </w:tr>
      <w:tr>
        <w:tc>
          <w:tcPr>
            <w:tcW w:type="dxa" w:w="4320"/>
          </w:tcPr>
          <w:p>
            <w:r>
              <w:t>Date de la demande</w:t>
            </w:r>
          </w:p>
        </w:tc>
        <w:tc>
          <w:tcPr>
            <w:tcW w:type="dxa" w:w="4320"/>
          </w:tcPr>
          <w:p>
            <w:r>
              <w:t>Format : JJ/MM/AAAA</w:t>
            </w:r>
          </w:p>
        </w:tc>
      </w:tr>
      <w:tr>
        <w:tc>
          <w:tcPr>
            <w:tcW w:type="dxa" w:w="4320"/>
          </w:tcPr>
          <w:p>
            <w:r>
              <w:t>Service demandeur</w:t>
            </w:r>
          </w:p>
        </w:tc>
        <w:tc>
          <w:tcPr>
            <w:tcW w:type="dxa" w:w="4320"/>
          </w:tcPr>
          <w:p>
            <w:r>
              <w:t>Ex. : Production, Logistique, Bureau d’études</w:t>
            </w:r>
          </w:p>
        </w:tc>
      </w:tr>
      <w:tr>
        <w:tc>
          <w:tcPr>
            <w:tcW w:type="dxa" w:w="4320"/>
          </w:tcPr>
          <w:p>
            <w:r>
              <w:t>Localisation de l’équipement</w:t>
            </w:r>
          </w:p>
        </w:tc>
        <w:tc>
          <w:tcPr>
            <w:tcW w:type="dxa" w:w="4320"/>
          </w:tcPr>
          <w:p>
            <w:r>
              <w:t>Bâtiment / Zone / Machine précise</w:t>
            </w:r>
          </w:p>
        </w:tc>
      </w:tr>
    </w:tbl>
    <w:p/>
    <w:p>
      <w:r>
        <w:rPr>
          <w:b/>
          <w:color w:val="305496"/>
          <w:sz w:val="24"/>
        </w:rPr>
        <w:t>👤 2. IDENTIFICATION DU DEMANDEUR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Nom / Prénom du demandeur</w:t>
            </w:r>
          </w:p>
        </w:tc>
        <w:tc>
          <w:tcPr>
            <w:tcW w:type="dxa" w:w="4320"/>
          </w:tcPr>
          <w:p>
            <w:r>
              <w:t>Renseigner en lettres majuscules</w:t>
            </w:r>
          </w:p>
        </w:tc>
      </w:tr>
      <w:tr>
        <w:tc>
          <w:tcPr>
            <w:tcW w:type="dxa" w:w="4320"/>
          </w:tcPr>
          <w:p>
            <w:r>
              <w:t>Fonction</w:t>
            </w:r>
          </w:p>
        </w:tc>
        <w:tc>
          <w:tcPr>
            <w:tcW w:type="dxa" w:w="4320"/>
          </w:tcPr>
          <w:p>
            <w:r>
              <w:t>Ex. : Responsable maintenance, Opérateur</w:t>
            </w:r>
          </w:p>
        </w:tc>
      </w:tr>
      <w:tr>
        <w:tc>
          <w:tcPr>
            <w:tcW w:type="dxa" w:w="4320"/>
          </w:tcPr>
          <w:p>
            <w:r>
              <w:t>Contact (tél. ou email)</w:t>
            </w:r>
          </w:p>
        </w:tc>
        <w:tc>
          <w:tcPr>
            <w:tcW w:type="dxa" w:w="4320"/>
          </w:tcPr>
          <w:p>
            <w:r>
              <w:t>Pour toute demande de précision</w:t>
            </w:r>
          </w:p>
        </w:tc>
      </w:tr>
    </w:tbl>
    <w:p/>
    <w:p>
      <w:r>
        <w:rPr>
          <w:b/>
          <w:color w:val="305496"/>
          <w:sz w:val="24"/>
        </w:rPr>
        <w:t>⚙️ 3. NATURE DE L’INTERVENTION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Type d’intervention</w:t>
            </w:r>
          </w:p>
        </w:tc>
        <w:tc>
          <w:tcPr>
            <w:tcW w:type="dxa" w:w="4320"/>
          </w:tcPr>
          <w:p>
            <w:r>
              <w:t>Corrective / Préventive / Améliorative</w:t>
            </w:r>
          </w:p>
        </w:tc>
      </w:tr>
      <w:tr>
        <w:tc>
          <w:tcPr>
            <w:tcW w:type="dxa" w:w="4320"/>
          </w:tcPr>
          <w:p>
            <w:r>
              <w:t>Description du problème</w:t>
            </w:r>
          </w:p>
        </w:tc>
        <w:tc>
          <w:tcPr>
            <w:tcW w:type="dxa" w:w="4320"/>
          </w:tcPr>
          <w:p>
            <w:r>
              <w:t>Symptômes observés, bruit, alarme, blocage…</w:t>
            </w:r>
          </w:p>
        </w:tc>
      </w:tr>
      <w:tr>
        <w:tc>
          <w:tcPr>
            <w:tcW w:type="dxa" w:w="4320"/>
          </w:tcPr>
          <w:p>
            <w:r>
              <w:t>Niveau d’urgence</w:t>
            </w:r>
          </w:p>
        </w:tc>
        <w:tc>
          <w:tcPr>
            <w:tcW w:type="dxa" w:w="4320"/>
          </w:tcPr>
          <w:p>
            <w:r>
              <w:t>Haute / Moyenne / Faible</w:t>
            </w:r>
          </w:p>
        </w:tc>
      </w:tr>
      <w:tr>
        <w:tc>
          <w:tcPr>
            <w:tcW w:type="dxa" w:w="4320"/>
          </w:tcPr>
          <w:p>
            <w:r>
              <w:t>Équipement concerné</w:t>
            </w:r>
          </w:p>
        </w:tc>
        <w:tc>
          <w:tcPr>
            <w:tcW w:type="dxa" w:w="4320"/>
          </w:tcPr>
          <w:p>
            <w:r>
              <w:t>Nom, code ou numéro d’inventaire</w:t>
            </w:r>
          </w:p>
        </w:tc>
      </w:tr>
    </w:tbl>
    <w:p/>
    <w:p>
      <w:r>
        <w:rPr>
          <w:b/>
          <w:color w:val="305496"/>
          <w:sz w:val="24"/>
        </w:rPr>
        <w:t>🛠️ 4. RÉALISATION DE L’INTERVENTION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Date et heure de début / fin</w:t>
            </w:r>
          </w:p>
        </w:tc>
        <w:tc>
          <w:tcPr>
            <w:tcW w:type="dxa" w:w="4320"/>
          </w:tcPr>
          <w:p>
            <w:r>
              <w:t>Horodatage précis</w:t>
            </w:r>
          </w:p>
        </w:tc>
      </w:tr>
      <w:tr>
        <w:tc>
          <w:tcPr>
            <w:tcW w:type="dxa" w:w="4320"/>
          </w:tcPr>
          <w:p>
            <w:r>
              <w:t>Description des actions</w:t>
            </w:r>
          </w:p>
        </w:tc>
        <w:tc>
          <w:tcPr>
            <w:tcW w:type="dxa" w:w="4320"/>
          </w:tcPr>
          <w:p>
            <w:r>
              <w:t>Étapes réalisées, pièces remplacées, tests</w:t>
            </w:r>
          </w:p>
        </w:tc>
      </w:tr>
      <w:tr>
        <w:tc>
          <w:tcPr>
            <w:tcW w:type="dxa" w:w="4320"/>
          </w:tcPr>
          <w:p>
            <w:r>
              <w:t>Pièces utilisées</w:t>
            </w:r>
          </w:p>
        </w:tc>
        <w:tc>
          <w:tcPr>
            <w:tcW w:type="dxa" w:w="4320"/>
          </w:tcPr>
          <w:p>
            <w:r>
              <w:t>Références, quantités, état</w:t>
            </w:r>
          </w:p>
        </w:tc>
      </w:tr>
      <w:tr>
        <w:tc>
          <w:tcPr>
            <w:tcW w:type="dxa" w:w="4320"/>
          </w:tcPr>
          <w:p>
            <w:r>
              <w:t>Résultat</w:t>
            </w:r>
          </w:p>
        </w:tc>
        <w:tc>
          <w:tcPr>
            <w:tcW w:type="dxa" w:w="4320"/>
          </w:tcPr>
          <w:p>
            <w:r>
              <w:t>Machine redémarrée ? Vérifiée ? En attente ?</w:t>
            </w:r>
          </w:p>
        </w:tc>
      </w:tr>
    </w:tbl>
    <w:p/>
    <w:p>
      <w:r>
        <w:rPr>
          <w:b/>
          <w:color w:val="305496"/>
          <w:sz w:val="24"/>
        </w:rPr>
        <w:t>✅ 5. VALIDATION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Nom et signature du technicien</w:t>
            </w:r>
          </w:p>
        </w:tc>
        <w:tc>
          <w:tcPr>
            <w:tcW w:type="dxa" w:w="4320"/>
          </w:tcPr>
          <w:p>
            <w:r>
              <w:t>Obligatoire</w:t>
            </w:r>
          </w:p>
        </w:tc>
      </w:tr>
      <w:tr>
        <w:tc>
          <w:tcPr>
            <w:tcW w:type="dxa" w:w="4320"/>
          </w:tcPr>
          <w:p>
            <w:r>
              <w:t>Nom et signature du validateur</w:t>
            </w:r>
          </w:p>
        </w:tc>
        <w:tc>
          <w:tcPr>
            <w:tcW w:type="dxa" w:w="4320"/>
          </w:tcPr>
          <w:p>
            <w:r>
              <w:t>Responsable prod / maintenance…</w:t>
            </w:r>
          </w:p>
        </w:tc>
      </w:tr>
      <w:tr>
        <w:tc>
          <w:tcPr>
            <w:tcW w:type="dxa" w:w="4320"/>
          </w:tcPr>
          <w:p>
            <w:r>
              <w:t>Suivi à prévoir</w:t>
            </w:r>
          </w:p>
        </w:tc>
        <w:tc>
          <w:tcPr>
            <w:tcW w:type="dxa" w:w="4320"/>
          </w:tcPr>
          <w:p>
            <w:r>
              <w:t>Contrôle dans 24h / Intervention programmée…</w:t>
            </w:r>
          </w:p>
        </w:tc>
      </w:tr>
    </w:tbl>
    <w:p/>
    <w:p>
      <w:r>
        <w:rPr>
          <w:b/>
          <w:color w:val="305496"/>
          <w:sz w:val="24"/>
        </w:rPr>
        <w:t>🗂 6. ARCHIVAGE ET DIFFUSION</w:t>
      </w:r>
    </w:p>
    <w:p>
      <w:r>
        <w:t>• 📁 Classement dans dossier machine</w:t>
      </w:r>
    </w:p>
    <w:p>
      <w:r>
        <w:t>• 🧠 Intégration GMAO / GED si existante</w:t>
      </w:r>
    </w:p>
    <w:p>
      <w:r>
        <w:t>• 📤 Envoi à la direction technique ou production (si requis)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