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0066"/>
          <w:sz w:val="44"/>
        </w:rPr>
        <w:t>PROCÈS-VERBAL DE RÉCEPTION DE CHANTIER</w:t>
      </w:r>
    </w:p>
    <w:p>
      <w:r>
        <w:rPr>
          <w:i/>
        </w:rPr>
        <w:t>🛠️ Document standardisé pour l'usage professionnel dans le cadre de la réception des travaux de chantier.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FD966"/>
          </w:tcPr>
          <w:p>
            <w:pPr>
              <w:jc w:val="left"/>
            </w:pPr>
            <w:r>
              <w:rPr>
                <w:b/>
                <w:sz w:val="26"/>
              </w:rPr>
              <w:t>1. Informations Générales du Projet</w:t>
            </w:r>
          </w:p>
        </w:tc>
      </w:tr>
    </w:tbl>
    <w:p>
      <w:r>
        <w:t>Nom du projet : _______________________________________________________</w:t>
      </w:r>
    </w:p>
    <w:p>
      <w:r>
        <w:t>Référence du projet : _________________________________________________</w:t>
      </w:r>
    </w:p>
    <w:p>
      <w:r>
        <w:t>Adresse complète du chantier : ________________________________________</w:t>
      </w:r>
    </w:p>
    <w:p>
      <w:r>
        <w:t>Maître d’ouvrage : ___________________________________________________</w:t>
      </w:r>
    </w:p>
    <w:p>
      <w:r>
        <w:t>Entreprise exécutante : _______________________________________________</w:t>
      </w:r>
    </w:p>
    <w:p>
      <w:r>
        <w:t>Bureau de contrôle : _________________________________________________</w:t>
      </w:r>
    </w:p>
    <w:p>
      <w:r>
        <w:t>Maître d’œuvre : _____________________________________________________</w:t>
      </w:r>
    </w:p>
    <w:p>
      <w:r>
        <w:t>Date d’ouverture du chantier : ____ / ____ / ______</w:t>
      </w:r>
    </w:p>
    <w:p>
      <w:r>
        <w:t>Date de réception prévue : ____ / ____ / ______</w:t>
      </w:r>
    </w:p>
    <w:p>
      <w:r>
        <w:t>Date de réception effective : ____ / ____ / ______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FD966"/>
          </w:tcPr>
          <w:p>
            <w:pPr>
              <w:jc w:val="left"/>
            </w:pPr>
            <w:r>
              <w:rPr>
                <w:b/>
                <w:sz w:val="26"/>
              </w:rPr>
              <w:t>2. Détails Techniques des Travaux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Lot</w:t>
            </w:r>
          </w:p>
        </w:tc>
        <w:tc>
          <w:tcPr>
            <w:tcW w:type="dxa" w:w="1440"/>
          </w:tcPr>
          <w:p>
            <w:r>
              <w:t>Nature des Travaux</w:t>
            </w:r>
          </w:p>
        </w:tc>
        <w:tc>
          <w:tcPr>
            <w:tcW w:type="dxa" w:w="1440"/>
          </w:tcPr>
          <w:p>
            <w:r>
              <w:t>Responsable</w:t>
            </w:r>
          </w:p>
        </w:tc>
        <w:tc>
          <w:tcPr>
            <w:tcW w:type="dxa" w:w="1440"/>
          </w:tcPr>
          <w:p>
            <w:r>
              <w:t>Avancement (%)</w:t>
            </w:r>
          </w:p>
        </w:tc>
        <w:tc>
          <w:tcPr>
            <w:tcW w:type="dxa" w:w="1440"/>
          </w:tcPr>
          <w:p>
            <w:r>
              <w:t>Conformité</w:t>
            </w:r>
          </w:p>
        </w:tc>
        <w:tc>
          <w:tcPr>
            <w:tcW w:type="dxa" w:w="1440"/>
          </w:tcPr>
          <w:p>
            <w:r>
              <w:t>Remarques</w:t>
            </w:r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FD966"/>
          </w:tcPr>
          <w:p>
            <w:pPr>
              <w:jc w:val="left"/>
            </w:pPr>
            <w:r>
              <w:rPr>
                <w:b/>
                <w:sz w:val="26"/>
              </w:rPr>
              <w:t>3. Réserves Identifiées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N°</w:t>
            </w:r>
          </w:p>
        </w:tc>
        <w:tc>
          <w:tcPr>
            <w:tcW w:type="dxa" w:w="1728"/>
          </w:tcPr>
          <w:p>
            <w:r>
              <w:t>Description de la Réserve</w:t>
            </w:r>
          </w:p>
        </w:tc>
        <w:tc>
          <w:tcPr>
            <w:tcW w:type="dxa" w:w="1728"/>
          </w:tcPr>
          <w:p>
            <w:r>
              <w:t>Responsable</w:t>
            </w:r>
          </w:p>
        </w:tc>
        <w:tc>
          <w:tcPr>
            <w:tcW w:type="dxa" w:w="1728"/>
          </w:tcPr>
          <w:p>
            <w:r>
              <w:t>Date Limite</w:t>
            </w:r>
          </w:p>
        </w:tc>
        <w:tc>
          <w:tcPr>
            <w:tcW w:type="dxa" w:w="1728"/>
          </w:tcPr>
          <w:p>
            <w:r>
              <w:t>État</w:t>
            </w:r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FD966"/>
          </w:tcPr>
          <w:p>
            <w:pPr>
              <w:jc w:val="left"/>
            </w:pPr>
            <w:r>
              <w:rPr>
                <w:b/>
                <w:sz w:val="26"/>
              </w:rPr>
              <w:t>4. Vérifications et Conformité</w:t>
            </w:r>
          </w:p>
        </w:tc>
      </w:tr>
    </w:tbl>
    <w:p>
      <w:r>
        <w:t>✔ Travaux réalisés conformément aux plans et cahier des charges : ☐ Oui ☐ Non</w:t>
      </w:r>
    </w:p>
    <w:p>
      <w:r>
        <w:t>✔ Tous les essais techniques ont été effectués et validés : ☐ Oui ☐ Non</w:t>
      </w:r>
    </w:p>
    <w:p>
      <w:r>
        <w:t>✔ Documents de conformité (DOE, PV d’essais, attestations) remis : ☐ Oui ☐ Non</w:t>
      </w:r>
    </w:p>
    <w:p>
      <w:r>
        <w:t>Liste des documents fournis : ____________________________________________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FD966"/>
          </w:tcPr>
          <w:p>
            <w:pPr>
              <w:jc w:val="left"/>
            </w:pPr>
            <w:r>
              <w:rPr>
                <w:b/>
                <w:sz w:val="26"/>
              </w:rPr>
              <w:t>5. Annexes et Pièces Jointes</w:t>
            </w:r>
          </w:p>
        </w:tc>
      </w:tr>
    </w:tbl>
    <w:p>
      <w:r>
        <w:t>- Photographies des ouvrages terminés</w:t>
      </w:r>
    </w:p>
    <w:p>
      <w:r>
        <w:t>- Plans de récolement</w:t>
      </w:r>
    </w:p>
    <w:p>
      <w:r>
        <w:t>- Attestations techniques</w:t>
      </w:r>
    </w:p>
    <w:p>
      <w:r>
        <w:t>- PV d’essais ou de contrôle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FD966"/>
          </w:tcPr>
          <w:p>
            <w:pPr>
              <w:jc w:val="left"/>
            </w:pPr>
            <w:r>
              <w:rPr>
                <w:b/>
                <w:sz w:val="26"/>
              </w:rPr>
              <w:t>6. Signatures et Validation Finale</w:t>
            </w:r>
          </w:p>
        </w:tc>
      </w:tr>
    </w:tbl>
    <w:p>
      <w:r>
        <w:t>Maître d’ouvrage : __________________________ Date : ____ / ____ / ______</w:t>
      </w:r>
    </w:p>
    <w:p>
      <w:r>
        <w:t>Entreprise : _______________________________ Date : ____ / ____ / ______</w:t>
      </w:r>
    </w:p>
    <w:p>
      <w:r>
        <w:t>Maître d’œuvre : ___________________________ Date : ____ / ____ / ______</w:t>
      </w:r>
    </w:p>
    <w:p>
      <w:r>
        <w:t>Bureau de contrôle : ________________________ Date : ____ / ____ / 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