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366"/>
          <w:sz w:val="40"/>
        </w:rPr>
        <w:t>PROCÈS-VERBAL DE RÉCEPTION DE CHANTIER</w:t>
      </w:r>
    </w:p>
    <w:p>
      <w:r>
        <w:rPr>
          <w:i/>
        </w:rPr>
        <w:t>🛠️ Ce document atteste la réception des travaux effectués conformément au cahier des charges.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FF200"/>
          </w:tcPr>
          <w:p>
            <w:pPr>
              <w:jc w:val="left"/>
            </w:pPr>
            <w:r>
              <w:rPr>
                <w:b/>
                <w:sz w:val="26"/>
              </w:rPr>
              <w:t>🔹 Informations Générales du Chantier</w:t>
            </w:r>
          </w:p>
        </w:tc>
      </w:tr>
    </w:tbl>
    <w:p>
      <w:r>
        <w:t>Nom du projet : ____________________________________________</w:t>
      </w:r>
    </w:p>
    <w:p>
      <w:r>
        <w:t>Référence chantier : ________________________________________</w:t>
      </w:r>
    </w:p>
    <w:p>
      <w:r>
        <w:t>Adresse du chantier : _______________________________________</w:t>
      </w:r>
    </w:p>
    <w:p>
      <w:r>
        <w:t>Maître d’ouvrage : __________________________________________</w:t>
      </w:r>
    </w:p>
    <w:p>
      <w:r>
        <w:t>Entreprise responsable : _____________________________________</w:t>
      </w:r>
    </w:p>
    <w:p>
      <w:r>
        <w:t>Date de début : ____ / ____ / ______</w:t>
      </w:r>
    </w:p>
    <w:p>
      <w:r>
        <w:t>Date prévue de fin : ____ / ____ / ______</w:t>
      </w:r>
    </w:p>
    <w:p>
      <w:r>
        <w:t>Date réelle de réception : ____ / ____ / ______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FF200"/>
          </w:tcPr>
          <w:p>
            <w:pPr>
              <w:jc w:val="left"/>
            </w:pPr>
            <w:r>
              <w:rPr>
                <w:b/>
                <w:sz w:val="26"/>
              </w:rPr>
              <w:t>🔧 Détails Techniques des Travaux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Lot</w:t>
            </w:r>
          </w:p>
        </w:tc>
        <w:tc>
          <w:tcPr>
            <w:tcW w:type="dxa" w:w="1728"/>
          </w:tcPr>
          <w:p>
            <w:r>
              <w:t>Description</w:t>
            </w:r>
          </w:p>
        </w:tc>
        <w:tc>
          <w:tcPr>
            <w:tcW w:type="dxa" w:w="1728"/>
          </w:tcPr>
          <w:p>
            <w:r>
              <w:t>Responsable</w:t>
            </w:r>
          </w:p>
        </w:tc>
        <w:tc>
          <w:tcPr>
            <w:tcW w:type="dxa" w:w="1728"/>
          </w:tcPr>
          <w:p>
            <w:r>
              <w:t>Statut</w:t>
            </w:r>
          </w:p>
        </w:tc>
        <w:tc>
          <w:tcPr>
            <w:tcW w:type="dxa" w:w="1728"/>
          </w:tcPr>
          <w:p>
            <w:r>
              <w:t>Commentaire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FF200"/>
          </w:tcPr>
          <w:p>
            <w:pPr>
              <w:jc w:val="left"/>
            </w:pPr>
            <w:r>
              <w:rPr>
                <w:b/>
                <w:sz w:val="26"/>
              </w:rPr>
              <w:t>⚠️ Réserves Éventuelles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Réserve</w:t>
            </w:r>
          </w:p>
        </w:tc>
        <w:tc>
          <w:tcPr>
            <w:tcW w:type="dxa" w:w="2160"/>
          </w:tcPr>
          <w:p>
            <w:r>
              <w:t>Responsable</w:t>
            </w:r>
          </w:p>
        </w:tc>
        <w:tc>
          <w:tcPr>
            <w:tcW w:type="dxa" w:w="2160"/>
          </w:tcPr>
          <w:p>
            <w:r>
              <w:t>Date limite</w:t>
            </w:r>
          </w:p>
        </w:tc>
        <w:tc>
          <w:tcPr>
            <w:tcW w:type="dxa" w:w="2160"/>
          </w:tcPr>
          <w:p>
            <w:r>
              <w:t>État</w:t>
            </w:r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FF200"/>
          </w:tcPr>
          <w:p>
            <w:pPr>
              <w:jc w:val="left"/>
            </w:pPr>
            <w:r>
              <w:rPr>
                <w:b/>
                <w:sz w:val="26"/>
              </w:rPr>
              <w:t>✅ Sécurité &amp; Conformité</w:t>
            </w:r>
          </w:p>
        </w:tc>
      </w:tr>
    </w:tbl>
    <w:p>
      <w:r>
        <w:t>Tous les dispositifs de sécurité ont-ils été vérifiés ? ☐ Oui ☐ Non</w:t>
      </w:r>
    </w:p>
    <w:p>
      <w:r>
        <w:t>Travaux conformes au cahier des charges ? ☐ Oui ☐ Non</w:t>
      </w:r>
    </w:p>
    <w:p>
      <w:r>
        <w:t>Certifications ou attestations remises : __________________________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FF200"/>
          </w:tcPr>
          <w:p>
            <w:pPr>
              <w:jc w:val="left"/>
            </w:pPr>
            <w:r>
              <w:rPr>
                <w:b/>
                <w:sz w:val="26"/>
              </w:rPr>
              <w:t>🗒️ Commentaires Complémentaires</w:t>
            </w:r>
          </w:p>
        </w:tc>
      </w:tr>
    </w:tbl>
    <w:p>
      <w:r>
        <w:t>___________________________________________________________</w:t>
        <w:br/>
        <w:t>___________________________________________________________</w:t>
        <w:br/>
        <w:t>___________________________________________________________</w:t>
        <w:br/>
        <w:t>___________________________________________________________</w:t>
        <w:br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FF200"/>
          </w:tcPr>
          <w:p>
            <w:pPr>
              <w:jc w:val="left"/>
            </w:pPr>
            <w:r>
              <w:rPr>
                <w:b/>
                <w:sz w:val="26"/>
              </w:rPr>
              <w:t>✍️ Signature des Parties</w:t>
            </w:r>
          </w:p>
        </w:tc>
      </w:tr>
    </w:tbl>
    <w:p>
      <w:r>
        <w:t>Maître d’ouvrage : ______________________  Date : ____ / ____ / ______</w:t>
      </w:r>
    </w:p>
    <w:p>
      <w:r>
        <w:t>Représentant de l’entreprise : _______________  Date : ____ / ____ / ______</w:t>
      </w:r>
    </w:p>
    <w:p>
      <w:r>
        <w:t>Autres intervenants présents : 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