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📘 Présentation de l’Association – Loi 1901</w:t>
      </w:r>
    </w:p>
    <w:p>
      <w:pPr>
        <w:pStyle w:val="Heading1"/>
        <w:jc w:val="left"/>
      </w:pPr>
      <w:r>
        <w:rPr>
          <w:rFonts w:ascii="Calibri" w:hAnsi="Calibri"/>
          <w:b/>
          <w:sz w:val="28"/>
        </w:rPr>
        <w:t>1. Forme juridique</w:t>
      </w:r>
    </w:p>
    <w:p>
      <w:r>
        <w:rPr>
          <w:b/>
        </w:rPr>
        <w:t xml:space="preserve">Type : </w:t>
      </w:r>
      <w:r>
        <w:rPr>
          <w:rFonts w:ascii="Calibri" w:hAnsi="Calibri"/>
          <w:sz w:val="22"/>
        </w:rPr>
        <w:t>_________________________________________</w:t>
      </w:r>
    </w:p>
    <w:p>
      <w:r>
        <w:rPr>
          <w:b/>
        </w:rPr>
        <w:t xml:space="preserve">Régime : </w:t>
      </w:r>
      <w:r>
        <w:rPr>
          <w:rFonts w:ascii="Calibri" w:hAnsi="Calibri"/>
          <w:sz w:val="22"/>
        </w:rPr>
        <w:t>_________________________________________</w:t>
      </w:r>
    </w:p>
    <w:p>
      <w:r>
        <w:rPr>
          <w:b/>
        </w:rPr>
        <w:t xml:space="preserve">Objet déclaré : </w:t>
      </w:r>
      <w:r>
        <w:rPr>
          <w:rFonts w:ascii="Calibri" w:hAnsi="Calibri"/>
          <w:sz w:val="22"/>
        </w:rPr>
        <w:t>_________________________________________</w:t>
      </w:r>
    </w:p>
    <w:p>
      <w:r>
        <w:rPr>
          <w:b/>
        </w:rPr>
        <w:t xml:space="preserve">Date de création : </w:t>
      </w:r>
      <w:r>
        <w:rPr>
          <w:rFonts w:ascii="Calibri" w:hAnsi="Calibri"/>
          <w:sz w:val="22"/>
        </w:rPr>
        <w:t>_________________________________________</w:t>
      </w:r>
    </w:p>
    <w:p>
      <w:r>
        <w:rPr>
          <w:b/>
        </w:rPr>
        <w:t xml:space="preserve">N° RNA : </w:t>
      </w:r>
      <w:r>
        <w:rPr>
          <w:rFonts w:ascii="Calibri" w:hAnsi="Calibri"/>
          <w:sz w:val="22"/>
        </w:rPr>
        <w:t>_________________________________________</w:t>
      </w:r>
    </w:p>
    <w:p>
      <w:r>
        <w:rPr>
          <w:b/>
        </w:rPr>
        <w:t xml:space="preserve">Siège social : </w:t>
      </w:r>
      <w:r>
        <w:rPr>
          <w:rFonts w:ascii="Calibri" w:hAnsi="Calibri"/>
          <w:sz w:val="22"/>
        </w:rPr>
        <w:t>_________________________________________</w:t>
      </w:r>
    </w:p>
    <w:p>
      <w:pPr>
        <w:pStyle w:val="Heading1"/>
        <w:jc w:val="left"/>
      </w:pPr>
      <w:r>
        <w:rPr>
          <w:rFonts w:ascii="Calibri" w:hAnsi="Calibri"/>
          <w:b/>
          <w:sz w:val="28"/>
        </w:rPr>
        <w:t>2. Statuts et gouvernance</w:t>
      </w:r>
    </w:p>
    <w:p>
      <w:r>
        <w:t>- Statuts déposés en préfecture : Oui / Non</w:t>
      </w:r>
    </w:p>
    <w:p>
      <w:r>
        <w:t>- Modifications statutaires : _________________________</w:t>
      </w:r>
    </w:p>
    <w:p>
      <w:r>
        <w:t>- Mode de gouvernance :</w:t>
      </w:r>
    </w:p>
    <w:p>
      <w:r>
        <w:t xml:space="preserve">   • Assemblée générale des membres</w:t>
      </w:r>
    </w:p>
    <w:p>
      <w:r>
        <w:t xml:space="preserve">   • Conseil d’administration</w:t>
      </w:r>
    </w:p>
    <w:p>
      <w:r>
        <w:t xml:space="preserve">   • Bureau exécutif</w:t>
      </w:r>
    </w:p>
    <w:p>
      <w:pPr>
        <w:pStyle w:val="Heading1"/>
        <w:jc w:val="left"/>
      </w:pPr>
      <w:r>
        <w:rPr>
          <w:rFonts w:ascii="Calibri" w:hAnsi="Calibri"/>
          <w:b/>
          <w:sz w:val="28"/>
        </w:rPr>
        <w:t>3. Membres &amp; adhérents</w:t>
      </w:r>
    </w:p>
    <w:p>
      <w:r>
        <w:rPr>
          <w:b/>
        </w:rPr>
        <w:t xml:space="preserve">Nombre d’adhérents : </w:t>
      </w:r>
      <w:r>
        <w:rPr>
          <w:rFonts w:ascii="Calibri" w:hAnsi="Calibri"/>
          <w:sz w:val="22"/>
        </w:rPr>
        <w:t>_________________________________________</w:t>
      </w:r>
    </w:p>
    <w:p>
      <w:r>
        <w:rPr>
          <w:b/>
        </w:rPr>
        <w:t xml:space="preserve">Critères d’adhésion : </w:t>
      </w:r>
      <w:r>
        <w:rPr>
          <w:rFonts w:ascii="Calibri" w:hAnsi="Calibri"/>
          <w:sz w:val="22"/>
        </w:rPr>
        <w:t>_________________________________________</w:t>
      </w:r>
    </w:p>
    <w:p>
      <w:r>
        <w:rPr>
          <w:b/>
        </w:rPr>
        <w:t xml:space="preserve">Rôle des adhérents : </w:t>
      </w:r>
      <w:r>
        <w:rPr>
          <w:rFonts w:ascii="Calibri" w:hAnsi="Calibri"/>
          <w:sz w:val="22"/>
        </w:rPr>
        <w:t>_________________________________________</w:t>
      </w:r>
    </w:p>
    <w:p>
      <w:pPr>
        <w:pStyle w:val="Heading1"/>
        <w:jc w:val="left"/>
      </w:pPr>
      <w:r>
        <w:rPr>
          <w:rFonts w:ascii="Calibri" w:hAnsi="Calibri"/>
          <w:b/>
          <w:sz w:val="28"/>
        </w:rPr>
        <w:t>4. Mission et objet associatif</w:t>
      </w:r>
    </w:p>
    <w:p>
      <w:r>
        <w:t>Mission principale :</w:t>
        <w:br/>
        <w:t xml:space="preserve">⬜ ⬜ ⬜ ⬜ ⬜ ⬜ ⬜ ⬜ ⬜ ⬜ ⬜ ⬜ ⬜ ⬜ ⬜ </w:t>
      </w:r>
    </w:p>
    <w:p>
      <w:r>
        <w:t>Publics bénéficiaires : ______________________</w:t>
      </w:r>
    </w:p>
    <w:p>
      <w:r>
        <w:t>Champs d’action : __________________________</w:t>
      </w:r>
    </w:p>
    <w:p>
      <w:r>
        <w:t>Types d’activités : __________________________</w:t>
      </w:r>
    </w:p>
    <w:p>
      <w:pPr>
        <w:pStyle w:val="Heading1"/>
        <w:jc w:val="left"/>
      </w:pPr>
      <w:r>
        <w:rPr>
          <w:rFonts w:ascii="Calibri" w:hAnsi="Calibri"/>
          <w:b/>
          <w:sz w:val="28"/>
        </w:rPr>
        <w:t>5. Valeurs fondamentales</w:t>
      </w:r>
    </w:p>
    <w:p>
      <w:r>
        <w:t>• Valeur 1 : __________________________</w:t>
      </w:r>
    </w:p>
    <w:p>
      <w:r>
        <w:t>• Valeur 2 : __________________________</w:t>
      </w:r>
    </w:p>
    <w:p>
      <w:r>
        <w:t>• Valeur 3 : __________________________</w:t>
      </w:r>
    </w:p>
    <w:p>
      <w:pPr>
        <w:pStyle w:val="Heading1"/>
        <w:jc w:val="left"/>
      </w:pPr>
      <w:r>
        <w:rPr>
          <w:rFonts w:ascii="Calibri" w:hAnsi="Calibri"/>
          <w:b/>
          <w:sz w:val="28"/>
        </w:rPr>
        <w:t>6. Historique et trajectoire</w:t>
      </w:r>
    </w:p>
    <w:p>
      <w:r>
        <w:t>Origine de l’association :</w:t>
        <w:br/>
        <w:t>⬜⬜⬜⬜⬜⬜⬜⬜⬜⬜⬜⬜⬜⬜⬜</w:t>
      </w:r>
    </w:p>
    <w:p>
      <w:r>
        <w:t>Dates-clés et tournants :</w:t>
        <w:br/>
        <w:t>⬜⬜⬜⬜⬜⬜⬜⬜⬜⬜</w:t>
      </w:r>
    </w:p>
    <w:p>
      <w:r>
        <w:t>Évolution dans le temps :</w:t>
        <w:br/>
        <w:t>⬜⬜⬜⬜⬜⬜⬜⬜⬜⬜</w:t>
      </w:r>
    </w:p>
    <w:p>
      <w:pPr>
        <w:pStyle w:val="Heading1"/>
        <w:jc w:val="left"/>
      </w:pPr>
      <w:r>
        <w:rPr>
          <w:rFonts w:ascii="Calibri" w:hAnsi="Calibri"/>
          <w:b/>
          <w:sz w:val="28"/>
        </w:rPr>
        <w:t>7. Partenariats et réseaux</w:t>
      </w:r>
    </w:p>
    <w:p>
      <w:r>
        <w:t>- Réseaux : __________________________</w:t>
      </w:r>
    </w:p>
    <w:p>
      <w:r>
        <w:t>- Partenaires : _______________________</w:t>
      </w:r>
    </w:p>
    <w:p>
      <w:r>
        <w:t>- Soutiens institutionnels : _____________</w:t>
      </w:r>
    </w:p>
    <w:p>
      <w:pPr>
        <w:pStyle w:val="Heading1"/>
        <w:jc w:val="left"/>
      </w:pPr>
      <w:r>
        <w:rPr>
          <w:rFonts w:ascii="Calibri" w:hAnsi="Calibri"/>
          <w:b/>
          <w:sz w:val="28"/>
        </w:rPr>
        <w:t>8. Pièces juridiques à annexer</w:t>
      </w:r>
    </w:p>
    <w:p>
      <w:r>
        <w:t>• Statuts de l’association</w:t>
      </w:r>
    </w:p>
    <w:p>
      <w:r>
        <w:t>• Dernier PV d’AG</w:t>
      </w:r>
    </w:p>
    <w:p>
      <w:r>
        <w:t>• Récépissé de déclaration</w:t>
      </w:r>
    </w:p>
    <w:p>
      <w:r>
        <w:t>• Règlement intérieur (facultatif)</w:t>
      </w:r>
    </w:p>
    <w:p>
      <w:r>
        <w:t>• Organigramme actualisé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