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Modèle de Plan de Présentation de Projet (avec tableaux)</w:t>
      </w:r>
    </w:p>
    <w:p>
      <w:pPr>
        <w:pStyle w:val="Heading2"/>
      </w:pPr>
      <w:r>
        <w:t>1. Titre du projet</w:t>
      </w:r>
    </w:p>
    <w:p>
      <w:r>
        <w:t>Nom du projet : ____________________________________________</w:t>
      </w:r>
    </w:p>
    <w:p>
      <w:r>
        <w:t>Date : ___________________   Porteur du projet : ___________________</w:t>
      </w:r>
    </w:p>
    <w:p>
      <w:pPr>
        <w:pStyle w:val="Heading2"/>
      </w:pPr>
      <w:r>
        <w:t>2. Contexte et origine du projet</w:t>
      </w:r>
    </w:p>
    <w:p>
      <w:r>
        <w:t>Décris brièvement l'origine du projet, les besoins identifiés ou les problèmes à résoudre.</w:t>
      </w:r>
    </w:p>
    <w:p>
      <w:pPr>
        <w:pStyle w:val="Heading2"/>
      </w:pPr>
      <w:r>
        <w:t>3. Objectifs</w:t>
      </w:r>
    </w:p>
    <w:p>
      <w:r>
        <w:t>Utilise le tableau ci-dessous pour définir les objectifs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Objectif général</w:t>
            </w:r>
          </w:p>
        </w:tc>
        <w:tc>
          <w:tcPr>
            <w:tcW w:type="dxa" w:w="4320"/>
          </w:tcPr>
          <w:p>
            <w:r>
              <w:t>Objectifs spécifiques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4. Public visé</w:t>
      </w:r>
    </w:p>
    <w:p>
      <w:r>
        <w:t>À qui s’adresse le projet ? Complète le tableau si plusieurs groupes sont concernés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Groupe concerné</w:t>
            </w:r>
          </w:p>
        </w:tc>
        <w:tc>
          <w:tcPr>
            <w:tcW w:type="dxa" w:w="4320"/>
          </w:tcPr>
          <w:p>
            <w:r>
              <w:t>Rôle ou bénéfice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5. Moyens et ressources mobilisées</w:t>
      </w:r>
    </w:p>
    <w:p>
      <w:r>
        <w:t>Renseigne les ressources nécessaires au bon déroulement du projet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Type de ressource</w:t>
            </w:r>
          </w:p>
        </w:tc>
        <w:tc>
          <w:tcPr>
            <w:tcW w:type="dxa" w:w="2880"/>
          </w:tcPr>
          <w:p>
            <w:r>
              <w:t>Détail</w:t>
            </w:r>
          </w:p>
        </w:tc>
        <w:tc>
          <w:tcPr>
            <w:tcW w:type="dxa" w:w="2880"/>
          </w:tcPr>
          <w:p>
            <w:r>
              <w:t>Responsable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6. Calendrier de mise en œuvre</w:t>
      </w:r>
    </w:p>
    <w:p>
      <w:r>
        <w:t>Planifie les étapes du projet dans le tableau ci-dessous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Étape</w:t>
            </w:r>
          </w:p>
        </w:tc>
        <w:tc>
          <w:tcPr>
            <w:tcW w:type="dxa" w:w="2880"/>
          </w:tcPr>
          <w:p>
            <w:r>
              <w:t>Date / Période</w:t>
            </w:r>
          </w:p>
        </w:tc>
        <w:tc>
          <w:tcPr>
            <w:tcW w:type="dxa" w:w="2880"/>
          </w:tcPr>
          <w:p>
            <w:r>
              <w:t>Responsable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7. Méthodes d’évaluation</w:t>
      </w:r>
    </w:p>
    <w:p>
      <w:r>
        <w:t>Indique les critères et indicateurs pour évaluer le projet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Critère</w:t>
            </w:r>
          </w:p>
        </w:tc>
        <w:tc>
          <w:tcPr>
            <w:tcW w:type="dxa" w:w="2880"/>
          </w:tcPr>
          <w:p>
            <w:r>
              <w:t>Indicateur</w:t>
            </w:r>
          </w:p>
        </w:tc>
        <w:tc>
          <w:tcPr>
            <w:tcW w:type="dxa" w:w="2880"/>
          </w:tcPr>
          <w:p>
            <w:r>
              <w:t>Outil de mesure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8. Conclusion et perspectives</w:t>
      </w:r>
    </w:p>
    <w:p>
      <w:r>
        <w:t>Récapitulatif des bénéfices attendus et perspectives possibles :</w:t>
        <w:br/>
        <w:t>..................................................................................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