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✅ PROCÈS-VERBAL DE LEVÉE DE RÉSERVES</w:t>
      </w:r>
    </w:p>
    <w:p>
      <w:r>
        <w:t>Date de la levée : __________________________</w:t>
      </w:r>
    </w:p>
    <w:p>
      <w:r>
        <w:t>Chantier : ___________________________________</w:t>
      </w:r>
    </w:p>
    <w:p>
      <w:r>
        <w:t>Maître d’ouvrage : ___________________________</w:t>
      </w:r>
    </w:p>
    <w:p>
      <w:r>
        <w:t>Maître d’œuvre : _____________________________</w:t>
      </w:r>
    </w:p>
    <w:p>
      <w:r>
        <w:t>Entreprise concernée : _______________________</w:t>
      </w:r>
    </w:p>
    <w:p>
      <w:r>
        <w:br/>
        <w:t>Conformément au procès-verbal de réception en date du _______________, les réserves listées ci-dessous ont été levées conformément aux règles de l’art et validées par les parties concernées.</w:t>
        <w:br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Réserve n°</w:t>
            </w:r>
          </w:p>
        </w:tc>
        <w:tc>
          <w:tcPr>
            <w:tcW w:type="dxa" w:w="1728"/>
          </w:tcPr>
          <w:p>
            <w:r>
              <w:t>Description initiale</w:t>
            </w:r>
          </w:p>
        </w:tc>
        <w:tc>
          <w:tcPr>
            <w:tcW w:type="dxa" w:w="1728"/>
          </w:tcPr>
          <w:p>
            <w:r>
              <w:t>Action corrective</w:t>
            </w:r>
          </w:p>
        </w:tc>
        <w:tc>
          <w:tcPr>
            <w:tcW w:type="dxa" w:w="1728"/>
          </w:tcPr>
          <w:p>
            <w:r>
              <w:t>Date de levée</w:t>
            </w:r>
          </w:p>
        </w:tc>
        <w:tc>
          <w:tcPr>
            <w:tcW w:type="dxa" w:w="1728"/>
          </w:tcPr>
          <w:p>
            <w:r>
              <w:t>Validée par</w:t>
            </w:r>
          </w:p>
        </w:tc>
      </w:tr>
      <w:tr>
        <w:tc>
          <w:tcPr>
            <w:tcW w:type="dxa" w:w="1728"/>
          </w:tcPr>
          <w:p>
            <w:r>
              <w:t>________________________________</w:t>
            </w:r>
          </w:p>
        </w:tc>
        <w:tc>
          <w:tcPr>
            <w:tcW w:type="dxa" w:w="1728"/>
          </w:tcPr>
          <w:p>
            <w:r>
              <w:t>________________________________</w:t>
            </w:r>
          </w:p>
        </w:tc>
        <w:tc>
          <w:tcPr>
            <w:tcW w:type="dxa" w:w="1728"/>
          </w:tcPr>
          <w:p>
            <w:r>
              <w:t>________________________________</w:t>
            </w:r>
          </w:p>
        </w:tc>
        <w:tc>
          <w:tcPr>
            <w:tcW w:type="dxa" w:w="1728"/>
          </w:tcPr>
          <w:p>
            <w:r>
              <w:t>________________________________</w:t>
            </w:r>
          </w:p>
        </w:tc>
        <w:tc>
          <w:tcPr>
            <w:tcW w:type="dxa" w:w="1728"/>
          </w:tcPr>
          <w:p>
            <w:r>
              <w:t>________________________________</w:t>
            </w:r>
          </w:p>
        </w:tc>
      </w:tr>
      <w:tr>
        <w:tc>
          <w:tcPr>
            <w:tcW w:type="dxa" w:w="1728"/>
          </w:tcPr>
          <w:p>
            <w:r>
              <w:t>________________________________</w:t>
            </w:r>
          </w:p>
        </w:tc>
        <w:tc>
          <w:tcPr>
            <w:tcW w:type="dxa" w:w="1728"/>
          </w:tcPr>
          <w:p>
            <w:r>
              <w:t>________________________________</w:t>
            </w:r>
          </w:p>
        </w:tc>
        <w:tc>
          <w:tcPr>
            <w:tcW w:type="dxa" w:w="1728"/>
          </w:tcPr>
          <w:p>
            <w:r>
              <w:t>________________________________</w:t>
            </w:r>
          </w:p>
        </w:tc>
        <w:tc>
          <w:tcPr>
            <w:tcW w:type="dxa" w:w="1728"/>
          </w:tcPr>
          <w:p>
            <w:r>
              <w:t>________________________________</w:t>
            </w:r>
          </w:p>
        </w:tc>
        <w:tc>
          <w:tcPr>
            <w:tcW w:type="dxa" w:w="1728"/>
          </w:tcPr>
          <w:p>
            <w:r>
              <w:t>________________________________</w:t>
            </w:r>
          </w:p>
        </w:tc>
      </w:tr>
      <w:tr>
        <w:tc>
          <w:tcPr>
            <w:tcW w:type="dxa" w:w="1728"/>
          </w:tcPr>
          <w:p>
            <w:r>
              <w:t>________________________________</w:t>
            </w:r>
          </w:p>
        </w:tc>
        <w:tc>
          <w:tcPr>
            <w:tcW w:type="dxa" w:w="1728"/>
          </w:tcPr>
          <w:p>
            <w:r>
              <w:t>________________________________</w:t>
            </w:r>
          </w:p>
        </w:tc>
        <w:tc>
          <w:tcPr>
            <w:tcW w:type="dxa" w:w="1728"/>
          </w:tcPr>
          <w:p>
            <w:r>
              <w:t>________________________________</w:t>
            </w:r>
          </w:p>
        </w:tc>
        <w:tc>
          <w:tcPr>
            <w:tcW w:type="dxa" w:w="1728"/>
          </w:tcPr>
          <w:p>
            <w:r>
              <w:t>________________________________</w:t>
            </w:r>
          </w:p>
        </w:tc>
        <w:tc>
          <w:tcPr>
            <w:tcW w:type="dxa" w:w="1728"/>
          </w:tcPr>
          <w:p>
            <w:r>
              <w:t>________________________________</w:t>
            </w:r>
          </w:p>
        </w:tc>
      </w:tr>
      <w:tr>
        <w:tc>
          <w:tcPr>
            <w:tcW w:type="dxa" w:w="1728"/>
          </w:tcPr>
          <w:p>
            <w:r>
              <w:t>________________________________</w:t>
            </w:r>
          </w:p>
        </w:tc>
        <w:tc>
          <w:tcPr>
            <w:tcW w:type="dxa" w:w="1728"/>
          </w:tcPr>
          <w:p>
            <w:r>
              <w:t>________________________________</w:t>
            </w:r>
          </w:p>
        </w:tc>
        <w:tc>
          <w:tcPr>
            <w:tcW w:type="dxa" w:w="1728"/>
          </w:tcPr>
          <w:p>
            <w:r>
              <w:t>________________________________</w:t>
            </w:r>
          </w:p>
        </w:tc>
        <w:tc>
          <w:tcPr>
            <w:tcW w:type="dxa" w:w="1728"/>
          </w:tcPr>
          <w:p>
            <w:r>
              <w:t>________________________________</w:t>
            </w:r>
          </w:p>
        </w:tc>
        <w:tc>
          <w:tcPr>
            <w:tcW w:type="dxa" w:w="1728"/>
          </w:tcPr>
          <w:p>
            <w:r>
              <w:t>________________________________</w:t>
            </w:r>
          </w:p>
        </w:tc>
      </w:tr>
      <w:tr>
        <w:tc>
          <w:tcPr>
            <w:tcW w:type="dxa" w:w="1728"/>
          </w:tcPr>
          <w:p>
            <w:r>
              <w:t>________________________________</w:t>
            </w:r>
          </w:p>
        </w:tc>
        <w:tc>
          <w:tcPr>
            <w:tcW w:type="dxa" w:w="1728"/>
          </w:tcPr>
          <w:p>
            <w:r>
              <w:t>________________________________</w:t>
            </w:r>
          </w:p>
        </w:tc>
        <w:tc>
          <w:tcPr>
            <w:tcW w:type="dxa" w:w="1728"/>
          </w:tcPr>
          <w:p>
            <w:r>
              <w:t>________________________________</w:t>
            </w:r>
          </w:p>
        </w:tc>
        <w:tc>
          <w:tcPr>
            <w:tcW w:type="dxa" w:w="1728"/>
          </w:tcPr>
          <w:p>
            <w:r>
              <w:t>________________________________</w:t>
            </w:r>
          </w:p>
        </w:tc>
        <w:tc>
          <w:tcPr>
            <w:tcW w:type="dxa" w:w="1728"/>
          </w:tcPr>
          <w:p>
            <w:r>
              <w:t>________________________________</w:t>
            </w:r>
          </w:p>
        </w:tc>
      </w:tr>
    </w:tbl>
    <w:p>
      <w:r>
        <w:br/>
        <w:t>Décision finale :</w:t>
      </w:r>
    </w:p>
    <w:p>
      <w:r>
        <w:t>🔘 Réserves totalement levées</w:t>
        <w:br/>
        <w:t>🔘 Réserves partiellement levées (liste complémentaire jointe)</w:t>
        <w:br/>
        <w:t>🔘 Autres : ____________________________________________</w:t>
      </w:r>
    </w:p>
    <w:p>
      <w:r>
        <w:br/>
        <w:t>Signatures :</w:t>
      </w:r>
    </w:p>
    <w:p>
      <w:r>
        <w:t>Maître d’ouvrage : __________________________ Date : ___________</w:t>
      </w:r>
    </w:p>
    <w:p>
      <w:r>
        <w:t>Maître d’œuvre : ___________________________ Date : ___________</w:t>
      </w:r>
    </w:p>
    <w:p>
      <w:r>
        <w:t>Entreprise : _______________________________ Date : 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