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47115" w14:textId="77777777" w:rsidR="00AA18CF" w:rsidRDefault="0088038D" w:rsidP="0088038D">
      <w:pPr>
        <w:pStyle w:val="Sansinterligne"/>
      </w:pPr>
      <w:r>
        <w:t xml:space="preserve">Modèle </w:t>
      </w:r>
      <w:proofErr w:type="gramStart"/>
      <w:r>
        <w:t>1 :</w:t>
      </w:r>
      <w:proofErr w:type="gramEnd"/>
      <w:r>
        <w:t xml:space="preserve"> Cadre Logique Classique Détailé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AA18CF" w14:paraId="35286B83" w14:textId="77777777">
        <w:tc>
          <w:tcPr>
            <w:tcW w:w="1728" w:type="dxa"/>
            <w:shd w:val="clear" w:color="auto" w:fill="D9EAD3"/>
            <w:vAlign w:val="center"/>
          </w:tcPr>
          <w:p w14:paraId="7642FAA2" w14:textId="77777777" w:rsidR="00AA18CF" w:rsidRDefault="0088038D" w:rsidP="0088038D">
            <w:pPr>
              <w:pStyle w:val="Sansinterligne"/>
            </w:pPr>
            <w:r>
              <w:rPr>
                <w:b/>
              </w:rPr>
              <w:t>Objectifs / Résultats</w:t>
            </w:r>
          </w:p>
        </w:tc>
        <w:tc>
          <w:tcPr>
            <w:tcW w:w="1728" w:type="dxa"/>
            <w:shd w:val="clear" w:color="auto" w:fill="D9EAD3"/>
            <w:vAlign w:val="center"/>
          </w:tcPr>
          <w:p w14:paraId="0296166F" w14:textId="77777777" w:rsidR="00AA18CF" w:rsidRDefault="0088038D" w:rsidP="0088038D">
            <w:pPr>
              <w:pStyle w:val="Sansinterligne"/>
            </w:pPr>
            <w:r>
              <w:rPr>
                <w:b/>
              </w:rPr>
              <w:t>Indicateurs Vérifiables Objectivement</w:t>
            </w:r>
          </w:p>
        </w:tc>
        <w:tc>
          <w:tcPr>
            <w:tcW w:w="1728" w:type="dxa"/>
            <w:shd w:val="clear" w:color="auto" w:fill="D9EAD3"/>
            <w:vAlign w:val="center"/>
          </w:tcPr>
          <w:p w14:paraId="52E76449" w14:textId="77777777" w:rsidR="00AA18CF" w:rsidRDefault="0088038D" w:rsidP="0088038D">
            <w:pPr>
              <w:pStyle w:val="Sansinterligne"/>
            </w:pPr>
            <w:r>
              <w:rPr>
                <w:b/>
              </w:rPr>
              <w:t>Sources de Vérification</w:t>
            </w:r>
          </w:p>
        </w:tc>
        <w:tc>
          <w:tcPr>
            <w:tcW w:w="1728" w:type="dxa"/>
            <w:shd w:val="clear" w:color="auto" w:fill="D9EAD3"/>
            <w:vAlign w:val="center"/>
          </w:tcPr>
          <w:p w14:paraId="11FF14B3" w14:textId="77777777" w:rsidR="00AA18CF" w:rsidRDefault="0088038D" w:rsidP="0088038D">
            <w:pPr>
              <w:pStyle w:val="Sansinterligne"/>
            </w:pPr>
            <w:r>
              <w:rPr>
                <w:b/>
              </w:rPr>
              <w:t>Hypothèses / Risques</w:t>
            </w:r>
          </w:p>
        </w:tc>
        <w:tc>
          <w:tcPr>
            <w:tcW w:w="1728" w:type="dxa"/>
            <w:shd w:val="clear" w:color="auto" w:fill="D9EAD3"/>
            <w:vAlign w:val="center"/>
          </w:tcPr>
          <w:p w14:paraId="01C9C8C9" w14:textId="77777777" w:rsidR="00AA18CF" w:rsidRDefault="0088038D" w:rsidP="0088038D">
            <w:pPr>
              <w:pStyle w:val="Sansinterligne"/>
            </w:pPr>
            <w:r>
              <w:rPr>
                <w:b/>
              </w:rPr>
              <w:t>Observations</w:t>
            </w:r>
          </w:p>
        </w:tc>
      </w:tr>
      <w:tr w:rsidR="00AA18CF" w14:paraId="62F55609" w14:textId="77777777">
        <w:tc>
          <w:tcPr>
            <w:tcW w:w="1728" w:type="dxa"/>
          </w:tcPr>
          <w:p w14:paraId="0D30571A" w14:textId="77777777" w:rsidR="00AA18CF" w:rsidRPr="0088038D" w:rsidRDefault="0088038D" w:rsidP="0088038D">
            <w:pPr>
              <w:pStyle w:val="Sansinterligne"/>
              <w:rPr>
                <w:highlight w:val="yellow"/>
              </w:rPr>
            </w:pPr>
            <w:r w:rsidRPr="0088038D">
              <w:rPr>
                <w:highlight w:val="yellow"/>
              </w:rPr>
              <w:t>Objectif Global</w:t>
            </w:r>
          </w:p>
          <w:p w14:paraId="5C162979" w14:textId="77777777" w:rsidR="0088038D" w:rsidRPr="0088038D" w:rsidRDefault="0088038D" w:rsidP="0088038D">
            <w:pPr>
              <w:pStyle w:val="Sansinterligne"/>
              <w:rPr>
                <w:highlight w:val="yellow"/>
              </w:rPr>
            </w:pPr>
          </w:p>
          <w:p w14:paraId="50C3F37C" w14:textId="77777777" w:rsidR="0088038D" w:rsidRPr="0088038D" w:rsidRDefault="0088038D" w:rsidP="0088038D">
            <w:pPr>
              <w:pStyle w:val="Sansinterligne"/>
              <w:rPr>
                <w:highlight w:val="yellow"/>
              </w:rPr>
            </w:pPr>
          </w:p>
          <w:p w14:paraId="03C97923" w14:textId="77777777" w:rsidR="0088038D" w:rsidRPr="0088038D" w:rsidRDefault="0088038D" w:rsidP="0088038D">
            <w:pPr>
              <w:pStyle w:val="Sansinterligne"/>
              <w:rPr>
                <w:highlight w:val="yellow"/>
              </w:rPr>
            </w:pPr>
          </w:p>
          <w:p w14:paraId="196BD014" w14:textId="77777777" w:rsidR="0088038D" w:rsidRPr="0088038D" w:rsidRDefault="0088038D" w:rsidP="0088038D">
            <w:pPr>
              <w:pStyle w:val="Sansinterligne"/>
              <w:rPr>
                <w:highlight w:val="yellow"/>
              </w:rPr>
            </w:pPr>
          </w:p>
          <w:p w14:paraId="6AB145AC" w14:textId="6338E9BC" w:rsidR="0088038D" w:rsidRPr="0088038D" w:rsidRDefault="0088038D" w:rsidP="0088038D">
            <w:pPr>
              <w:pStyle w:val="Sansinterligne"/>
              <w:rPr>
                <w:highlight w:val="yellow"/>
              </w:rPr>
            </w:pPr>
          </w:p>
        </w:tc>
        <w:tc>
          <w:tcPr>
            <w:tcW w:w="1728" w:type="dxa"/>
          </w:tcPr>
          <w:p w14:paraId="2DCADA76" w14:textId="77777777" w:rsidR="00AA18CF" w:rsidRPr="0088038D" w:rsidRDefault="00AA18CF" w:rsidP="0088038D">
            <w:pPr>
              <w:pStyle w:val="Sansinterligne"/>
              <w:rPr>
                <w:highlight w:val="yellow"/>
              </w:rPr>
            </w:pPr>
          </w:p>
        </w:tc>
        <w:tc>
          <w:tcPr>
            <w:tcW w:w="1728" w:type="dxa"/>
          </w:tcPr>
          <w:p w14:paraId="5A2BA7D3" w14:textId="77777777" w:rsidR="00AA18CF" w:rsidRPr="0088038D" w:rsidRDefault="00AA18CF" w:rsidP="0088038D">
            <w:pPr>
              <w:pStyle w:val="Sansinterligne"/>
              <w:rPr>
                <w:highlight w:val="yellow"/>
              </w:rPr>
            </w:pPr>
          </w:p>
        </w:tc>
        <w:tc>
          <w:tcPr>
            <w:tcW w:w="1728" w:type="dxa"/>
          </w:tcPr>
          <w:p w14:paraId="57D22404" w14:textId="77777777" w:rsidR="00AA18CF" w:rsidRPr="0088038D" w:rsidRDefault="00AA18CF" w:rsidP="0088038D">
            <w:pPr>
              <w:pStyle w:val="Sansinterligne"/>
              <w:rPr>
                <w:highlight w:val="yellow"/>
              </w:rPr>
            </w:pPr>
          </w:p>
        </w:tc>
        <w:tc>
          <w:tcPr>
            <w:tcW w:w="1728" w:type="dxa"/>
          </w:tcPr>
          <w:p w14:paraId="33BC898B" w14:textId="77777777" w:rsidR="00AA18CF" w:rsidRPr="0088038D" w:rsidRDefault="00AA18CF" w:rsidP="0088038D">
            <w:pPr>
              <w:pStyle w:val="Sansinterligne"/>
              <w:rPr>
                <w:highlight w:val="yellow"/>
              </w:rPr>
            </w:pPr>
          </w:p>
        </w:tc>
      </w:tr>
      <w:tr w:rsidR="00AA18CF" w14:paraId="41164FA8" w14:textId="77777777">
        <w:tc>
          <w:tcPr>
            <w:tcW w:w="1728" w:type="dxa"/>
          </w:tcPr>
          <w:p w14:paraId="6A834910" w14:textId="77777777" w:rsidR="0088038D" w:rsidRPr="0088038D" w:rsidRDefault="0088038D" w:rsidP="0088038D">
            <w:pPr>
              <w:pStyle w:val="Sansinterligne"/>
              <w:rPr>
                <w:highlight w:val="darkGreen"/>
              </w:rPr>
            </w:pPr>
            <w:r w:rsidRPr="0088038D">
              <w:rPr>
                <w:highlight w:val="darkGreen"/>
              </w:rPr>
              <w:t xml:space="preserve">Objectif </w:t>
            </w:r>
          </w:p>
          <w:p w14:paraId="3B8C839A" w14:textId="77777777" w:rsidR="0088038D" w:rsidRPr="0088038D" w:rsidRDefault="0088038D" w:rsidP="0088038D">
            <w:pPr>
              <w:pStyle w:val="Sansinterligne"/>
              <w:rPr>
                <w:highlight w:val="darkGreen"/>
              </w:rPr>
            </w:pPr>
          </w:p>
          <w:p w14:paraId="046DAE75" w14:textId="4996DC41" w:rsidR="00AA18CF" w:rsidRPr="0088038D" w:rsidRDefault="0088038D" w:rsidP="0088038D">
            <w:pPr>
              <w:pStyle w:val="Sansinterligne"/>
            </w:pPr>
            <w:proofErr w:type="spellStart"/>
            <w:r w:rsidRPr="0088038D">
              <w:rPr>
                <w:highlight w:val="darkGreen"/>
              </w:rPr>
              <w:t>Spécifique</w:t>
            </w:r>
            <w:proofErr w:type="spellEnd"/>
          </w:p>
          <w:p w14:paraId="34B4DC30" w14:textId="77777777" w:rsidR="0088038D" w:rsidRPr="0088038D" w:rsidRDefault="0088038D" w:rsidP="0088038D">
            <w:pPr>
              <w:pStyle w:val="Sansinterligne"/>
            </w:pPr>
          </w:p>
          <w:p w14:paraId="76883ACF" w14:textId="77777777" w:rsidR="0088038D" w:rsidRDefault="0088038D" w:rsidP="0088038D">
            <w:pPr>
              <w:pStyle w:val="Sansinterligne"/>
            </w:pPr>
          </w:p>
          <w:p w14:paraId="78F28E7A" w14:textId="196FF149" w:rsidR="0088038D" w:rsidRDefault="0088038D" w:rsidP="0088038D">
            <w:pPr>
              <w:pStyle w:val="Sansinterligne"/>
            </w:pPr>
          </w:p>
        </w:tc>
        <w:tc>
          <w:tcPr>
            <w:tcW w:w="1728" w:type="dxa"/>
          </w:tcPr>
          <w:p w14:paraId="0C50DE27" w14:textId="77777777" w:rsidR="00AA18CF" w:rsidRDefault="00AA18CF" w:rsidP="0088038D">
            <w:pPr>
              <w:pStyle w:val="Sansinterligne"/>
            </w:pPr>
          </w:p>
        </w:tc>
        <w:tc>
          <w:tcPr>
            <w:tcW w:w="1728" w:type="dxa"/>
          </w:tcPr>
          <w:p w14:paraId="15672D27" w14:textId="77777777" w:rsidR="00AA18CF" w:rsidRDefault="00AA18CF" w:rsidP="0088038D">
            <w:pPr>
              <w:pStyle w:val="Sansinterligne"/>
            </w:pPr>
          </w:p>
        </w:tc>
        <w:tc>
          <w:tcPr>
            <w:tcW w:w="1728" w:type="dxa"/>
          </w:tcPr>
          <w:p w14:paraId="323BE060" w14:textId="77777777" w:rsidR="00AA18CF" w:rsidRDefault="00AA18CF" w:rsidP="0088038D">
            <w:pPr>
              <w:pStyle w:val="Sansinterligne"/>
            </w:pPr>
          </w:p>
        </w:tc>
        <w:tc>
          <w:tcPr>
            <w:tcW w:w="1728" w:type="dxa"/>
          </w:tcPr>
          <w:p w14:paraId="3E1B86FC" w14:textId="77777777" w:rsidR="00AA18CF" w:rsidRDefault="00AA18CF" w:rsidP="0088038D">
            <w:pPr>
              <w:pStyle w:val="Sansinterligne"/>
            </w:pPr>
          </w:p>
        </w:tc>
      </w:tr>
      <w:tr w:rsidR="00AA18CF" w14:paraId="1A4E9DB8" w14:textId="77777777">
        <w:tc>
          <w:tcPr>
            <w:tcW w:w="1728" w:type="dxa"/>
          </w:tcPr>
          <w:p w14:paraId="6A3877D7" w14:textId="77777777" w:rsidR="00AA18CF" w:rsidRDefault="0088038D" w:rsidP="0088038D">
            <w:pPr>
              <w:pStyle w:val="Sansinterligne"/>
            </w:pPr>
            <w:proofErr w:type="spellStart"/>
            <w:r w:rsidRPr="0088038D">
              <w:rPr>
                <w:highlight w:val="magenta"/>
              </w:rPr>
              <w:t>Résultat</w:t>
            </w:r>
            <w:proofErr w:type="spellEnd"/>
            <w:r w:rsidRPr="0088038D">
              <w:rPr>
                <w:highlight w:val="magenta"/>
              </w:rPr>
              <w:t xml:space="preserve"> 1</w:t>
            </w:r>
          </w:p>
          <w:p w14:paraId="0B2F871D" w14:textId="77777777" w:rsidR="0088038D" w:rsidRDefault="0088038D" w:rsidP="0088038D">
            <w:pPr>
              <w:pStyle w:val="Sansinterligne"/>
            </w:pPr>
          </w:p>
          <w:p w14:paraId="0FFABF45" w14:textId="135A5304" w:rsidR="0088038D" w:rsidRDefault="0088038D" w:rsidP="0088038D">
            <w:pPr>
              <w:pStyle w:val="Sansinterligne"/>
            </w:pPr>
          </w:p>
        </w:tc>
        <w:tc>
          <w:tcPr>
            <w:tcW w:w="1728" w:type="dxa"/>
          </w:tcPr>
          <w:p w14:paraId="21886860" w14:textId="77777777" w:rsidR="00AA18CF" w:rsidRDefault="00AA18CF" w:rsidP="0088038D">
            <w:pPr>
              <w:pStyle w:val="Sansinterligne"/>
            </w:pPr>
          </w:p>
        </w:tc>
        <w:tc>
          <w:tcPr>
            <w:tcW w:w="1728" w:type="dxa"/>
          </w:tcPr>
          <w:p w14:paraId="0918E818" w14:textId="77777777" w:rsidR="00AA18CF" w:rsidRDefault="00AA18CF" w:rsidP="0088038D">
            <w:pPr>
              <w:pStyle w:val="Sansinterligne"/>
            </w:pPr>
          </w:p>
        </w:tc>
        <w:tc>
          <w:tcPr>
            <w:tcW w:w="1728" w:type="dxa"/>
          </w:tcPr>
          <w:p w14:paraId="1B8CA38F" w14:textId="77777777" w:rsidR="00AA18CF" w:rsidRDefault="00AA18CF" w:rsidP="0088038D">
            <w:pPr>
              <w:pStyle w:val="Sansinterligne"/>
            </w:pPr>
          </w:p>
        </w:tc>
        <w:tc>
          <w:tcPr>
            <w:tcW w:w="1728" w:type="dxa"/>
          </w:tcPr>
          <w:p w14:paraId="7D6B5952" w14:textId="77777777" w:rsidR="00AA18CF" w:rsidRDefault="00AA18CF" w:rsidP="0088038D">
            <w:pPr>
              <w:pStyle w:val="Sansinterligne"/>
            </w:pPr>
          </w:p>
        </w:tc>
      </w:tr>
      <w:tr w:rsidR="00AA18CF" w14:paraId="0510B23E" w14:textId="77777777" w:rsidTr="0088038D">
        <w:trPr>
          <w:trHeight w:val="1104"/>
        </w:trPr>
        <w:tc>
          <w:tcPr>
            <w:tcW w:w="1728" w:type="dxa"/>
          </w:tcPr>
          <w:p w14:paraId="11A92CC1" w14:textId="77777777" w:rsidR="00AA18CF" w:rsidRDefault="0088038D" w:rsidP="0088038D">
            <w:pPr>
              <w:pStyle w:val="Sansinterligne"/>
            </w:pPr>
            <w:proofErr w:type="spellStart"/>
            <w:r w:rsidRPr="0088038D">
              <w:rPr>
                <w:highlight w:val="magenta"/>
              </w:rPr>
              <w:t>Résultat</w:t>
            </w:r>
            <w:proofErr w:type="spellEnd"/>
            <w:r>
              <w:t xml:space="preserve"> 2</w:t>
            </w:r>
          </w:p>
          <w:p w14:paraId="3F4E1477" w14:textId="77777777" w:rsidR="0088038D" w:rsidRDefault="0088038D" w:rsidP="0088038D">
            <w:pPr>
              <w:pStyle w:val="Sansinterligne"/>
            </w:pPr>
          </w:p>
          <w:p w14:paraId="490CE207" w14:textId="77777777" w:rsidR="0088038D" w:rsidRDefault="0088038D" w:rsidP="0088038D">
            <w:pPr>
              <w:pStyle w:val="Sansinterligne"/>
            </w:pPr>
          </w:p>
          <w:p w14:paraId="55056A4B" w14:textId="3173F864" w:rsidR="0088038D" w:rsidRDefault="0088038D" w:rsidP="0088038D">
            <w:pPr>
              <w:pStyle w:val="Sansinterligne"/>
            </w:pPr>
          </w:p>
        </w:tc>
        <w:tc>
          <w:tcPr>
            <w:tcW w:w="1728" w:type="dxa"/>
          </w:tcPr>
          <w:p w14:paraId="4BCB9FE7" w14:textId="77777777" w:rsidR="00AA18CF" w:rsidRDefault="00AA18CF" w:rsidP="0088038D">
            <w:pPr>
              <w:pStyle w:val="Sansinterligne"/>
            </w:pPr>
          </w:p>
        </w:tc>
        <w:tc>
          <w:tcPr>
            <w:tcW w:w="1728" w:type="dxa"/>
          </w:tcPr>
          <w:p w14:paraId="5DC246E5" w14:textId="77777777" w:rsidR="00AA18CF" w:rsidRDefault="00AA18CF" w:rsidP="0088038D">
            <w:pPr>
              <w:pStyle w:val="Sansinterligne"/>
            </w:pPr>
          </w:p>
        </w:tc>
        <w:tc>
          <w:tcPr>
            <w:tcW w:w="1728" w:type="dxa"/>
          </w:tcPr>
          <w:p w14:paraId="0126A134" w14:textId="77777777" w:rsidR="00AA18CF" w:rsidRDefault="00AA18CF" w:rsidP="0088038D">
            <w:pPr>
              <w:pStyle w:val="Sansinterligne"/>
            </w:pPr>
          </w:p>
        </w:tc>
        <w:tc>
          <w:tcPr>
            <w:tcW w:w="1728" w:type="dxa"/>
          </w:tcPr>
          <w:p w14:paraId="4202EB7B" w14:textId="77777777" w:rsidR="00AA18CF" w:rsidRDefault="00AA18CF" w:rsidP="0088038D">
            <w:pPr>
              <w:pStyle w:val="Sansinterligne"/>
            </w:pPr>
          </w:p>
        </w:tc>
      </w:tr>
      <w:tr w:rsidR="00AA18CF" w14:paraId="0C2FE750" w14:textId="77777777">
        <w:tc>
          <w:tcPr>
            <w:tcW w:w="1728" w:type="dxa"/>
          </w:tcPr>
          <w:p w14:paraId="7D574958" w14:textId="77777777" w:rsidR="00AA18CF" w:rsidRDefault="0088038D" w:rsidP="0088038D">
            <w:pPr>
              <w:pStyle w:val="Sansinterligne"/>
            </w:pPr>
            <w:proofErr w:type="spellStart"/>
            <w:r w:rsidRPr="0088038D">
              <w:rPr>
                <w:highlight w:val="magenta"/>
              </w:rPr>
              <w:t>Résultat</w:t>
            </w:r>
            <w:proofErr w:type="spellEnd"/>
            <w:r w:rsidRPr="0088038D">
              <w:rPr>
                <w:highlight w:val="magenta"/>
              </w:rPr>
              <w:t xml:space="preserve"> 3</w:t>
            </w:r>
          </w:p>
          <w:p w14:paraId="28CDC32D" w14:textId="77777777" w:rsidR="0088038D" w:rsidRDefault="0088038D" w:rsidP="0088038D">
            <w:pPr>
              <w:pStyle w:val="Sansinterligne"/>
            </w:pPr>
          </w:p>
          <w:p w14:paraId="495B7534" w14:textId="77777777" w:rsidR="0088038D" w:rsidRDefault="0088038D" w:rsidP="0088038D">
            <w:pPr>
              <w:pStyle w:val="Sansinterligne"/>
            </w:pPr>
          </w:p>
          <w:p w14:paraId="6C8EF8D3" w14:textId="77777777" w:rsidR="0088038D" w:rsidRDefault="0088038D" w:rsidP="0088038D">
            <w:pPr>
              <w:pStyle w:val="Sansinterligne"/>
            </w:pPr>
          </w:p>
          <w:p w14:paraId="6C92AA52" w14:textId="54AC2EDF" w:rsidR="0088038D" w:rsidRDefault="0088038D" w:rsidP="0088038D">
            <w:pPr>
              <w:pStyle w:val="Sansinterligne"/>
            </w:pPr>
          </w:p>
        </w:tc>
        <w:tc>
          <w:tcPr>
            <w:tcW w:w="1728" w:type="dxa"/>
          </w:tcPr>
          <w:p w14:paraId="519CF5A9" w14:textId="77777777" w:rsidR="00AA18CF" w:rsidRDefault="00AA18CF" w:rsidP="0088038D">
            <w:pPr>
              <w:pStyle w:val="Sansinterligne"/>
            </w:pPr>
          </w:p>
        </w:tc>
        <w:tc>
          <w:tcPr>
            <w:tcW w:w="1728" w:type="dxa"/>
          </w:tcPr>
          <w:p w14:paraId="0D894790" w14:textId="77777777" w:rsidR="00AA18CF" w:rsidRDefault="00AA18CF" w:rsidP="0088038D">
            <w:pPr>
              <w:pStyle w:val="Sansinterligne"/>
            </w:pPr>
          </w:p>
        </w:tc>
        <w:tc>
          <w:tcPr>
            <w:tcW w:w="1728" w:type="dxa"/>
          </w:tcPr>
          <w:p w14:paraId="668B19C1" w14:textId="77777777" w:rsidR="00AA18CF" w:rsidRDefault="00AA18CF" w:rsidP="0088038D">
            <w:pPr>
              <w:pStyle w:val="Sansinterligne"/>
            </w:pPr>
          </w:p>
        </w:tc>
        <w:tc>
          <w:tcPr>
            <w:tcW w:w="1728" w:type="dxa"/>
          </w:tcPr>
          <w:p w14:paraId="0167F508" w14:textId="77777777" w:rsidR="00AA18CF" w:rsidRDefault="00AA18CF" w:rsidP="0088038D">
            <w:pPr>
              <w:pStyle w:val="Sansinterligne"/>
            </w:pPr>
          </w:p>
        </w:tc>
      </w:tr>
    </w:tbl>
    <w:p w14:paraId="24C98C68" w14:textId="77777777" w:rsidR="00AA18CF" w:rsidRDefault="0088038D">
      <w:r>
        <w:br w:type="page"/>
      </w:r>
    </w:p>
    <w:p w14:paraId="631C346E" w14:textId="77777777" w:rsidR="00AA18CF" w:rsidRDefault="0088038D">
      <w:pPr>
        <w:pStyle w:val="Titre1"/>
      </w:pPr>
      <w:r>
        <w:lastRenderedPageBreak/>
        <w:t>Modèle 2 : Cadre Logique Coloré et Structuré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57"/>
        <w:gridCol w:w="2156"/>
        <w:gridCol w:w="2158"/>
        <w:gridCol w:w="2159"/>
      </w:tblGrid>
      <w:tr w:rsidR="00AA18CF" w14:paraId="652CFFE9" w14:textId="77777777">
        <w:tc>
          <w:tcPr>
            <w:tcW w:w="2160" w:type="dxa"/>
            <w:shd w:val="clear" w:color="auto" w:fill="F9CB9C"/>
            <w:vAlign w:val="center"/>
          </w:tcPr>
          <w:p w14:paraId="4C143C76" w14:textId="77777777" w:rsidR="00AA18CF" w:rsidRDefault="0088038D">
            <w:pPr>
              <w:jc w:val="center"/>
            </w:pPr>
            <w:r>
              <w:rPr>
                <w:b/>
              </w:rPr>
              <w:t>Composante</w:t>
            </w:r>
          </w:p>
        </w:tc>
        <w:tc>
          <w:tcPr>
            <w:tcW w:w="2160" w:type="dxa"/>
            <w:shd w:val="clear" w:color="auto" w:fill="FCE5CD"/>
            <w:vAlign w:val="center"/>
          </w:tcPr>
          <w:p w14:paraId="3F604A97" w14:textId="77777777" w:rsidR="00AA18CF" w:rsidRDefault="0088038D">
            <w:pPr>
              <w:jc w:val="center"/>
            </w:pPr>
            <w:r>
              <w:rPr>
                <w:b/>
              </w:rPr>
              <w:t>Détail</w:t>
            </w:r>
          </w:p>
        </w:tc>
        <w:tc>
          <w:tcPr>
            <w:tcW w:w="2160" w:type="dxa"/>
            <w:shd w:val="clear" w:color="auto" w:fill="FFF2CC"/>
            <w:vAlign w:val="center"/>
          </w:tcPr>
          <w:p w14:paraId="6C1A66E2" w14:textId="77777777" w:rsidR="00AA18CF" w:rsidRDefault="0088038D">
            <w:pPr>
              <w:jc w:val="center"/>
            </w:pPr>
            <w:r>
              <w:rPr>
                <w:b/>
              </w:rPr>
              <w:t>Indicateurs</w:t>
            </w:r>
          </w:p>
        </w:tc>
        <w:tc>
          <w:tcPr>
            <w:tcW w:w="2160" w:type="dxa"/>
            <w:shd w:val="clear" w:color="auto" w:fill="D9D2E9"/>
            <w:vAlign w:val="center"/>
          </w:tcPr>
          <w:p w14:paraId="4BE9D8BF" w14:textId="77777777" w:rsidR="00AA18CF" w:rsidRDefault="0088038D"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 w:rsidR="00AA18CF" w14:paraId="26D51970" w14:textId="77777777">
        <w:tc>
          <w:tcPr>
            <w:tcW w:w="2160" w:type="dxa"/>
          </w:tcPr>
          <w:p w14:paraId="0A627666" w14:textId="77777777" w:rsidR="00AA18CF" w:rsidRDefault="0088038D">
            <w:r>
              <w:t>Objectif Global</w:t>
            </w:r>
          </w:p>
        </w:tc>
        <w:tc>
          <w:tcPr>
            <w:tcW w:w="2160" w:type="dxa"/>
          </w:tcPr>
          <w:p w14:paraId="7E64D7FB" w14:textId="77777777" w:rsidR="00AA18CF" w:rsidRDefault="00AA18CF"/>
        </w:tc>
        <w:tc>
          <w:tcPr>
            <w:tcW w:w="2160" w:type="dxa"/>
          </w:tcPr>
          <w:p w14:paraId="7DBEA979" w14:textId="77777777" w:rsidR="00AA18CF" w:rsidRDefault="00AA18CF"/>
        </w:tc>
        <w:tc>
          <w:tcPr>
            <w:tcW w:w="2160" w:type="dxa"/>
          </w:tcPr>
          <w:p w14:paraId="16787960" w14:textId="77777777" w:rsidR="00AA18CF" w:rsidRDefault="00AA18CF"/>
        </w:tc>
      </w:tr>
      <w:tr w:rsidR="00AA18CF" w14:paraId="0132B1BD" w14:textId="77777777">
        <w:tc>
          <w:tcPr>
            <w:tcW w:w="2160" w:type="dxa"/>
          </w:tcPr>
          <w:p w14:paraId="583DB50E" w14:textId="77777777" w:rsidR="00AA18CF" w:rsidRDefault="0088038D">
            <w:r>
              <w:t>Objectif Spécifique</w:t>
            </w:r>
          </w:p>
        </w:tc>
        <w:tc>
          <w:tcPr>
            <w:tcW w:w="2160" w:type="dxa"/>
          </w:tcPr>
          <w:p w14:paraId="5257ABFB" w14:textId="77777777" w:rsidR="00AA18CF" w:rsidRDefault="00AA18CF"/>
        </w:tc>
        <w:tc>
          <w:tcPr>
            <w:tcW w:w="2160" w:type="dxa"/>
          </w:tcPr>
          <w:p w14:paraId="086DAA7B" w14:textId="77777777" w:rsidR="00AA18CF" w:rsidRDefault="00AA18CF"/>
        </w:tc>
        <w:tc>
          <w:tcPr>
            <w:tcW w:w="2160" w:type="dxa"/>
          </w:tcPr>
          <w:p w14:paraId="7231F28B" w14:textId="77777777" w:rsidR="00AA18CF" w:rsidRDefault="00AA18CF"/>
        </w:tc>
      </w:tr>
      <w:tr w:rsidR="00AA18CF" w14:paraId="0D6F3AAB" w14:textId="77777777">
        <w:tc>
          <w:tcPr>
            <w:tcW w:w="2160" w:type="dxa"/>
          </w:tcPr>
          <w:p w14:paraId="10D9613A" w14:textId="77777777" w:rsidR="00AA18CF" w:rsidRDefault="0088038D">
            <w:r>
              <w:t>Résultat 1</w:t>
            </w:r>
          </w:p>
        </w:tc>
        <w:tc>
          <w:tcPr>
            <w:tcW w:w="2160" w:type="dxa"/>
          </w:tcPr>
          <w:p w14:paraId="7E739F12" w14:textId="77777777" w:rsidR="00AA18CF" w:rsidRDefault="00AA18CF"/>
        </w:tc>
        <w:tc>
          <w:tcPr>
            <w:tcW w:w="2160" w:type="dxa"/>
          </w:tcPr>
          <w:p w14:paraId="34AA794D" w14:textId="77777777" w:rsidR="00AA18CF" w:rsidRDefault="00AA18CF"/>
        </w:tc>
        <w:tc>
          <w:tcPr>
            <w:tcW w:w="2160" w:type="dxa"/>
          </w:tcPr>
          <w:p w14:paraId="0AFC55AB" w14:textId="77777777" w:rsidR="00AA18CF" w:rsidRDefault="00AA18CF"/>
        </w:tc>
      </w:tr>
      <w:tr w:rsidR="00AA18CF" w14:paraId="55D601DA" w14:textId="77777777">
        <w:tc>
          <w:tcPr>
            <w:tcW w:w="2160" w:type="dxa"/>
          </w:tcPr>
          <w:p w14:paraId="7F2A78C6" w14:textId="77777777" w:rsidR="00AA18CF" w:rsidRDefault="0088038D">
            <w:r>
              <w:t>Résultat 2</w:t>
            </w:r>
          </w:p>
        </w:tc>
        <w:tc>
          <w:tcPr>
            <w:tcW w:w="2160" w:type="dxa"/>
          </w:tcPr>
          <w:p w14:paraId="1B684F26" w14:textId="77777777" w:rsidR="00AA18CF" w:rsidRDefault="00AA18CF"/>
        </w:tc>
        <w:tc>
          <w:tcPr>
            <w:tcW w:w="2160" w:type="dxa"/>
          </w:tcPr>
          <w:p w14:paraId="0BB12B2A" w14:textId="77777777" w:rsidR="00AA18CF" w:rsidRDefault="00AA18CF"/>
        </w:tc>
        <w:tc>
          <w:tcPr>
            <w:tcW w:w="2160" w:type="dxa"/>
          </w:tcPr>
          <w:p w14:paraId="26D1B33D" w14:textId="77777777" w:rsidR="00AA18CF" w:rsidRDefault="00AA18CF"/>
        </w:tc>
      </w:tr>
    </w:tbl>
    <w:p w14:paraId="0E11E81B" w14:textId="77777777" w:rsidR="00AA18CF" w:rsidRDefault="0088038D">
      <w:r>
        <w:br/>
        <w:t xml:space="preserve">Utilisez ce modèle pour une visualisation simple et colorée du cadre </w:t>
      </w:r>
      <w:r>
        <w:t>logique.</w:t>
      </w:r>
    </w:p>
    <w:p w14:paraId="60021A77" w14:textId="77777777" w:rsidR="00AA18CF" w:rsidRDefault="0088038D">
      <w:r>
        <w:br w:type="page"/>
      </w:r>
    </w:p>
    <w:p w14:paraId="4BBE2C15" w14:textId="77777777" w:rsidR="00AA18CF" w:rsidRDefault="0088038D">
      <w:pPr>
        <w:pStyle w:val="Titre1"/>
      </w:pPr>
      <w:r>
        <w:lastRenderedPageBreak/>
        <w:t>Modèle 3 : Logique de Projet avec Étapes Séquentielles</w:t>
      </w:r>
    </w:p>
    <w:p w14:paraId="59AE0E33" w14:textId="77777777" w:rsidR="00AA18CF" w:rsidRDefault="0088038D">
      <w:pPr>
        <w:pStyle w:val="Listepuces"/>
      </w:pPr>
      <w:r>
        <w:t>🔹</w:t>
      </w:r>
      <w:r>
        <w:t xml:space="preserve"> Objectif Global</w:t>
      </w:r>
    </w:p>
    <w:p w14:paraId="05639BF0" w14:textId="77777777" w:rsidR="00AA18CF" w:rsidRDefault="0088038D">
      <w:r>
        <w:t>Décrire l'objectif général du projet ici...</w:t>
      </w:r>
    </w:p>
    <w:p w14:paraId="5961FEC2" w14:textId="77777777" w:rsidR="00AA18CF" w:rsidRDefault="0088038D">
      <w:r>
        <w:br/>
      </w:r>
    </w:p>
    <w:p w14:paraId="1F7737A3" w14:textId="77777777" w:rsidR="00AA18CF" w:rsidRDefault="0088038D">
      <w:pPr>
        <w:pStyle w:val="Listepuces"/>
      </w:pPr>
      <w:r>
        <w:t>🔹</w:t>
      </w:r>
      <w:r>
        <w:t xml:space="preserve"> Objectif Spécifique</w:t>
      </w:r>
    </w:p>
    <w:p w14:paraId="3B9E35EB" w14:textId="77777777" w:rsidR="00AA18CF" w:rsidRDefault="0088038D">
      <w:r>
        <w:t>Décrire l'objectif spécifique ici...</w:t>
      </w:r>
    </w:p>
    <w:p w14:paraId="3F8739B5" w14:textId="77777777" w:rsidR="00AA18CF" w:rsidRDefault="0088038D">
      <w:r>
        <w:br/>
      </w:r>
    </w:p>
    <w:p w14:paraId="41BDBD94" w14:textId="77777777" w:rsidR="00AA18CF" w:rsidRDefault="0088038D">
      <w:pPr>
        <w:pStyle w:val="Listepuces"/>
      </w:pPr>
      <w:r>
        <w:t>🔹</w:t>
      </w:r>
      <w:r>
        <w:t xml:space="preserve"> Résultat 1</w:t>
      </w:r>
    </w:p>
    <w:p w14:paraId="271EB507" w14:textId="77777777" w:rsidR="00AA18CF" w:rsidRDefault="0088038D">
      <w:r>
        <w:t>Détaillez le résultat attendu ici...</w:t>
      </w:r>
    </w:p>
    <w:p w14:paraId="60139459" w14:textId="77777777" w:rsidR="00AA18CF" w:rsidRDefault="0088038D">
      <w:r>
        <w:br/>
      </w:r>
    </w:p>
    <w:p w14:paraId="6A2F0D1F" w14:textId="77777777" w:rsidR="00AA18CF" w:rsidRDefault="0088038D">
      <w:pPr>
        <w:pStyle w:val="Listepuces"/>
      </w:pPr>
      <w:r>
        <w:t>🔹</w:t>
      </w:r>
      <w:r>
        <w:t xml:space="preserve"> Résulta</w:t>
      </w:r>
      <w:r>
        <w:t>t 2</w:t>
      </w:r>
    </w:p>
    <w:p w14:paraId="2A174298" w14:textId="77777777" w:rsidR="00AA18CF" w:rsidRDefault="0088038D">
      <w:r>
        <w:t>Détaillez un second résultat ici...</w:t>
      </w:r>
    </w:p>
    <w:p w14:paraId="59627D03" w14:textId="77777777" w:rsidR="00AA18CF" w:rsidRDefault="0088038D">
      <w:r>
        <w:br/>
      </w:r>
    </w:p>
    <w:p w14:paraId="3262B3FB" w14:textId="77777777" w:rsidR="00AA18CF" w:rsidRDefault="0088038D">
      <w:pPr>
        <w:pStyle w:val="Listepuces"/>
      </w:pPr>
      <w:r>
        <w:t>🔹</w:t>
      </w:r>
      <w:r>
        <w:t xml:space="preserve"> Activités</w:t>
      </w:r>
    </w:p>
    <w:p w14:paraId="0F9F8080" w14:textId="77777777" w:rsidR="00AA18CF" w:rsidRDefault="0088038D">
      <w:r>
        <w:t>Listez les principales activités ici...</w:t>
      </w:r>
    </w:p>
    <w:p w14:paraId="75115995" w14:textId="77777777" w:rsidR="00AA18CF" w:rsidRDefault="0088038D">
      <w:r>
        <w:br/>
      </w:r>
    </w:p>
    <w:sectPr w:rsidR="00AA18C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88038D"/>
    <w:rsid w:val="00AA18CF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87B88F"/>
  <w14:defaultImageDpi w14:val="300"/>
  <w15:docId w15:val="{CD7CFAA5-EDF6-4596-9E06-106D347B7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132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2025-06-23T18:33:00Z</dcterms:created>
  <dcterms:modified xsi:type="dcterms:W3CDTF">2025-06-23T18:33:00Z</dcterms:modified>
  <cp:category/>
</cp:coreProperties>
</file>