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📘 Pack Fiches Méthode – Dissertation Littéraire</w:t>
      </w:r>
    </w:p>
    <w:p>
      <w:pPr>
        <w:pStyle w:val="Heading2"/>
      </w:pPr>
      <w:r>
        <w:t>📌 Fiche 1 – Modèle d’Introduction</w:t>
      </w:r>
    </w:p>
    <w:p>
      <w:r>
        <w:t>Utilise cette structure pour rédiger une introduction solide :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Étape</w:t>
            </w:r>
          </w:p>
        </w:tc>
        <w:tc>
          <w:tcPr>
            <w:tcW w:type="dxa" w:w="4320"/>
          </w:tcPr>
          <w:p>
            <w:r>
              <w:t>Contenu attendu</w:t>
            </w:r>
          </w:p>
        </w:tc>
      </w:tr>
      <w:tr>
        <w:tc>
          <w:tcPr>
            <w:tcW w:type="dxa" w:w="4320"/>
          </w:tcPr>
          <w:p>
            <w:r>
              <w:t>1. Accroche</w:t>
            </w:r>
          </w:p>
        </w:tc>
        <w:tc>
          <w:tcPr>
            <w:tcW w:type="dxa" w:w="4320"/>
          </w:tcPr>
          <w:p>
            <w:r>
              <w:t>Citation, fait littéraire ou question liée au sujet</w:t>
            </w:r>
          </w:p>
        </w:tc>
      </w:tr>
      <w:tr>
        <w:tc>
          <w:tcPr>
            <w:tcW w:type="dxa" w:w="4320"/>
          </w:tcPr>
          <w:p>
            <w:r>
              <w:t>2. Définition</w:t>
            </w:r>
          </w:p>
        </w:tc>
        <w:tc>
          <w:tcPr>
            <w:tcW w:type="dxa" w:w="4320"/>
          </w:tcPr>
          <w:p>
            <w:r>
              <w:t>Définitions des mots-clés du sujet</w:t>
            </w:r>
          </w:p>
        </w:tc>
      </w:tr>
      <w:tr>
        <w:tc>
          <w:tcPr>
            <w:tcW w:type="dxa" w:w="4320"/>
          </w:tcPr>
          <w:p>
            <w:r>
              <w:t>3. Problématique</w:t>
            </w:r>
          </w:p>
        </w:tc>
        <w:tc>
          <w:tcPr>
            <w:tcW w:type="dxa" w:w="4320"/>
          </w:tcPr>
          <w:p>
            <w:r>
              <w:t>Formulation d'une question ouverte liée au sujet</w:t>
            </w:r>
          </w:p>
        </w:tc>
      </w:tr>
      <w:tr>
        <w:tc>
          <w:tcPr>
            <w:tcW w:type="dxa" w:w="4320"/>
          </w:tcPr>
          <w:p>
            <w:r>
              <w:t>4. Annonce du plan</w:t>
            </w:r>
          </w:p>
        </w:tc>
        <w:tc>
          <w:tcPr>
            <w:tcW w:type="dxa" w:w="4320"/>
          </w:tcPr>
          <w:p>
            <w:r>
              <w:t>Présentation rapide des grandes parties</w:t>
            </w:r>
          </w:p>
        </w:tc>
      </w:tr>
    </w:tbl>
    <w:p>
      <w:r>
        <w:br w:type="page"/>
      </w:r>
    </w:p>
    <w:p>
      <w:pPr>
        <w:pStyle w:val="Heading2"/>
      </w:pPr>
      <w:r>
        <w:t>📚 Fiche 2 – Tableau de Suivi des Lectures</w:t>
      </w:r>
    </w:p>
    <w:p>
      <w:r>
        <w:t>Renseigne ce tableau pour mémoriser tes lectures et les réutiliser efficacement :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Titre</w:t>
            </w:r>
          </w:p>
        </w:tc>
        <w:tc>
          <w:tcPr>
            <w:tcW w:type="dxa" w:w="1728"/>
          </w:tcPr>
          <w:p>
            <w:r>
              <w:t>Auteur</w:t>
            </w:r>
          </w:p>
        </w:tc>
        <w:tc>
          <w:tcPr>
            <w:tcW w:type="dxa" w:w="1728"/>
          </w:tcPr>
          <w:p>
            <w:r>
              <w:t>Mouvement littéraire</w:t>
            </w:r>
          </w:p>
        </w:tc>
        <w:tc>
          <w:tcPr>
            <w:tcW w:type="dxa" w:w="1728"/>
          </w:tcPr>
          <w:p>
            <w:r>
              <w:t>Thèmes principaux</w:t>
            </w:r>
          </w:p>
        </w:tc>
        <w:tc>
          <w:tcPr>
            <w:tcW w:type="dxa" w:w="1728"/>
          </w:tcPr>
          <w:p>
            <w:r>
              <w:t>Citations clés</w:t>
            </w:r>
          </w:p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</w:tbl>
    <w:p>
      <w:r>
        <w:br w:type="page"/>
      </w:r>
    </w:p>
    <w:p>
      <w:pPr>
        <w:pStyle w:val="Heading2"/>
      </w:pPr>
      <w:r>
        <w:t>🧱 Fiche 3 – Plan Type de Dissertation</w:t>
      </w:r>
    </w:p>
    <w:p>
      <w:r>
        <w:t>Utilise ce plan pour organiser ton devoir de manière logique :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Partie</w:t>
            </w:r>
          </w:p>
        </w:tc>
        <w:tc>
          <w:tcPr>
            <w:tcW w:type="dxa" w:w="4320"/>
          </w:tcPr>
          <w:p>
            <w:r>
              <w:t>Contenu</w:t>
            </w:r>
          </w:p>
        </w:tc>
      </w:tr>
      <w:tr>
        <w:tc>
          <w:tcPr>
            <w:tcW w:type="dxa" w:w="4320"/>
          </w:tcPr>
          <w:p>
            <w:r>
              <w:t>Introduction</w:t>
            </w:r>
          </w:p>
        </w:tc>
        <w:tc>
          <w:tcPr>
            <w:tcW w:type="dxa" w:w="4320"/>
          </w:tcPr>
          <w:p>
            <w:r>
              <w:t>Accroche, définition, problématique, annonce du plan</w:t>
            </w:r>
          </w:p>
        </w:tc>
      </w:tr>
      <w:tr>
        <w:tc>
          <w:tcPr>
            <w:tcW w:type="dxa" w:w="4320"/>
          </w:tcPr>
          <w:p>
            <w:r>
              <w:t>Développement</w:t>
            </w:r>
          </w:p>
        </w:tc>
        <w:tc>
          <w:tcPr>
            <w:tcW w:type="dxa" w:w="4320"/>
          </w:tcPr>
          <w:p>
            <w:r>
              <w:t>Trois parties avec arguments, exemples, transitions</w:t>
            </w:r>
          </w:p>
        </w:tc>
      </w:tr>
      <w:tr>
        <w:tc>
          <w:tcPr>
            <w:tcW w:type="dxa" w:w="4320"/>
          </w:tcPr>
          <w:p>
            <w:r>
              <w:t>Conclusion</w:t>
            </w:r>
          </w:p>
        </w:tc>
        <w:tc>
          <w:tcPr>
            <w:tcW w:type="dxa" w:w="4320"/>
          </w:tcPr>
          <w:p>
            <w:r>
              <w:t>Bilan, réponse à la problématique, ouverture</w:t>
            </w:r>
          </w:p>
        </w:tc>
      </w:tr>
    </w:tbl>
    <w:p>
      <w:r>
        <w:br w:type="page"/>
      </w:r>
    </w:p>
    <w:p>
      <w:pPr>
        <w:pStyle w:val="Heading2"/>
      </w:pPr>
      <w:r>
        <w:t>📂 Fiche 4 – Banque d’Exemples Littéraires</w:t>
      </w:r>
    </w:p>
    <w:p>
      <w:r>
        <w:t>Prépare tes exemples pour les insérer dans ta dissertation :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Œuvre</w:t>
            </w:r>
          </w:p>
        </w:tc>
        <w:tc>
          <w:tcPr>
            <w:tcW w:type="dxa" w:w="2880"/>
          </w:tcPr>
          <w:p>
            <w:r>
              <w:t>Thème exploitable</w:t>
            </w:r>
          </w:p>
        </w:tc>
        <w:tc>
          <w:tcPr>
            <w:tcW w:type="dxa" w:w="2880"/>
          </w:tcPr>
          <w:p>
            <w:r>
              <w:t>Citation ou idée clé</w:t>
            </w:r>
          </w:p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