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6503"/>
            <w:shd w:fill="00B0F0"/>
          </w:tcPr>
          <w:p/>
        </w:tc>
        <w:tc>
          <w:tcPr>
            <w:tcW w:type="dxa" w:w="6503"/>
          </w:tcPr>
          <w:p>
            <w:r>
              <w:rPr>
                <w:b/>
                <w:sz w:val="24"/>
              </w:rPr>
              <w:t>🔷 Identité de l’entreprise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503"/>
        <w:gridCol w:w="6503"/>
      </w:tblGrid>
      <w:tr>
        <w:tc>
          <w:tcPr>
            <w:tcW w:type="dxa" w:w="6503"/>
          </w:tcPr>
          <w:p>
            <w:r>
              <w:t>Nom de l’entreprise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Forme juridique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Numéro SIRET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Numéro TVA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Année de création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Capital social</w:t>
            </w:r>
          </w:p>
        </w:tc>
        <w:tc>
          <w:tcPr>
            <w:tcW w:type="dxa" w:w="6503"/>
          </w:tcPr>
          <w:p>
            <w:r/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6503"/>
            <w:shd w:fill="00B0F0"/>
          </w:tcPr>
          <w:p/>
        </w:tc>
        <w:tc>
          <w:tcPr>
            <w:tcW w:type="dxa" w:w="6503"/>
          </w:tcPr>
          <w:p>
            <w:r>
              <w:rPr>
                <w:b/>
                <w:sz w:val="24"/>
              </w:rPr>
              <w:t>📍 Coordonnées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503"/>
        <w:gridCol w:w="6503"/>
      </w:tblGrid>
      <w:tr>
        <w:tc>
          <w:tcPr>
            <w:tcW w:type="dxa" w:w="6503"/>
          </w:tcPr>
          <w:p>
            <w:r>
              <w:t>Adresse du siège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Téléphone principal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Email général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Site internet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Réseaux sociaux</w:t>
            </w:r>
          </w:p>
        </w:tc>
        <w:tc>
          <w:tcPr>
            <w:tcW w:type="dxa" w:w="6503"/>
          </w:tcPr>
          <w:p>
            <w:r/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6503"/>
            <w:shd w:fill="00B0F0"/>
          </w:tcPr>
          <w:p/>
        </w:tc>
        <w:tc>
          <w:tcPr>
            <w:tcW w:type="dxa" w:w="6503"/>
          </w:tcPr>
          <w:p>
            <w:r>
              <w:rPr>
                <w:b/>
                <w:sz w:val="24"/>
              </w:rPr>
              <w:t>👤 Responsable principal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503"/>
        <w:gridCol w:w="6503"/>
      </w:tblGrid>
      <w:tr>
        <w:tc>
          <w:tcPr>
            <w:tcW w:type="dxa" w:w="6503"/>
          </w:tcPr>
          <w:p>
            <w:r>
              <w:t>Nom et prénom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Fonction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Contact direct (email/téléphone)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Assistant(e)</w:t>
            </w:r>
          </w:p>
        </w:tc>
        <w:tc>
          <w:tcPr>
            <w:tcW w:type="dxa" w:w="6503"/>
          </w:tcPr>
          <w:p>
            <w:r/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6503"/>
            <w:shd w:fill="00B0F0"/>
          </w:tcPr>
          <w:p/>
        </w:tc>
        <w:tc>
          <w:tcPr>
            <w:tcW w:type="dxa" w:w="6503"/>
          </w:tcPr>
          <w:p>
            <w:r>
              <w:rPr>
                <w:b/>
                <w:sz w:val="24"/>
              </w:rPr>
              <w:t>🏭 Activité et secteur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503"/>
        <w:gridCol w:w="6503"/>
      </w:tblGrid>
      <w:tr>
        <w:tc>
          <w:tcPr>
            <w:tcW w:type="dxa" w:w="6503"/>
          </w:tcPr>
          <w:p>
            <w:r>
              <w:t>Domaine d’activité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Produits / Services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Clients cibles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Secteur économique</w:t>
            </w:r>
          </w:p>
        </w:tc>
        <w:tc>
          <w:tcPr>
            <w:tcW w:type="dxa" w:w="6503"/>
          </w:tcPr>
          <w:p>
            <w:r/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6503"/>
            <w:shd w:fill="00B0F0"/>
          </w:tcPr>
          <w:p/>
        </w:tc>
        <w:tc>
          <w:tcPr>
            <w:tcW w:type="dxa" w:w="6503"/>
          </w:tcPr>
          <w:p>
            <w:r>
              <w:rPr>
                <w:b/>
                <w:sz w:val="24"/>
              </w:rPr>
              <w:t>👥 Effectif &amp; Localisation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503"/>
        <w:gridCol w:w="6503"/>
      </w:tblGrid>
      <w:tr>
        <w:tc>
          <w:tcPr>
            <w:tcW w:type="dxa" w:w="6503"/>
          </w:tcPr>
          <w:p>
            <w:r>
              <w:t>Nombre total d’employés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Répartition géographique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Siège social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Filiales</w:t>
            </w:r>
          </w:p>
        </w:tc>
        <w:tc>
          <w:tcPr>
            <w:tcW w:type="dxa" w:w="6503"/>
          </w:tcPr>
          <w:p>
            <w:r/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6503"/>
            <w:shd w:fill="00B0F0"/>
          </w:tcPr>
          <w:p/>
        </w:tc>
        <w:tc>
          <w:tcPr>
            <w:tcW w:type="dxa" w:w="6503"/>
          </w:tcPr>
          <w:p>
            <w:r>
              <w:rPr>
                <w:b/>
                <w:sz w:val="24"/>
              </w:rPr>
              <w:t>📝 Présentation de l’entreprise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503"/>
        <w:gridCol w:w="6503"/>
      </w:tblGrid>
      <w:tr>
        <w:tc>
          <w:tcPr>
            <w:tcW w:type="dxa" w:w="6503"/>
          </w:tcPr>
          <w:p>
            <w:r>
              <w:t>Historique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Mission / Vision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Valeurs clés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Partenaires stratégiques</w:t>
            </w:r>
          </w:p>
        </w:tc>
        <w:tc>
          <w:tcPr>
            <w:tcW w:type="dxa" w:w="6503"/>
          </w:tcPr>
          <w:p>
            <w:r/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6503"/>
            <w:shd w:fill="00B0F0"/>
          </w:tcPr>
          <w:p/>
        </w:tc>
        <w:tc>
          <w:tcPr>
            <w:tcW w:type="dxa" w:w="6503"/>
          </w:tcPr>
          <w:p>
            <w:r>
              <w:rPr>
                <w:b/>
                <w:sz w:val="24"/>
              </w:rPr>
              <w:t>💼 Informations Financières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503"/>
        <w:gridCol w:w="6503"/>
      </w:tblGrid>
      <w:tr>
        <w:tc>
          <w:tcPr>
            <w:tcW w:type="dxa" w:w="6503"/>
          </w:tcPr>
          <w:p>
            <w:r>
              <w:t>Chiffre d'affaires annuel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Résultat net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Dernier exercice clôturé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Banques partenaires</w:t>
            </w:r>
          </w:p>
        </w:tc>
        <w:tc>
          <w:tcPr>
            <w:tcW w:type="dxa" w:w="6503"/>
          </w:tcPr>
          <w:p>
            <w:r/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6503"/>
            <w:shd w:fill="00B0F0"/>
          </w:tcPr>
          <w:p/>
        </w:tc>
        <w:tc>
          <w:tcPr>
            <w:tcW w:type="dxa" w:w="6503"/>
          </w:tcPr>
          <w:p>
            <w:r>
              <w:rPr>
                <w:b/>
                <w:sz w:val="24"/>
              </w:rPr>
              <w:t>📊 Données de Marché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503"/>
        <w:gridCol w:w="6503"/>
      </w:tblGrid>
      <w:tr>
        <w:tc>
          <w:tcPr>
            <w:tcW w:type="dxa" w:w="6503"/>
          </w:tcPr>
          <w:p>
            <w:r>
              <w:t>Positionnement sur le marché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Concurrents principaux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Parts de marché estimées</w:t>
            </w:r>
          </w:p>
        </w:tc>
        <w:tc>
          <w:tcPr>
            <w:tcW w:type="dxa" w:w="6503"/>
          </w:tcPr>
          <w:p>
            <w:r/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6503"/>
            <w:shd w:fill="00B0F0"/>
          </w:tcPr>
          <w:p/>
        </w:tc>
        <w:tc>
          <w:tcPr>
            <w:tcW w:type="dxa" w:w="6503"/>
          </w:tcPr>
          <w:p>
            <w:r>
              <w:rPr>
                <w:b/>
                <w:sz w:val="24"/>
              </w:rPr>
              <w:t>🔐 Conformité &amp; Certifications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503"/>
        <w:gridCol w:w="6503"/>
      </w:tblGrid>
      <w:tr>
        <w:tc>
          <w:tcPr>
            <w:tcW w:type="dxa" w:w="6503"/>
          </w:tcPr>
          <w:p>
            <w:r>
              <w:t>Certificats obtenus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Normes respectées</w:t>
            </w:r>
          </w:p>
        </w:tc>
        <w:tc>
          <w:tcPr>
            <w:tcW w:type="dxa" w:w="6503"/>
          </w:tcPr>
          <w:p>
            <w:r/>
          </w:p>
        </w:tc>
      </w:tr>
      <w:tr>
        <w:tc>
          <w:tcPr>
            <w:tcW w:type="dxa" w:w="6503"/>
          </w:tcPr>
          <w:p>
            <w:r>
              <w:t>Organismes certificateurs</w:t>
            </w:r>
          </w:p>
        </w:tc>
        <w:tc>
          <w:tcPr>
            <w:tcW w:type="dxa" w:w="6503"/>
          </w:tcPr>
          <w:p>
            <w:r/>
          </w:p>
        </w:tc>
      </w:tr>
    </w:tbl>
    <w:sectPr w:rsidR="00FC693F" w:rsidRPr="0006063C" w:rsidSect="00034616">
      <w:pgSz w:w="15840" w:h="12240" w:orient="landscape"/>
      <w:pgMar w:top="1701" w:right="1417" w:bottom="1701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