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03"/>
        <w:gridCol w:w="4703"/>
      </w:tblGrid>
      <w:tr w:rsidR="000E71F8" w14:paraId="349A3C5D" w14:textId="77777777">
        <w:tc>
          <w:tcPr>
            <w:tcW w:w="4703" w:type="dxa"/>
            <w:shd w:val="clear" w:color="auto" w:fill="004080"/>
          </w:tcPr>
          <w:p w14:paraId="12DB0CC4" w14:textId="77777777" w:rsidR="000E71F8" w:rsidRDefault="0012533D">
            <w:r>
              <w:rPr>
                <w:b/>
                <w:color w:val="FFFFFF"/>
                <w:sz w:val="40"/>
              </w:rPr>
              <w:t>FICHE SIGNALÉTIQUE DE L’ENTREPRISE</w:t>
            </w:r>
          </w:p>
        </w:tc>
        <w:tc>
          <w:tcPr>
            <w:tcW w:w="4703" w:type="dxa"/>
            <w:shd w:val="clear" w:color="auto" w:fill="004080"/>
          </w:tcPr>
          <w:p w14:paraId="7885805C" w14:textId="77777777" w:rsidR="000E71F8" w:rsidRDefault="0012533D">
            <w:pPr>
              <w:jc w:val="right"/>
            </w:pPr>
            <w:r>
              <w:t>LOGO</w:t>
            </w:r>
          </w:p>
        </w:tc>
      </w:tr>
    </w:tbl>
    <w:p w14:paraId="1C0A87D7" w14:textId="147FF46F" w:rsidR="000E71F8" w:rsidRDefault="000E71F8"/>
    <w:p w14:paraId="5B0A0497" w14:textId="77777777" w:rsidR="000E71F8" w:rsidRDefault="0012533D">
      <w:r>
        <w:rPr>
          <w:b/>
        </w:rPr>
        <w:t>🔷</w:t>
      </w:r>
      <w:r>
        <w:rPr>
          <w:b/>
        </w:rPr>
        <w:t xml:space="preserve"> Identité de l’entreprise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99"/>
        <w:gridCol w:w="4697"/>
      </w:tblGrid>
      <w:tr w:rsidR="000E71F8" w14:paraId="07910A6E" w14:textId="77777777">
        <w:tc>
          <w:tcPr>
            <w:tcW w:w="4703" w:type="dxa"/>
          </w:tcPr>
          <w:p w14:paraId="2A5F0B9E" w14:textId="77777777" w:rsidR="000E71F8" w:rsidRDefault="0012533D">
            <w:r>
              <w:t>Nom de l’entreprise</w:t>
            </w:r>
          </w:p>
        </w:tc>
        <w:tc>
          <w:tcPr>
            <w:tcW w:w="4703" w:type="dxa"/>
          </w:tcPr>
          <w:p w14:paraId="1B4D826B" w14:textId="77777777" w:rsidR="000E71F8" w:rsidRDefault="000E71F8"/>
        </w:tc>
      </w:tr>
      <w:tr w:rsidR="000E71F8" w14:paraId="67B689AD" w14:textId="77777777">
        <w:tc>
          <w:tcPr>
            <w:tcW w:w="4703" w:type="dxa"/>
          </w:tcPr>
          <w:p w14:paraId="6249E358" w14:textId="77777777" w:rsidR="000E71F8" w:rsidRDefault="0012533D">
            <w:r>
              <w:t>Forme juridique</w:t>
            </w:r>
          </w:p>
        </w:tc>
        <w:tc>
          <w:tcPr>
            <w:tcW w:w="4703" w:type="dxa"/>
          </w:tcPr>
          <w:p w14:paraId="47A38873" w14:textId="77777777" w:rsidR="000E71F8" w:rsidRDefault="000E71F8"/>
        </w:tc>
      </w:tr>
      <w:tr w:rsidR="000E71F8" w14:paraId="73199054" w14:textId="77777777">
        <w:tc>
          <w:tcPr>
            <w:tcW w:w="4703" w:type="dxa"/>
          </w:tcPr>
          <w:p w14:paraId="60CCB33F" w14:textId="77777777" w:rsidR="000E71F8" w:rsidRDefault="0012533D">
            <w:r>
              <w:t>Numéro SIRET</w:t>
            </w:r>
          </w:p>
        </w:tc>
        <w:tc>
          <w:tcPr>
            <w:tcW w:w="4703" w:type="dxa"/>
          </w:tcPr>
          <w:p w14:paraId="28056C54" w14:textId="77777777" w:rsidR="000E71F8" w:rsidRDefault="000E71F8"/>
        </w:tc>
      </w:tr>
      <w:tr w:rsidR="000E71F8" w14:paraId="25D8858B" w14:textId="77777777">
        <w:tc>
          <w:tcPr>
            <w:tcW w:w="4703" w:type="dxa"/>
          </w:tcPr>
          <w:p w14:paraId="36C2E119" w14:textId="77777777" w:rsidR="000E71F8" w:rsidRDefault="0012533D">
            <w:r>
              <w:t>Date de création</w:t>
            </w:r>
          </w:p>
        </w:tc>
        <w:tc>
          <w:tcPr>
            <w:tcW w:w="4703" w:type="dxa"/>
          </w:tcPr>
          <w:p w14:paraId="6D425C36" w14:textId="77777777" w:rsidR="000E71F8" w:rsidRDefault="000E71F8"/>
        </w:tc>
      </w:tr>
      <w:tr w:rsidR="000E71F8" w14:paraId="60E1E74B" w14:textId="77777777">
        <w:tc>
          <w:tcPr>
            <w:tcW w:w="4703" w:type="dxa"/>
          </w:tcPr>
          <w:p w14:paraId="7E87FE22" w14:textId="77777777" w:rsidR="000E71F8" w:rsidRDefault="0012533D">
            <w:r>
              <w:t>Capital social</w:t>
            </w:r>
          </w:p>
        </w:tc>
        <w:tc>
          <w:tcPr>
            <w:tcW w:w="4703" w:type="dxa"/>
          </w:tcPr>
          <w:p w14:paraId="422D59FC" w14:textId="77777777" w:rsidR="000E71F8" w:rsidRDefault="000E71F8"/>
        </w:tc>
      </w:tr>
    </w:tbl>
    <w:p w14:paraId="557324C7" w14:textId="0BD0FBD4" w:rsidR="000E71F8" w:rsidRDefault="000E71F8"/>
    <w:p w14:paraId="3D56BBC9" w14:textId="77777777" w:rsidR="000E71F8" w:rsidRDefault="0012533D">
      <w:r>
        <w:rPr>
          <w:b/>
        </w:rPr>
        <w:t>📍</w:t>
      </w:r>
      <w:r>
        <w:rPr>
          <w:b/>
        </w:rPr>
        <w:t xml:space="preserve"> Coordonnées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99"/>
        <w:gridCol w:w="4697"/>
      </w:tblGrid>
      <w:tr w:rsidR="000E71F8" w14:paraId="03B56082" w14:textId="77777777">
        <w:tc>
          <w:tcPr>
            <w:tcW w:w="4703" w:type="dxa"/>
          </w:tcPr>
          <w:p w14:paraId="436EF186" w14:textId="77777777" w:rsidR="000E71F8" w:rsidRDefault="0012533D">
            <w:r>
              <w:t>Adresse</w:t>
            </w:r>
          </w:p>
        </w:tc>
        <w:tc>
          <w:tcPr>
            <w:tcW w:w="4703" w:type="dxa"/>
          </w:tcPr>
          <w:p w14:paraId="123483EA" w14:textId="77777777" w:rsidR="000E71F8" w:rsidRDefault="000E71F8"/>
        </w:tc>
      </w:tr>
      <w:tr w:rsidR="000E71F8" w14:paraId="2C5DE29C" w14:textId="77777777">
        <w:tc>
          <w:tcPr>
            <w:tcW w:w="4703" w:type="dxa"/>
          </w:tcPr>
          <w:p w14:paraId="60440D0D" w14:textId="77777777" w:rsidR="000E71F8" w:rsidRDefault="0012533D">
            <w:r>
              <w:t>Téléphone</w:t>
            </w:r>
          </w:p>
        </w:tc>
        <w:tc>
          <w:tcPr>
            <w:tcW w:w="4703" w:type="dxa"/>
          </w:tcPr>
          <w:p w14:paraId="2DB5A3E9" w14:textId="77777777" w:rsidR="000E71F8" w:rsidRDefault="000E71F8"/>
        </w:tc>
      </w:tr>
      <w:tr w:rsidR="000E71F8" w14:paraId="70B801B3" w14:textId="77777777">
        <w:tc>
          <w:tcPr>
            <w:tcW w:w="4703" w:type="dxa"/>
          </w:tcPr>
          <w:p w14:paraId="28CB40A8" w14:textId="77777777" w:rsidR="000E71F8" w:rsidRDefault="0012533D">
            <w:r>
              <w:t>E-mail</w:t>
            </w:r>
          </w:p>
        </w:tc>
        <w:tc>
          <w:tcPr>
            <w:tcW w:w="4703" w:type="dxa"/>
          </w:tcPr>
          <w:p w14:paraId="187C3989" w14:textId="77777777" w:rsidR="000E71F8" w:rsidRDefault="000E71F8"/>
        </w:tc>
      </w:tr>
      <w:tr w:rsidR="000E71F8" w14:paraId="35DB03F2" w14:textId="77777777">
        <w:tc>
          <w:tcPr>
            <w:tcW w:w="4703" w:type="dxa"/>
          </w:tcPr>
          <w:p w14:paraId="5E26346D" w14:textId="77777777" w:rsidR="000E71F8" w:rsidRDefault="0012533D">
            <w:r>
              <w:t>Site Web</w:t>
            </w:r>
          </w:p>
        </w:tc>
        <w:tc>
          <w:tcPr>
            <w:tcW w:w="4703" w:type="dxa"/>
          </w:tcPr>
          <w:p w14:paraId="7AB611EF" w14:textId="77777777" w:rsidR="000E71F8" w:rsidRDefault="000E71F8"/>
        </w:tc>
      </w:tr>
    </w:tbl>
    <w:p w14:paraId="2E333A26" w14:textId="6B599BA6" w:rsidR="000E71F8" w:rsidRDefault="000E71F8"/>
    <w:p w14:paraId="7E4A9878" w14:textId="77777777" w:rsidR="000E71F8" w:rsidRDefault="0012533D">
      <w:r>
        <w:rPr>
          <w:b/>
        </w:rPr>
        <w:t>👤</w:t>
      </w:r>
      <w:r>
        <w:rPr>
          <w:b/>
        </w:rPr>
        <w:t xml:space="preserve"> Responsable </w:t>
      </w:r>
      <w:r>
        <w:rPr>
          <w:b/>
        </w:rPr>
        <w:t>principal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99"/>
        <w:gridCol w:w="4697"/>
      </w:tblGrid>
      <w:tr w:rsidR="000E71F8" w14:paraId="603B79B3" w14:textId="77777777">
        <w:tc>
          <w:tcPr>
            <w:tcW w:w="4703" w:type="dxa"/>
          </w:tcPr>
          <w:p w14:paraId="0EC83D8A" w14:textId="77777777" w:rsidR="000E71F8" w:rsidRDefault="0012533D">
            <w:r>
              <w:t>Nom &amp; Prénom</w:t>
            </w:r>
          </w:p>
        </w:tc>
        <w:tc>
          <w:tcPr>
            <w:tcW w:w="4703" w:type="dxa"/>
          </w:tcPr>
          <w:p w14:paraId="32ED9A0B" w14:textId="77777777" w:rsidR="000E71F8" w:rsidRDefault="000E71F8"/>
        </w:tc>
      </w:tr>
      <w:tr w:rsidR="000E71F8" w14:paraId="5DF48A12" w14:textId="77777777">
        <w:tc>
          <w:tcPr>
            <w:tcW w:w="4703" w:type="dxa"/>
          </w:tcPr>
          <w:p w14:paraId="64B8C2D5" w14:textId="77777777" w:rsidR="000E71F8" w:rsidRDefault="0012533D">
            <w:r>
              <w:t>Fonction</w:t>
            </w:r>
          </w:p>
        </w:tc>
        <w:tc>
          <w:tcPr>
            <w:tcW w:w="4703" w:type="dxa"/>
          </w:tcPr>
          <w:p w14:paraId="1F175A6B" w14:textId="77777777" w:rsidR="000E71F8" w:rsidRDefault="000E71F8"/>
        </w:tc>
      </w:tr>
      <w:tr w:rsidR="000E71F8" w14:paraId="05CFD65E" w14:textId="77777777">
        <w:tc>
          <w:tcPr>
            <w:tcW w:w="4703" w:type="dxa"/>
          </w:tcPr>
          <w:p w14:paraId="0961AE28" w14:textId="77777777" w:rsidR="000E71F8" w:rsidRDefault="0012533D">
            <w:r>
              <w:t>Contact direct</w:t>
            </w:r>
          </w:p>
        </w:tc>
        <w:tc>
          <w:tcPr>
            <w:tcW w:w="4703" w:type="dxa"/>
          </w:tcPr>
          <w:p w14:paraId="0362F14D" w14:textId="77777777" w:rsidR="000E71F8" w:rsidRDefault="000E71F8"/>
        </w:tc>
      </w:tr>
    </w:tbl>
    <w:p w14:paraId="115F7AE4" w14:textId="67B532E0" w:rsidR="000E71F8" w:rsidRDefault="000E71F8"/>
    <w:p w14:paraId="16FA2CC9" w14:textId="77777777" w:rsidR="000E71F8" w:rsidRDefault="0012533D">
      <w:r>
        <w:rPr>
          <w:b/>
        </w:rPr>
        <w:t>🏭</w:t>
      </w:r>
      <w:r>
        <w:rPr>
          <w:b/>
        </w:rPr>
        <w:t xml:space="preserve"> Activité et secteur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99"/>
        <w:gridCol w:w="4697"/>
      </w:tblGrid>
      <w:tr w:rsidR="000E71F8" w14:paraId="1C146399" w14:textId="77777777">
        <w:tc>
          <w:tcPr>
            <w:tcW w:w="4703" w:type="dxa"/>
          </w:tcPr>
          <w:p w14:paraId="1694D817" w14:textId="77777777" w:rsidR="000E71F8" w:rsidRDefault="0012533D">
            <w:r>
              <w:t>Domaine d’activité</w:t>
            </w:r>
          </w:p>
        </w:tc>
        <w:tc>
          <w:tcPr>
            <w:tcW w:w="4703" w:type="dxa"/>
          </w:tcPr>
          <w:p w14:paraId="67329F41" w14:textId="77777777" w:rsidR="000E71F8" w:rsidRDefault="000E71F8"/>
        </w:tc>
      </w:tr>
      <w:tr w:rsidR="000E71F8" w14:paraId="5937D89A" w14:textId="77777777">
        <w:tc>
          <w:tcPr>
            <w:tcW w:w="4703" w:type="dxa"/>
          </w:tcPr>
          <w:p w14:paraId="553D9609" w14:textId="77777777" w:rsidR="000E71F8" w:rsidRDefault="0012533D">
            <w:r>
              <w:t>Secteur</w:t>
            </w:r>
          </w:p>
        </w:tc>
        <w:tc>
          <w:tcPr>
            <w:tcW w:w="4703" w:type="dxa"/>
          </w:tcPr>
          <w:p w14:paraId="36B1AC9D" w14:textId="77777777" w:rsidR="000E71F8" w:rsidRDefault="000E71F8"/>
        </w:tc>
      </w:tr>
    </w:tbl>
    <w:p w14:paraId="4E7D766B" w14:textId="2D6DBA15" w:rsidR="000E71F8" w:rsidRDefault="000E71F8"/>
    <w:p w14:paraId="3E34C4FB" w14:textId="77777777" w:rsidR="000E71F8" w:rsidRDefault="0012533D">
      <w:r>
        <w:rPr>
          <w:b/>
        </w:rPr>
        <w:t>👥</w:t>
      </w:r>
      <w:r>
        <w:rPr>
          <w:b/>
        </w:rPr>
        <w:t xml:space="preserve"> Effectif &amp; Localisation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99"/>
        <w:gridCol w:w="4697"/>
      </w:tblGrid>
      <w:tr w:rsidR="000E71F8" w14:paraId="5DC30AB6" w14:textId="77777777">
        <w:tc>
          <w:tcPr>
            <w:tcW w:w="4703" w:type="dxa"/>
          </w:tcPr>
          <w:p w14:paraId="0975B06C" w14:textId="77777777" w:rsidR="000E71F8" w:rsidRDefault="0012533D">
            <w:r>
              <w:t>Nombre d’employés</w:t>
            </w:r>
          </w:p>
        </w:tc>
        <w:tc>
          <w:tcPr>
            <w:tcW w:w="4703" w:type="dxa"/>
          </w:tcPr>
          <w:p w14:paraId="02FDCD8B" w14:textId="77777777" w:rsidR="000E71F8" w:rsidRDefault="000E71F8"/>
        </w:tc>
      </w:tr>
      <w:tr w:rsidR="000E71F8" w14:paraId="2D2CFB1F" w14:textId="77777777">
        <w:tc>
          <w:tcPr>
            <w:tcW w:w="4703" w:type="dxa"/>
          </w:tcPr>
          <w:p w14:paraId="1E7ED152" w14:textId="77777777" w:rsidR="000E71F8" w:rsidRDefault="0012533D">
            <w:r>
              <w:t>Sites géographiques</w:t>
            </w:r>
          </w:p>
        </w:tc>
        <w:tc>
          <w:tcPr>
            <w:tcW w:w="4703" w:type="dxa"/>
          </w:tcPr>
          <w:p w14:paraId="0231022C" w14:textId="77777777" w:rsidR="000E71F8" w:rsidRDefault="000E71F8"/>
        </w:tc>
      </w:tr>
    </w:tbl>
    <w:p w14:paraId="31AAA364" w14:textId="77777777" w:rsidR="000E71F8" w:rsidRDefault="0012533D">
      <w:r>
        <w:br/>
      </w:r>
    </w:p>
    <w:p w14:paraId="7A4AF69C" w14:textId="77777777" w:rsidR="000E71F8" w:rsidRDefault="0012533D">
      <w:r>
        <w:rPr>
          <w:b/>
        </w:rPr>
        <w:t>📝</w:t>
      </w:r>
      <w:r>
        <w:rPr>
          <w:b/>
        </w:rPr>
        <w:t xml:space="preserve"> Présentation de l’entreprise</w:t>
      </w:r>
    </w:p>
    <w:p w14:paraId="28E3C339" w14:textId="77777777" w:rsidR="000E71F8" w:rsidRDefault="0012533D">
      <w:r>
        <w:t xml:space="preserve">Brève description de </w:t>
      </w:r>
      <w:r>
        <w:t>l’entreprise, sa mission, ses valeurs, son historique...</w:t>
      </w:r>
    </w:p>
    <w:sectPr w:rsidR="000E71F8" w:rsidSect="00034616">
      <w:pgSz w:w="12240" w:h="15840"/>
      <w:pgMar w:top="1701" w:right="1417" w:bottom="1701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71F8"/>
    <w:rsid w:val="0012533D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A7A847"/>
  <w14:defaultImageDpi w14:val="300"/>
  <w15:docId w15:val="{43EC5478-646C-473D-A628-BC9AC7BE4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2025-06-24T04:25:00Z</dcterms:created>
  <dcterms:modified xsi:type="dcterms:W3CDTF">2025-06-24T04:25:00Z</dcterms:modified>
  <cp:category/>
</cp:coreProperties>
</file>