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3366"/>
          <w:sz w:val="40"/>
        </w:rPr>
        <w:t>FICHE DE RÉCEPTION DES MARCHANDISES</w:t>
      </w:r>
    </w:p>
    <w:p>
      <w:r>
        <w:rPr>
          <w:i/>
        </w:rPr>
        <w:t>📦 Document de contrôle qualité et conformité à compléter lors de chaque livraison de marchandises.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CFE2F3"/>
          </w:tcPr>
          <w:p>
            <w:pPr>
              <w:jc w:val="left"/>
            </w:pPr>
            <w:r>
              <w:rPr>
                <w:b/>
                <w:sz w:val="24"/>
              </w:rPr>
              <w:t>1. Informations sur la Livraison</w:t>
            </w:r>
          </w:p>
        </w:tc>
      </w:tr>
    </w:tbl>
    <w:p>
      <w:r>
        <w:t>Fournisseur : ____________________________________________</w:t>
      </w:r>
    </w:p>
    <w:p>
      <w:r>
        <w:t>Date de réception : ____ / ____ / ______</w:t>
      </w:r>
    </w:p>
    <w:p>
      <w:r>
        <w:t>Heure d'arrivée : ________</w:t>
      </w:r>
    </w:p>
    <w:p>
      <w:r>
        <w:t>Bon de commande n° : ____________________________________</w:t>
      </w:r>
    </w:p>
    <w:p>
      <w:r>
        <w:t>Site / Entrepôt : _________________________________________</w:t>
      </w:r>
    </w:p>
    <w:p>
      <w:r>
        <w:t>Réception effectuée par : _________________________________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CFE2F3"/>
          </w:tcPr>
          <w:p>
            <w:pPr>
              <w:jc w:val="left"/>
            </w:pPr>
            <w:r>
              <w:rPr>
                <w:b/>
                <w:sz w:val="24"/>
              </w:rPr>
              <w:t>2. Détails des Marchandises Reçues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>
        <w:tc>
          <w:tcPr>
            <w:tcW w:type="dxa" w:w="1234"/>
          </w:tcPr>
          <w:p>
            <w:r>
              <w:t>N°</w:t>
            </w:r>
          </w:p>
        </w:tc>
        <w:tc>
          <w:tcPr>
            <w:tcW w:type="dxa" w:w="1234"/>
          </w:tcPr>
          <w:p>
            <w:r>
              <w:t>Référence</w:t>
            </w:r>
          </w:p>
        </w:tc>
        <w:tc>
          <w:tcPr>
            <w:tcW w:type="dxa" w:w="1234"/>
          </w:tcPr>
          <w:p>
            <w:r>
              <w:t>Désignation</w:t>
            </w:r>
          </w:p>
        </w:tc>
        <w:tc>
          <w:tcPr>
            <w:tcW w:type="dxa" w:w="1234"/>
          </w:tcPr>
          <w:p>
            <w:r>
              <w:t>Qté commandée</w:t>
            </w:r>
          </w:p>
        </w:tc>
        <w:tc>
          <w:tcPr>
            <w:tcW w:type="dxa" w:w="1234"/>
          </w:tcPr>
          <w:p>
            <w:r>
              <w:t>Qté reçue</w:t>
            </w:r>
          </w:p>
        </w:tc>
        <w:tc>
          <w:tcPr>
            <w:tcW w:type="dxa" w:w="1234"/>
          </w:tcPr>
          <w:p>
            <w:r>
              <w:t>Unité</w:t>
            </w:r>
          </w:p>
        </w:tc>
        <w:tc>
          <w:tcPr>
            <w:tcW w:type="dxa" w:w="1234"/>
          </w:tcPr>
          <w:p>
            <w:r>
              <w:t>Observations</w:t>
            </w:r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  <w:tr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  <w:tc>
          <w:tcPr>
            <w:tcW w:type="dxa" w:w="1234"/>
          </w:tcPr>
          <w:p>
            <w:r/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CFE2F3"/>
          </w:tcPr>
          <w:p>
            <w:pPr>
              <w:jc w:val="left"/>
            </w:pPr>
            <w:r>
              <w:rPr>
                <w:b/>
                <w:sz w:val="24"/>
              </w:rPr>
              <w:t>3. Contrôle Visuel et Conformité</w:t>
            </w:r>
          </w:p>
        </w:tc>
      </w:tr>
    </w:tbl>
    <w:p>
      <w:r>
        <w:t>☐ Colis intacts</w:t>
        <w:tab/>
        <w:tab/>
        <w:t>☐ Emballage conforme</w:t>
        <w:br/>
        <w:t>☐ Produits bien étiquetés</w:t>
        <w:tab/>
        <w:t>☐ Température conforme (si applicable)</w:t>
      </w:r>
    </w:p>
    <w:p>
      <w:r>
        <w:t>Documents présents : ☐ Bon de livraison ☐ Certificat ☐ Fiche technique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CFE2F3"/>
          </w:tcPr>
          <w:p>
            <w:pPr>
              <w:jc w:val="left"/>
            </w:pPr>
            <w:r>
              <w:rPr>
                <w:b/>
                <w:sz w:val="24"/>
              </w:rPr>
              <w:t>4. Non-conformités et Réserves</w:t>
            </w:r>
          </w:p>
        </w:tc>
      </w:tr>
    </w:tbl>
    <w:p>
      <w:r>
        <w:t>Produits concernés : ____________________________________</w:t>
      </w:r>
    </w:p>
    <w:p>
      <w:r>
        <w:t>Nature des anomalies : _________________________________</w:t>
      </w:r>
    </w:p>
    <w:p>
      <w:r>
        <w:t>Décision : ☐ Accepté avec réserve ☐ Refusé ☐ Mis en quarantaine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CFE2F3"/>
          </w:tcPr>
          <w:p>
            <w:pPr>
              <w:jc w:val="left"/>
            </w:pPr>
            <w:r>
              <w:rPr>
                <w:b/>
                <w:sz w:val="24"/>
              </w:rPr>
              <w:t>5. Décision Finale</w:t>
            </w:r>
          </w:p>
        </w:tc>
      </w:tr>
    </w:tbl>
    <w:p>
      <w:r>
        <w:t>☐ Réception complète</w:t>
        <w:br/>
        <w:t>☐ Réception partielle avec réserve</w:t>
        <w:br/>
        <w:t>☐ Refus total de la livraison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CFE2F3"/>
          </w:tcPr>
          <w:p>
            <w:pPr>
              <w:jc w:val="left"/>
            </w:pPr>
            <w:r>
              <w:rPr>
                <w:b/>
                <w:sz w:val="24"/>
              </w:rPr>
              <w:t>6. Signature</w:t>
            </w:r>
          </w:p>
        </w:tc>
      </w:tr>
    </w:tbl>
    <w:p>
      <w:r>
        <w:t>Nom du réceptionnaire : _________________________</w:t>
      </w:r>
    </w:p>
    <w:p>
      <w:r>
        <w:t>Signature : _________________________   Date : ____ / ____ / 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