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📌 Fiche Mémo – Subjonctif Passé : Repères et Mots-clés</w:t>
      </w:r>
    </w:p>
    <w:p>
      <w:pPr>
        <w:pStyle w:val="Heading2"/>
      </w:pPr>
      <w:r>
        <w:t>🔍 Subjonctif Passé vs Indicatif Passé</w:t>
      </w:r>
    </w:p>
    <w:p>
      <w:r>
        <w:t>Utilise le subjonctif passé lorsqu’il y a subjectivité, doute, émotion ou incertitude.</w:t>
      </w:r>
    </w:p>
    <w:p>
      <w:r>
        <w:t>Exemples :</w:t>
        <w:br/>
        <w:t>- Je doute que tu aies fini. ✅ (subjonctif passé)</w:t>
        <w:br/>
        <w:t>- Je sais que tu as fini. ❌ (indicatif passé)</w:t>
      </w:r>
    </w:p>
    <w:p>
      <w:pPr>
        <w:pStyle w:val="Heading2"/>
      </w:pPr>
      <w:r>
        <w:t>🕰️ Subjonctif Passé vs Subjonctif Présent</w:t>
      </w:r>
    </w:p>
    <w:p>
      <w:r>
        <w:t>Le subjonctif passé marque une action déjà réalisée.</w:t>
        <w:br/>
        <w:t>- Je veux que tu viennes. (présent)</w:t>
        <w:br/>
        <w:t>- Je suis content que tu sois venu. (passé)</w:t>
      </w:r>
    </w:p>
    <w:p>
      <w:pPr>
        <w:pStyle w:val="Heading2"/>
      </w:pPr>
      <w:r>
        <w:t>❤️ Déclencheurs typiques du subjonctif</w:t>
      </w:r>
    </w:p>
    <w:p>
      <w:r>
        <w:t>- Je suis content que...</w:t>
        <w:br/>
        <w:t>- Il est dommage que...</w:t>
        <w:br/>
        <w:t>- Je doute que...</w:t>
        <w:br/>
        <w:t>- Il est peu probable que...</w:t>
        <w:br/>
        <w:t>- Je veux que...</w:t>
        <w:br/>
        <w:t>- Je préfère que...</w:t>
      </w:r>
    </w:p>
    <w:p>
      <w:pPr>
        <w:pStyle w:val="Heading2"/>
      </w:pPr>
      <w:r>
        <w:t>⌛ Indicateurs temporels → Subjonctif Passé</w:t>
      </w:r>
    </w:p>
    <w:p>
      <w:r>
        <w:t>- hier</w:t>
        <w:br/>
        <w:t>- ce matin</w:t>
        <w:br/>
        <w:t>- la semaine dernière</w:t>
        <w:br/>
        <w:t>- déjà</w:t>
        <w:br/>
        <w:t>- il y a longtemps</w:t>
        <w:br/>
        <w:t>- récemment</w:t>
        <w:br/>
        <w:t>- avant que...</w:t>
      </w:r>
    </w:p>
    <w:p>
      <w:pPr>
        <w:pStyle w:val="Heading2"/>
      </w:pPr>
      <w:r>
        <w:t>🛠️ Rappel : Formation du Subjonctif Passé</w:t>
      </w:r>
    </w:p>
    <w:p>
      <w:r>
        <w:t>Auxiliaire "avoir" ou "être" au subjonctif présent + participe passé du verbe.</w:t>
        <w:br/>
        <w:t>Exemples :</w:t>
        <w:br/>
        <w:t>- que j’aie fini</w:t>
        <w:br/>
        <w:t>- que tu sois parti(e)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