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D23F90" w14:paraId="50FF68EE" w14:textId="77777777">
        <w:trPr>
          <w:jc w:val="center"/>
        </w:trPr>
        <w:tc>
          <w:tcPr>
            <w:tcW w:w="4320" w:type="dxa"/>
          </w:tcPr>
          <w:p w14:paraId="768A8ACF" w14:textId="77777777" w:rsidR="00D23F90" w:rsidRDefault="002F7DA4">
            <w:r>
              <w:rPr>
                <w:b/>
                <w:sz w:val="28"/>
              </w:rPr>
              <w:t>LOGO ENTREPRISE</w:t>
            </w:r>
          </w:p>
        </w:tc>
        <w:tc>
          <w:tcPr>
            <w:tcW w:w="4320" w:type="dxa"/>
          </w:tcPr>
          <w:p w14:paraId="3BFC16B1" w14:textId="77777777" w:rsidR="00D23F90" w:rsidRDefault="002F7DA4">
            <w:pPr>
              <w:jc w:val="right"/>
            </w:pPr>
            <w:r>
              <w:rPr>
                <w:b/>
                <w:color w:val="00468C"/>
                <w:sz w:val="28"/>
              </w:rPr>
              <w:t>BON D’INTERVENTION – MAINTENANCE MACHINE</w:t>
            </w:r>
          </w:p>
        </w:tc>
      </w:tr>
    </w:tbl>
    <w:p w14:paraId="71694A20" w14:textId="77777777" w:rsidR="00D23F90" w:rsidRDefault="00D23F9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23F90" w14:paraId="57334A18" w14:textId="77777777">
        <w:tc>
          <w:tcPr>
            <w:tcW w:w="2160" w:type="dxa"/>
          </w:tcPr>
          <w:p w14:paraId="6F4D9B64" w14:textId="77777777" w:rsidR="00D23F90" w:rsidRDefault="002F7DA4">
            <w:r>
              <w:rPr>
                <w:b/>
              </w:rPr>
              <w:t>N° d’intervention</w:t>
            </w:r>
          </w:p>
        </w:tc>
        <w:tc>
          <w:tcPr>
            <w:tcW w:w="2160" w:type="dxa"/>
          </w:tcPr>
          <w:p w14:paraId="0F4F4F94" w14:textId="77777777" w:rsidR="00D23F90" w:rsidRDefault="002F7DA4">
            <w:r>
              <w:t>INT-______</w:t>
            </w:r>
          </w:p>
        </w:tc>
        <w:tc>
          <w:tcPr>
            <w:tcW w:w="2160" w:type="dxa"/>
          </w:tcPr>
          <w:p w14:paraId="70ACAB2B" w14:textId="77777777" w:rsidR="00D23F90" w:rsidRDefault="002F7DA4">
            <w:r>
              <w:rPr>
                <w:b/>
              </w:rPr>
              <w:t>Date</w:t>
            </w:r>
          </w:p>
        </w:tc>
        <w:tc>
          <w:tcPr>
            <w:tcW w:w="2160" w:type="dxa"/>
          </w:tcPr>
          <w:p w14:paraId="2B2F78A0" w14:textId="77777777" w:rsidR="00D23F90" w:rsidRDefault="002F7DA4">
            <w:r>
              <w:t>____/____/2025</w:t>
            </w:r>
          </w:p>
        </w:tc>
      </w:tr>
      <w:tr w:rsidR="00D23F90" w14:paraId="1F942B0A" w14:textId="77777777">
        <w:tc>
          <w:tcPr>
            <w:tcW w:w="2160" w:type="dxa"/>
          </w:tcPr>
          <w:p w14:paraId="65AE6EDB" w14:textId="77777777" w:rsidR="00D23F90" w:rsidRDefault="002F7DA4">
            <w:r>
              <w:rPr>
                <w:b/>
              </w:rPr>
              <w:t>Heure début</w:t>
            </w:r>
          </w:p>
        </w:tc>
        <w:tc>
          <w:tcPr>
            <w:tcW w:w="2160" w:type="dxa"/>
          </w:tcPr>
          <w:p w14:paraId="6FDFB63A" w14:textId="77777777" w:rsidR="00D23F90" w:rsidRDefault="002F7DA4">
            <w:r>
              <w:t>______</w:t>
            </w:r>
          </w:p>
        </w:tc>
        <w:tc>
          <w:tcPr>
            <w:tcW w:w="2160" w:type="dxa"/>
          </w:tcPr>
          <w:p w14:paraId="745EB3C5" w14:textId="77777777" w:rsidR="00D23F90" w:rsidRDefault="002F7DA4">
            <w:r>
              <w:rPr>
                <w:b/>
              </w:rPr>
              <w:t>Heure fin</w:t>
            </w:r>
          </w:p>
        </w:tc>
        <w:tc>
          <w:tcPr>
            <w:tcW w:w="2160" w:type="dxa"/>
          </w:tcPr>
          <w:p w14:paraId="70239190" w14:textId="77777777" w:rsidR="00D23F90" w:rsidRDefault="002F7DA4">
            <w:r>
              <w:t>______</w:t>
            </w:r>
          </w:p>
        </w:tc>
      </w:tr>
      <w:tr w:rsidR="00D23F90" w14:paraId="343BFBA5" w14:textId="77777777">
        <w:tc>
          <w:tcPr>
            <w:tcW w:w="2160" w:type="dxa"/>
          </w:tcPr>
          <w:p w14:paraId="1243DD80" w14:textId="77777777" w:rsidR="00D23F90" w:rsidRDefault="002F7DA4">
            <w:r>
              <w:rPr>
                <w:b/>
              </w:rPr>
              <w:t>Entreprise</w:t>
            </w:r>
          </w:p>
        </w:tc>
        <w:tc>
          <w:tcPr>
            <w:tcW w:w="2160" w:type="dxa"/>
          </w:tcPr>
          <w:p w14:paraId="50953A2F" w14:textId="77777777" w:rsidR="00D23F90" w:rsidRDefault="002F7DA4">
            <w:r>
              <w:t>Mzchibe</w:t>
            </w:r>
          </w:p>
        </w:tc>
        <w:tc>
          <w:tcPr>
            <w:tcW w:w="2160" w:type="dxa"/>
          </w:tcPr>
          <w:p w14:paraId="07E6103E" w14:textId="77777777" w:rsidR="00D23F90" w:rsidRDefault="002F7DA4">
            <w:r>
              <w:rPr>
                <w:b/>
              </w:rPr>
              <w:t>Service concerné</w:t>
            </w:r>
          </w:p>
        </w:tc>
        <w:tc>
          <w:tcPr>
            <w:tcW w:w="2160" w:type="dxa"/>
          </w:tcPr>
          <w:p w14:paraId="2009D4F8" w14:textId="77777777" w:rsidR="00D23F90" w:rsidRDefault="002F7DA4">
            <w:r>
              <w:t>________________</w:t>
            </w:r>
          </w:p>
        </w:tc>
      </w:tr>
      <w:tr w:rsidR="00D23F90" w14:paraId="6EF85E80" w14:textId="77777777">
        <w:tc>
          <w:tcPr>
            <w:tcW w:w="2160" w:type="dxa"/>
          </w:tcPr>
          <w:p w14:paraId="7C31C2B4" w14:textId="77777777" w:rsidR="00D23F90" w:rsidRDefault="002F7DA4">
            <w:r>
              <w:rPr>
                <w:b/>
              </w:rPr>
              <w:t>Technicien(s)</w:t>
            </w:r>
          </w:p>
        </w:tc>
        <w:tc>
          <w:tcPr>
            <w:tcW w:w="2160" w:type="dxa"/>
          </w:tcPr>
          <w:p w14:paraId="1C076476" w14:textId="77777777" w:rsidR="00D23F90" w:rsidRDefault="002F7DA4">
            <w:r>
              <w:t>________________</w:t>
            </w:r>
          </w:p>
        </w:tc>
        <w:tc>
          <w:tcPr>
            <w:tcW w:w="2160" w:type="dxa"/>
          </w:tcPr>
          <w:p w14:paraId="62A5BA16" w14:textId="77777777" w:rsidR="00D23F90" w:rsidRDefault="002F7DA4">
            <w:r>
              <w:rPr>
                <w:b/>
              </w:rPr>
              <w:t>Responsable site</w:t>
            </w:r>
          </w:p>
        </w:tc>
        <w:tc>
          <w:tcPr>
            <w:tcW w:w="2160" w:type="dxa"/>
          </w:tcPr>
          <w:p w14:paraId="0AE0D92E" w14:textId="77777777" w:rsidR="00D23F90" w:rsidRDefault="002F7DA4">
            <w:r>
              <w:t>________________</w:t>
            </w:r>
          </w:p>
        </w:tc>
      </w:tr>
    </w:tbl>
    <w:p w14:paraId="494E3575" w14:textId="77777777" w:rsidR="00D23F90" w:rsidRDefault="002F7DA4">
      <w:r>
        <w:br/>
        <w:t>Machine concernée : ____________________________</w:t>
      </w:r>
    </w:p>
    <w:p w14:paraId="4E7D3589" w14:textId="6F35BAC9" w:rsidR="00D23F90" w:rsidRDefault="002F7DA4">
      <w:proofErr w:type="spellStart"/>
      <w:r>
        <w:t>Référence</w:t>
      </w:r>
      <w:proofErr w:type="spellEnd"/>
      <w:r>
        <w:t xml:space="preserve"> </w:t>
      </w:r>
      <w:proofErr w:type="gramStart"/>
      <w:r>
        <w:t>machine :</w:t>
      </w:r>
      <w:proofErr w:type="gramEnd"/>
      <w:r>
        <w:t xml:space="preserve"> ____________________________</w:t>
      </w:r>
      <w:r>
        <w:br/>
        <w:t xml:space="preserve">Motif de </w:t>
      </w:r>
      <w:proofErr w:type="spellStart"/>
      <w:r>
        <w:t>l’intervention</w:t>
      </w:r>
      <w:proofErr w:type="spellEnd"/>
      <w:r>
        <w:t xml:space="preserve">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40"/>
      </w:tblGrid>
      <w:tr w:rsidR="00D23F90" w14:paraId="0875B130" w14:textId="77777777">
        <w:tc>
          <w:tcPr>
            <w:tcW w:w="8640" w:type="dxa"/>
          </w:tcPr>
          <w:p w14:paraId="347BB258" w14:textId="77777777" w:rsidR="00D23F90" w:rsidRDefault="002F7DA4">
            <w:r>
              <w:t xml:space="preserve">                                                                                </w:t>
            </w:r>
          </w:p>
        </w:tc>
      </w:tr>
      <w:tr w:rsidR="00D23F90" w14:paraId="7ECF1339" w14:textId="77777777">
        <w:tc>
          <w:tcPr>
            <w:tcW w:w="8640" w:type="dxa"/>
          </w:tcPr>
          <w:p w14:paraId="261B4266" w14:textId="77777777" w:rsidR="00D23F90" w:rsidRDefault="002F7DA4">
            <w:r>
              <w:t xml:space="preserve">                              </w:t>
            </w:r>
            <w:r>
              <w:t xml:space="preserve">                                                  </w:t>
            </w:r>
          </w:p>
        </w:tc>
      </w:tr>
      <w:tr w:rsidR="00D23F90" w14:paraId="4526F1DB" w14:textId="77777777">
        <w:tc>
          <w:tcPr>
            <w:tcW w:w="8640" w:type="dxa"/>
          </w:tcPr>
          <w:p w14:paraId="69217F8B" w14:textId="77777777" w:rsidR="00D23F90" w:rsidRDefault="002F7DA4">
            <w:r>
              <w:t xml:space="preserve">                                                                                </w:t>
            </w:r>
          </w:p>
        </w:tc>
      </w:tr>
    </w:tbl>
    <w:p w14:paraId="021929CA" w14:textId="77777777" w:rsidR="00D23F90" w:rsidRDefault="002F7DA4">
      <w:r>
        <w:br/>
        <w:t>Détail des opérations effectuées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40"/>
      </w:tblGrid>
      <w:tr w:rsidR="00D23F90" w14:paraId="2CBC7A49" w14:textId="77777777">
        <w:tc>
          <w:tcPr>
            <w:tcW w:w="8640" w:type="dxa"/>
          </w:tcPr>
          <w:p w14:paraId="1A64EBF3" w14:textId="77777777" w:rsidR="00D23F90" w:rsidRDefault="002F7DA4">
            <w:r>
              <w:t xml:space="preserve">• </w:t>
            </w:r>
          </w:p>
        </w:tc>
      </w:tr>
      <w:tr w:rsidR="00D23F90" w14:paraId="434ACF50" w14:textId="77777777">
        <w:tc>
          <w:tcPr>
            <w:tcW w:w="8640" w:type="dxa"/>
          </w:tcPr>
          <w:p w14:paraId="55AC050E" w14:textId="77777777" w:rsidR="00D23F90" w:rsidRDefault="002F7DA4">
            <w:r>
              <w:t xml:space="preserve">• </w:t>
            </w:r>
          </w:p>
        </w:tc>
      </w:tr>
      <w:tr w:rsidR="00D23F90" w14:paraId="26D03A57" w14:textId="77777777">
        <w:tc>
          <w:tcPr>
            <w:tcW w:w="8640" w:type="dxa"/>
          </w:tcPr>
          <w:p w14:paraId="2800191D" w14:textId="77777777" w:rsidR="00D23F90" w:rsidRDefault="002F7DA4">
            <w:r>
              <w:t xml:space="preserve">• </w:t>
            </w:r>
          </w:p>
        </w:tc>
      </w:tr>
      <w:tr w:rsidR="00D23F90" w14:paraId="40D27E46" w14:textId="77777777">
        <w:tc>
          <w:tcPr>
            <w:tcW w:w="8640" w:type="dxa"/>
          </w:tcPr>
          <w:p w14:paraId="1D5AD60D" w14:textId="77777777" w:rsidR="00D23F90" w:rsidRDefault="002F7DA4">
            <w:r>
              <w:t xml:space="preserve">• </w:t>
            </w:r>
          </w:p>
        </w:tc>
      </w:tr>
    </w:tbl>
    <w:p w14:paraId="66431D31" w14:textId="77777777" w:rsidR="00D23F90" w:rsidRDefault="002F7DA4">
      <w:r>
        <w:br/>
        <w:t>Matériel utilisé / Pièces remplacées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23F90" w14:paraId="747F56D8" w14:textId="77777777">
        <w:tc>
          <w:tcPr>
            <w:tcW w:w="2160" w:type="dxa"/>
          </w:tcPr>
          <w:p w14:paraId="37C3D1DE" w14:textId="77777777" w:rsidR="00D23F90" w:rsidRDefault="002F7DA4">
            <w:r>
              <w:t>Réf. pièce</w:t>
            </w:r>
          </w:p>
        </w:tc>
        <w:tc>
          <w:tcPr>
            <w:tcW w:w="2160" w:type="dxa"/>
          </w:tcPr>
          <w:p w14:paraId="6E570F28" w14:textId="77777777" w:rsidR="00D23F90" w:rsidRDefault="002F7DA4">
            <w:r>
              <w:t>Désignation</w:t>
            </w:r>
          </w:p>
        </w:tc>
        <w:tc>
          <w:tcPr>
            <w:tcW w:w="2160" w:type="dxa"/>
          </w:tcPr>
          <w:p w14:paraId="1CED65BF" w14:textId="77777777" w:rsidR="00D23F90" w:rsidRDefault="002F7DA4">
            <w:r>
              <w:t>Quantité</w:t>
            </w:r>
          </w:p>
        </w:tc>
        <w:tc>
          <w:tcPr>
            <w:tcW w:w="2160" w:type="dxa"/>
          </w:tcPr>
          <w:p w14:paraId="5A651FBC" w14:textId="77777777" w:rsidR="00D23F90" w:rsidRDefault="002F7DA4">
            <w:r>
              <w:t>Observations</w:t>
            </w:r>
          </w:p>
        </w:tc>
      </w:tr>
      <w:tr w:rsidR="00D23F90" w14:paraId="0E18827E" w14:textId="77777777">
        <w:tc>
          <w:tcPr>
            <w:tcW w:w="2160" w:type="dxa"/>
          </w:tcPr>
          <w:p w14:paraId="54339DB8" w14:textId="77777777" w:rsidR="00D23F90" w:rsidRDefault="00D23F90"/>
        </w:tc>
        <w:tc>
          <w:tcPr>
            <w:tcW w:w="2160" w:type="dxa"/>
          </w:tcPr>
          <w:p w14:paraId="5B36826B" w14:textId="77777777" w:rsidR="00D23F90" w:rsidRDefault="00D23F90"/>
        </w:tc>
        <w:tc>
          <w:tcPr>
            <w:tcW w:w="2160" w:type="dxa"/>
          </w:tcPr>
          <w:p w14:paraId="55363642" w14:textId="77777777" w:rsidR="00D23F90" w:rsidRDefault="00D23F90"/>
        </w:tc>
        <w:tc>
          <w:tcPr>
            <w:tcW w:w="2160" w:type="dxa"/>
          </w:tcPr>
          <w:p w14:paraId="1BCC77B1" w14:textId="77777777" w:rsidR="00D23F90" w:rsidRDefault="00D23F90"/>
        </w:tc>
      </w:tr>
      <w:tr w:rsidR="00D23F90" w14:paraId="071E091E" w14:textId="77777777">
        <w:tc>
          <w:tcPr>
            <w:tcW w:w="2160" w:type="dxa"/>
          </w:tcPr>
          <w:p w14:paraId="5D52D04C" w14:textId="77777777" w:rsidR="00D23F90" w:rsidRDefault="00D23F90"/>
        </w:tc>
        <w:tc>
          <w:tcPr>
            <w:tcW w:w="2160" w:type="dxa"/>
          </w:tcPr>
          <w:p w14:paraId="4D0DDA1C" w14:textId="77777777" w:rsidR="00D23F90" w:rsidRDefault="00D23F90"/>
        </w:tc>
        <w:tc>
          <w:tcPr>
            <w:tcW w:w="2160" w:type="dxa"/>
          </w:tcPr>
          <w:p w14:paraId="27755098" w14:textId="77777777" w:rsidR="00D23F90" w:rsidRDefault="00D23F90"/>
        </w:tc>
        <w:tc>
          <w:tcPr>
            <w:tcW w:w="2160" w:type="dxa"/>
          </w:tcPr>
          <w:p w14:paraId="5AA1AAB0" w14:textId="77777777" w:rsidR="00D23F90" w:rsidRDefault="00D23F90"/>
        </w:tc>
      </w:tr>
      <w:tr w:rsidR="00D23F90" w14:paraId="78667552" w14:textId="77777777">
        <w:tc>
          <w:tcPr>
            <w:tcW w:w="2160" w:type="dxa"/>
          </w:tcPr>
          <w:p w14:paraId="26507BF2" w14:textId="77777777" w:rsidR="00D23F90" w:rsidRDefault="00D23F90"/>
        </w:tc>
        <w:tc>
          <w:tcPr>
            <w:tcW w:w="2160" w:type="dxa"/>
          </w:tcPr>
          <w:p w14:paraId="78AFC7A8" w14:textId="77777777" w:rsidR="00D23F90" w:rsidRDefault="00D23F90"/>
        </w:tc>
        <w:tc>
          <w:tcPr>
            <w:tcW w:w="2160" w:type="dxa"/>
          </w:tcPr>
          <w:p w14:paraId="0A8B6295" w14:textId="77777777" w:rsidR="00D23F90" w:rsidRDefault="00D23F90"/>
        </w:tc>
        <w:tc>
          <w:tcPr>
            <w:tcW w:w="2160" w:type="dxa"/>
          </w:tcPr>
          <w:p w14:paraId="2051ACFF" w14:textId="77777777" w:rsidR="00D23F90" w:rsidRDefault="00D23F90"/>
        </w:tc>
      </w:tr>
    </w:tbl>
    <w:p w14:paraId="0DAFBDF5" w14:textId="77777777" w:rsidR="00D23F90" w:rsidRDefault="002F7DA4">
      <w:r>
        <w:br/>
        <w:t>Observations / Recommandations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40"/>
      </w:tblGrid>
      <w:tr w:rsidR="00D23F90" w14:paraId="53615B33" w14:textId="77777777">
        <w:tc>
          <w:tcPr>
            <w:tcW w:w="8640" w:type="dxa"/>
          </w:tcPr>
          <w:p w14:paraId="2A171A86" w14:textId="77777777" w:rsidR="00D23F90" w:rsidRDefault="002F7DA4">
            <w:r>
              <w:t xml:space="preserve">                                                                                </w:t>
            </w:r>
          </w:p>
        </w:tc>
      </w:tr>
      <w:tr w:rsidR="00D23F90" w14:paraId="383F2810" w14:textId="77777777">
        <w:tc>
          <w:tcPr>
            <w:tcW w:w="8640" w:type="dxa"/>
          </w:tcPr>
          <w:p w14:paraId="58F4892B" w14:textId="77777777" w:rsidR="00D23F90" w:rsidRDefault="002F7DA4">
            <w:r>
              <w:t xml:space="preserve">                                                                                </w:t>
            </w:r>
          </w:p>
        </w:tc>
      </w:tr>
      <w:tr w:rsidR="00D23F90" w14:paraId="552DE315" w14:textId="77777777">
        <w:tc>
          <w:tcPr>
            <w:tcW w:w="8640" w:type="dxa"/>
          </w:tcPr>
          <w:p w14:paraId="69F0C7CD" w14:textId="77777777" w:rsidR="00D23F90" w:rsidRDefault="002F7DA4">
            <w:r>
              <w:t xml:space="preserve">                                                                                </w:t>
            </w:r>
          </w:p>
        </w:tc>
      </w:tr>
    </w:tbl>
    <w:p w14:paraId="5C6D6DC6" w14:textId="77777777" w:rsidR="00D23F90" w:rsidRDefault="002F7DA4">
      <w:r>
        <w:br/>
        <w:t>Technicien : ____________________________    Responsable site : ___________________________</w:t>
      </w:r>
      <w:r>
        <w:t>_</w:t>
      </w:r>
    </w:p>
    <w:sectPr w:rsidR="00D23F9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F7DA4"/>
    <w:rsid w:val="00326F90"/>
    <w:rsid w:val="00AA1D8D"/>
    <w:rsid w:val="00B47730"/>
    <w:rsid w:val="00CB0664"/>
    <w:rsid w:val="00D23F9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DD2DC6"/>
  <w14:defaultImageDpi w14:val="300"/>
  <w15:docId w15:val="{E8D3088F-6740-4F3D-AF68-0B3E3CF40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3</cp:revision>
  <dcterms:created xsi:type="dcterms:W3CDTF">2013-12-23T23:15:00Z</dcterms:created>
  <dcterms:modified xsi:type="dcterms:W3CDTF">2025-06-22T15:59:00Z</dcterms:modified>
  <cp:category/>
</cp:coreProperties>
</file>