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Fiche Méthode – Élaborer une Stratégie Marketing</w:t>
      </w:r>
    </w:p>
    <w:p>
      <w:r>
        <w:t>Cette fiche méthode vous guide pas à pas dans la définition et la mise en œuvre d’une stratégie marketing efficace. Elle s’adresse aux équipes marketing, aux entrepreneurs et aux responsables de projet souhaitant structurer leur approche.</w:t>
      </w:r>
    </w:p>
    <w:p>
      <w:pPr>
        <w:pStyle w:val="Heading1"/>
      </w:pPr>
      <w:r>
        <w:t>1. Analyse de la situation</w:t>
      </w:r>
    </w:p>
    <w:p>
      <w:r>
        <w:t>• Réaliser une analyse SWOT</w:t>
        <w:br/>
        <w:t>• Étudier l’environnement (PESTEL)</w:t>
        <w:br/>
        <w:t>• Identifier les forces et faiblesses internes</w:t>
      </w:r>
    </w:p>
    <w:p>
      <w:pPr>
        <w:pStyle w:val="Heading1"/>
      </w:pPr>
      <w:r>
        <w:t>2. Segmentation et Ciblage</w:t>
      </w:r>
    </w:p>
    <w:p>
      <w:r>
        <w:t>• Décomposer le marché en segments homogènes</w:t>
        <w:br/>
        <w:t>• Déterminer les segments les plus rentables</w:t>
        <w:br/>
        <w:t>• Créer des personas</w:t>
      </w:r>
    </w:p>
    <w:p>
      <w:pPr>
        <w:pStyle w:val="Heading1"/>
      </w:pPr>
      <w:r>
        <w:t>3. Définir le positionnement</w:t>
      </w:r>
    </w:p>
    <w:p>
      <w:r>
        <w:t>• Choisir un positionnement clair, distinctif et pertinent</w:t>
        <w:br/>
        <w:t>• Formuler une proposition de valeur forte</w:t>
      </w:r>
    </w:p>
    <w:p>
      <w:pPr>
        <w:pStyle w:val="Heading1"/>
      </w:pPr>
      <w:r>
        <w:t>4. Élaborer le mix marketing (4P)</w:t>
      </w:r>
    </w:p>
    <w:p>
      <w:r>
        <w:t>• Produit : caractéristiques, gammes, innovation</w:t>
        <w:br/>
        <w:t>• Prix : politique tarifaire, remises</w:t>
        <w:br/>
        <w:t>• Place : canaux de distribution</w:t>
        <w:br/>
        <w:t>• Promotion : communication, publicité</w:t>
      </w:r>
    </w:p>
    <w:p>
      <w:pPr>
        <w:pStyle w:val="Heading1"/>
      </w:pPr>
      <w:r>
        <w:t>5. Définir les objectifs et KPI</w:t>
      </w:r>
    </w:p>
    <w:p>
      <w:r>
        <w:t>• Fixer des objectifs SMART</w:t>
        <w:br/>
        <w:t>• Déterminer les indicateurs de performance (trafic, conversion, CA…)</w:t>
      </w:r>
    </w:p>
    <w:p>
      <w:pPr>
        <w:pStyle w:val="Heading1"/>
      </w:pPr>
      <w:r>
        <w:t>6. Mettre en œuvre et suivre</w:t>
      </w:r>
    </w:p>
    <w:p>
      <w:r>
        <w:t>• Planifier les actions</w:t>
        <w:br/>
        <w:t>• Allouer les ressources nécessaires</w:t>
        <w:br/>
        <w:t>• Suivre les résultats et ajuster</w:t>
      </w:r>
    </w:p>
    <w:p>
      <w:pPr>
        <w:pStyle w:val="Heading1"/>
      </w:pPr>
      <w:r>
        <w:t>Conclusion</w:t>
      </w:r>
    </w:p>
    <w:p>
      <w:r>
        <w:t>La stratégie marketing constitue le socle des actions commerciales et de communication. En suivant cette méthode structurée, vous êtes en mesure d’aligner vos efforts marketing avec les besoins du marché et les objectifs de votre entreprise.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