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shd w:fill="1F4E78"/>
      </w:pPr>
      <w:r>
        <w:rPr>
          <w:b/>
          <w:color w:val="FFFFFF"/>
          <w:sz w:val="44"/>
        </w:rPr>
        <w:t>PLAN DE NETTOYAGE ET DE DÉSINFECTION</w:t>
        <w:br/>
      </w:r>
      <w:r>
        <w:rPr>
          <w:b/>
          <w:color w:val="DCF0DC"/>
          <w:sz w:val="28"/>
        </w:rPr>
        <w:t>ATELIER AGROALIMENTAIRE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720"/>
        <w:gridCol w:w="2720"/>
        <w:gridCol w:w="2720"/>
        <w:gridCol w:w="2720"/>
      </w:tblGrid>
      <w:tr>
        <w:tc>
          <w:tcPr>
            <w:tcW w:type="dxa" w:w="2720"/>
          </w:tcPr>
          <w:p>
            <w:r>
              <w:t>Entreprise : __________________</w:t>
            </w:r>
          </w:p>
        </w:tc>
        <w:tc>
          <w:tcPr>
            <w:tcW w:type="dxa" w:w="2720"/>
          </w:tcPr>
          <w:p>
            <w:r>
              <w:t>Site : __________________</w:t>
            </w:r>
          </w:p>
        </w:tc>
        <w:tc>
          <w:tcPr>
            <w:tcW w:type="dxa" w:w="2720"/>
          </w:tcPr>
          <w:p>
            <w:r>
              <w:t>Période : __________________</w:t>
            </w:r>
          </w:p>
        </w:tc>
        <w:tc>
          <w:tcPr>
            <w:tcW w:type="dxa" w:w="2720"/>
          </w:tcPr>
          <w:p>
            <w:r>
              <w:t>Version : __________________</w:t>
            </w:r>
          </w:p>
        </w:tc>
      </w:tr>
      <w:tr>
        <w:tc>
          <w:tcPr>
            <w:tcW w:type="dxa" w:w="2720"/>
          </w:tcPr>
          <w:p>
            <w:r>
              <w:t>Service : __________________</w:t>
            </w:r>
          </w:p>
        </w:tc>
        <w:tc>
          <w:tcPr>
            <w:tcW w:type="dxa" w:w="2720"/>
          </w:tcPr>
          <w:p>
            <w:r>
              <w:t>Resp. Qualité : __________________</w:t>
            </w:r>
          </w:p>
        </w:tc>
        <w:tc>
          <w:tcPr>
            <w:tcW w:type="dxa" w:w="2720"/>
          </w:tcPr>
          <w:p>
            <w:r>
              <w:t>Date : __________________</w:t>
            </w:r>
          </w:p>
        </w:tc>
        <w:tc>
          <w:tcPr>
            <w:tcW w:type="dxa" w:w="2720"/>
          </w:tcPr>
          <w:p>
            <w:r>
              <w:t>Révision : __________________</w:t>
            </w:r>
          </w:p>
        </w:tc>
      </w:tr>
    </w:tbl>
    <w:p>
      <w:pPr>
        <w:pStyle w:val="Heading2"/>
      </w:pPr>
      <w:r>
        <w:t>Programme de nettoyage et désinfection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60"/>
        <w:gridCol w:w="1360"/>
        <w:gridCol w:w="1360"/>
        <w:gridCol w:w="1360"/>
        <w:gridCol w:w="1360"/>
        <w:gridCol w:w="1360"/>
        <w:gridCol w:w="1360"/>
        <w:gridCol w:w="1360"/>
      </w:tblGrid>
      <w:tr>
        <w:tc>
          <w:tcPr>
            <w:tcW w:type="dxa" w:w="1360"/>
          </w:tcPr>
          <w:p>
            <w:r>
              <w:rPr>
                <w:b/>
              </w:rPr>
              <w:t>Zone/Équipement</w:t>
            </w:r>
          </w:p>
        </w:tc>
        <w:tc>
          <w:tcPr>
            <w:tcW w:type="dxa" w:w="1360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360"/>
          </w:tcPr>
          <w:p>
            <w:r>
              <w:rPr>
                <w:b/>
              </w:rPr>
              <w:t>Produit</w:t>
            </w:r>
          </w:p>
        </w:tc>
        <w:tc>
          <w:tcPr>
            <w:tcW w:type="dxa" w:w="1360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360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1360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360"/>
          </w:tcPr>
          <w:p>
            <w:r>
              <w:rPr>
                <w:b/>
              </w:rPr>
              <w:t>Vérification</w:t>
            </w:r>
          </w:p>
        </w:tc>
        <w:tc>
          <w:tcPr>
            <w:tcW w:type="dxa" w:w="1360"/>
          </w:tcPr>
          <w:p>
            <w:r>
              <w:rPr>
                <w:b/>
              </w:rPr>
              <w:t>Obs.</w:t>
            </w:r>
          </w:p>
        </w:tc>
      </w:tr>
      <w:tr>
        <w:tc>
          <w:tcPr>
            <w:tcW w:type="dxa" w:w="1360"/>
          </w:tcPr>
          <w:p>
            <w:r>
              <w:t>Tables inox</w:t>
            </w:r>
          </w:p>
        </w:tc>
        <w:tc>
          <w:tcPr>
            <w:tcW w:type="dxa" w:w="1360"/>
          </w:tcPr>
          <w:p>
            <w:r>
              <w:t>Élevé</w:t>
            </w:r>
          </w:p>
        </w:tc>
        <w:tc>
          <w:tcPr>
            <w:tcW w:type="dxa" w:w="1360"/>
          </w:tcPr>
          <w:p>
            <w:r>
              <w:t>Détergent alcalin</w:t>
            </w:r>
          </w:p>
        </w:tc>
        <w:tc>
          <w:tcPr>
            <w:tcW w:type="dxa" w:w="1360"/>
          </w:tcPr>
          <w:p>
            <w:r>
              <w:t>Lavage→Rinçage→Désinfection</w:t>
            </w:r>
          </w:p>
        </w:tc>
        <w:tc>
          <w:tcPr>
            <w:tcW w:type="dxa" w:w="1360"/>
          </w:tcPr>
          <w:p>
            <w:r>
              <w:t>Après production</w:t>
            </w:r>
          </w:p>
        </w:tc>
        <w:tc>
          <w:tcPr>
            <w:tcW w:type="dxa" w:w="1360"/>
          </w:tcPr>
          <w:p>
            <w:r>
              <w:t>Opérateur</w:t>
            </w:r>
          </w:p>
        </w:tc>
        <w:tc>
          <w:tcPr>
            <w:tcW w:type="dxa" w:w="1360"/>
          </w:tcPr>
          <w:p>
            <w:r>
              <w:t>Visuel</w:t>
            </w:r>
          </w:p>
        </w:tc>
        <w:tc>
          <w:tcPr>
            <w:tcW w:type="dxa" w:w="1360"/>
          </w:tcPr>
          <w:p>
            <w:r/>
          </w:p>
        </w:tc>
      </w:tr>
      <w:tr>
        <w:tc>
          <w:tcPr>
            <w:tcW w:type="dxa" w:w="1360"/>
          </w:tcPr>
          <w:p>
            <w:r>
              <w:t>Convoyeur</w:t>
            </w:r>
          </w:p>
        </w:tc>
        <w:tc>
          <w:tcPr>
            <w:tcW w:type="dxa" w:w="1360"/>
          </w:tcPr>
          <w:p>
            <w:r>
              <w:t>Élevé</w:t>
            </w:r>
          </w:p>
        </w:tc>
        <w:tc>
          <w:tcPr>
            <w:tcW w:type="dxa" w:w="1360"/>
          </w:tcPr>
          <w:p>
            <w:r>
              <w:t>Mousse alcaline</w:t>
            </w:r>
          </w:p>
        </w:tc>
        <w:tc>
          <w:tcPr>
            <w:tcW w:type="dxa" w:w="1360"/>
          </w:tcPr>
          <w:p>
            <w:r>
              <w:t>Brossage</w:t>
            </w:r>
          </w:p>
        </w:tc>
        <w:tc>
          <w:tcPr>
            <w:tcW w:type="dxa" w:w="1360"/>
          </w:tcPr>
          <w:p>
            <w:r>
              <w:t>Quotidien</w:t>
            </w:r>
          </w:p>
        </w:tc>
        <w:tc>
          <w:tcPr>
            <w:tcW w:type="dxa" w:w="1360"/>
          </w:tcPr>
          <w:p>
            <w:r>
              <w:t>Maintenance</w:t>
            </w:r>
          </w:p>
        </w:tc>
        <w:tc>
          <w:tcPr>
            <w:tcW w:type="dxa" w:w="1360"/>
          </w:tcPr>
          <w:p>
            <w:r>
              <w:t>ATP</w:t>
            </w:r>
          </w:p>
        </w:tc>
        <w:tc>
          <w:tcPr>
            <w:tcW w:type="dxa" w:w="1360"/>
          </w:tcPr>
          <w:p>
            <w:r/>
          </w:p>
        </w:tc>
      </w:tr>
      <w:tr>
        <w:tc>
          <w:tcPr>
            <w:tcW w:type="dxa" w:w="1360"/>
          </w:tcPr>
          <w:p>
            <w:r>
              <w:t>Trancheuse</w:t>
            </w:r>
          </w:p>
        </w:tc>
        <w:tc>
          <w:tcPr>
            <w:tcW w:type="dxa" w:w="1360"/>
          </w:tcPr>
          <w:p>
            <w:r>
              <w:t>Élevé</w:t>
            </w:r>
          </w:p>
        </w:tc>
        <w:tc>
          <w:tcPr>
            <w:tcW w:type="dxa" w:w="1360"/>
          </w:tcPr>
          <w:p>
            <w:r>
              <w:t>Détergent alimentaire</w:t>
            </w:r>
          </w:p>
        </w:tc>
        <w:tc>
          <w:tcPr>
            <w:tcW w:type="dxa" w:w="1360"/>
          </w:tcPr>
          <w:p>
            <w:r>
              <w:t>Démontage</w:t>
            </w:r>
          </w:p>
        </w:tc>
        <w:tc>
          <w:tcPr>
            <w:tcW w:type="dxa" w:w="1360"/>
          </w:tcPr>
          <w:p>
            <w:r>
              <w:t>Après lot</w:t>
            </w:r>
          </w:p>
        </w:tc>
        <w:tc>
          <w:tcPr>
            <w:tcW w:type="dxa" w:w="1360"/>
          </w:tcPr>
          <w:p>
            <w:r>
              <w:t>Production</w:t>
            </w:r>
          </w:p>
        </w:tc>
        <w:tc>
          <w:tcPr>
            <w:tcW w:type="dxa" w:w="1360"/>
          </w:tcPr>
          <w:p>
            <w:r>
              <w:t>Qualité</w:t>
            </w:r>
          </w:p>
        </w:tc>
        <w:tc>
          <w:tcPr>
            <w:tcW w:type="dxa" w:w="1360"/>
          </w:tcPr>
          <w:p>
            <w:r/>
          </w:p>
        </w:tc>
      </w:tr>
      <w:tr>
        <w:tc>
          <w:tcPr>
            <w:tcW w:type="dxa" w:w="1360"/>
          </w:tcPr>
          <w:p>
            <w:r>
              <w:t>Cuve inox</w:t>
            </w:r>
          </w:p>
        </w:tc>
        <w:tc>
          <w:tcPr>
            <w:tcW w:type="dxa" w:w="1360"/>
          </w:tcPr>
          <w:p>
            <w:r>
              <w:t>Critique</w:t>
            </w:r>
          </w:p>
        </w:tc>
        <w:tc>
          <w:tcPr>
            <w:tcW w:type="dxa" w:w="1360"/>
          </w:tcPr>
          <w:p>
            <w:r>
              <w:t>Détergent CIP</w:t>
            </w:r>
          </w:p>
        </w:tc>
        <w:tc>
          <w:tcPr>
            <w:tcW w:type="dxa" w:w="1360"/>
          </w:tcPr>
          <w:p>
            <w:r>
              <w:t>Cycle CIP</w:t>
            </w:r>
          </w:p>
        </w:tc>
        <w:tc>
          <w:tcPr>
            <w:tcW w:type="dxa" w:w="1360"/>
          </w:tcPr>
          <w:p>
            <w:r>
              <w:t>Quotidien</w:t>
            </w:r>
          </w:p>
        </w:tc>
        <w:tc>
          <w:tcPr>
            <w:tcW w:type="dxa" w:w="1360"/>
          </w:tcPr>
          <w:p>
            <w:r>
              <w:t>Conducteur</w:t>
            </w:r>
          </w:p>
        </w:tc>
        <w:tc>
          <w:tcPr>
            <w:tcW w:type="dxa" w:w="1360"/>
          </w:tcPr>
          <w:p>
            <w:r>
              <w:t>Enregistrement</w:t>
            </w:r>
          </w:p>
        </w:tc>
        <w:tc>
          <w:tcPr>
            <w:tcW w:type="dxa" w:w="1360"/>
          </w:tcPr>
          <w:p>
            <w:r/>
          </w:p>
        </w:tc>
      </w:tr>
      <w:tr>
        <w:tc>
          <w:tcPr>
            <w:tcW w:type="dxa" w:w="1360"/>
          </w:tcPr>
          <w:p>
            <w:r>
              <w:t>Sol atelier</w:t>
            </w:r>
          </w:p>
        </w:tc>
        <w:tc>
          <w:tcPr>
            <w:tcW w:type="dxa" w:w="1360"/>
          </w:tcPr>
          <w:p>
            <w:r>
              <w:t>Moyen</w:t>
            </w:r>
          </w:p>
        </w:tc>
        <w:tc>
          <w:tcPr>
            <w:tcW w:type="dxa" w:w="1360"/>
          </w:tcPr>
          <w:p>
            <w:r>
              <w:t>Détergent sol</w:t>
            </w:r>
          </w:p>
        </w:tc>
        <w:tc>
          <w:tcPr>
            <w:tcW w:type="dxa" w:w="1360"/>
          </w:tcPr>
          <w:p>
            <w:r>
              <w:t>Balayage+lavage</w:t>
            </w:r>
          </w:p>
        </w:tc>
        <w:tc>
          <w:tcPr>
            <w:tcW w:type="dxa" w:w="1360"/>
          </w:tcPr>
          <w:p>
            <w:r>
              <w:t>Quotidien</w:t>
            </w:r>
          </w:p>
        </w:tc>
        <w:tc>
          <w:tcPr>
            <w:tcW w:type="dxa" w:w="1360"/>
          </w:tcPr>
          <w:p>
            <w:r>
              <w:t>Hygiène</w:t>
            </w:r>
          </w:p>
        </w:tc>
        <w:tc>
          <w:tcPr>
            <w:tcW w:type="dxa" w:w="1360"/>
          </w:tcPr>
          <w:p>
            <w:r>
              <w:t>Inspection</w:t>
            </w:r>
          </w:p>
        </w:tc>
        <w:tc>
          <w:tcPr>
            <w:tcW w:type="dxa" w:w="1360"/>
          </w:tcPr>
          <w:p>
            <w:r/>
          </w:p>
        </w:tc>
      </w:tr>
      <w:tr>
        <w:tc>
          <w:tcPr>
            <w:tcW w:type="dxa" w:w="1360"/>
          </w:tcPr>
          <w:p>
            <w:r>
              <w:t>Chambres froides</w:t>
            </w:r>
          </w:p>
        </w:tc>
        <w:tc>
          <w:tcPr>
            <w:tcW w:type="dxa" w:w="1360"/>
          </w:tcPr>
          <w:p>
            <w:r>
              <w:t>Élevé</w:t>
            </w:r>
          </w:p>
        </w:tc>
        <w:tc>
          <w:tcPr>
            <w:tcW w:type="dxa" w:w="1360"/>
          </w:tcPr>
          <w:p>
            <w:r>
              <w:t>Détergent</w:t>
            </w:r>
          </w:p>
        </w:tc>
        <w:tc>
          <w:tcPr>
            <w:tcW w:type="dxa" w:w="1360"/>
          </w:tcPr>
          <w:p>
            <w:r>
              <w:t>Lavage manuel</w:t>
            </w:r>
          </w:p>
        </w:tc>
        <w:tc>
          <w:tcPr>
            <w:tcW w:type="dxa" w:w="1360"/>
          </w:tcPr>
          <w:p>
            <w:r>
              <w:t>Hebdo</w:t>
            </w:r>
          </w:p>
        </w:tc>
        <w:tc>
          <w:tcPr>
            <w:tcW w:type="dxa" w:w="1360"/>
          </w:tcPr>
          <w:p>
            <w:r>
              <w:t>Magasinier</w:t>
            </w:r>
          </w:p>
        </w:tc>
        <w:tc>
          <w:tcPr>
            <w:tcW w:type="dxa" w:w="1360"/>
          </w:tcPr>
          <w:p>
            <w:r>
              <w:t>Microbio</w:t>
            </w:r>
          </w:p>
        </w:tc>
        <w:tc>
          <w:tcPr>
            <w:tcW w:type="dxa" w:w="1360"/>
          </w:tcPr>
          <w:p>
            <w:r/>
          </w:p>
        </w:tc>
      </w:tr>
    </w:tbl>
    <w:p>
      <w:pPr>
        <w:pStyle w:val="Heading2"/>
      </w:pPr>
      <w:r>
        <w:t>Produits autorisés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76"/>
        <w:gridCol w:w="2176"/>
        <w:gridCol w:w="2176"/>
        <w:gridCol w:w="2176"/>
        <w:gridCol w:w="2176"/>
      </w:tblGrid>
      <w:tr>
        <w:tc>
          <w:tcPr>
            <w:tcW w:type="dxa" w:w="2176"/>
          </w:tcPr>
          <w:p>
            <w:r>
              <w:t>Produit</w:t>
            </w:r>
          </w:p>
        </w:tc>
        <w:tc>
          <w:tcPr>
            <w:tcW w:type="dxa" w:w="2176"/>
          </w:tcPr>
          <w:p>
            <w:r>
              <w:t>Usage</w:t>
            </w:r>
          </w:p>
        </w:tc>
        <w:tc>
          <w:tcPr>
            <w:tcW w:type="dxa" w:w="2176"/>
          </w:tcPr>
          <w:p>
            <w:r>
              <w:t>Dilution</w:t>
            </w:r>
          </w:p>
        </w:tc>
        <w:tc>
          <w:tcPr>
            <w:tcW w:type="dxa" w:w="2176"/>
          </w:tcPr>
          <w:p>
            <w:r>
              <w:t>Temps</w:t>
            </w:r>
          </w:p>
        </w:tc>
        <w:tc>
          <w:tcPr>
            <w:tcW w:type="dxa" w:w="2176"/>
          </w:tcPr>
          <w:p>
            <w:r>
              <w:t>Température</w:t>
            </w:r>
          </w:p>
        </w:tc>
      </w:tr>
      <w:tr>
        <w:tc>
          <w:tcPr>
            <w:tcW w:type="dxa" w:w="2176"/>
          </w:tcPr>
          <w:p>
            <w:r>
              <w:t>Détergent alcalin</w:t>
            </w:r>
          </w:p>
        </w:tc>
        <w:tc>
          <w:tcPr>
            <w:tcW w:type="dxa" w:w="2176"/>
          </w:tcPr>
          <w:p>
            <w:r>
              <w:t>Graisses</w:t>
            </w:r>
          </w:p>
        </w:tc>
        <w:tc>
          <w:tcPr>
            <w:tcW w:type="dxa" w:w="2176"/>
          </w:tcPr>
          <w:p>
            <w:r>
              <w:t>2 %</w:t>
            </w:r>
          </w:p>
        </w:tc>
        <w:tc>
          <w:tcPr>
            <w:tcW w:type="dxa" w:w="2176"/>
          </w:tcPr>
          <w:p>
            <w:r>
              <w:t>10 min</w:t>
            </w:r>
          </w:p>
        </w:tc>
        <w:tc>
          <w:tcPr>
            <w:tcW w:type="dxa" w:w="2176"/>
          </w:tcPr>
          <w:p>
            <w:r>
              <w:t>45°C</w:t>
            </w:r>
          </w:p>
        </w:tc>
      </w:tr>
      <w:tr>
        <w:tc>
          <w:tcPr>
            <w:tcW w:type="dxa" w:w="2176"/>
          </w:tcPr>
          <w:p>
            <w:r>
              <w:t>Détergent acide</w:t>
            </w:r>
          </w:p>
        </w:tc>
        <w:tc>
          <w:tcPr>
            <w:tcW w:type="dxa" w:w="2176"/>
          </w:tcPr>
          <w:p>
            <w:r>
              <w:t>Tartre</w:t>
            </w:r>
          </w:p>
        </w:tc>
        <w:tc>
          <w:tcPr>
            <w:tcW w:type="dxa" w:w="2176"/>
          </w:tcPr>
          <w:p>
            <w:r>
              <w:t>1,5 %</w:t>
            </w:r>
          </w:p>
        </w:tc>
        <w:tc>
          <w:tcPr>
            <w:tcW w:type="dxa" w:w="2176"/>
          </w:tcPr>
          <w:p>
            <w:r>
              <w:t>15 min</w:t>
            </w:r>
          </w:p>
        </w:tc>
        <w:tc>
          <w:tcPr>
            <w:tcW w:type="dxa" w:w="2176"/>
          </w:tcPr>
          <w:p>
            <w:r>
              <w:t>Ambiante</w:t>
            </w:r>
          </w:p>
        </w:tc>
      </w:tr>
      <w:tr>
        <w:tc>
          <w:tcPr>
            <w:tcW w:type="dxa" w:w="2176"/>
          </w:tcPr>
          <w:p>
            <w:r>
              <w:t>Désinfectant chloré</w:t>
            </w:r>
          </w:p>
        </w:tc>
        <w:tc>
          <w:tcPr>
            <w:tcW w:type="dxa" w:w="2176"/>
          </w:tcPr>
          <w:p>
            <w:r>
              <w:t>Désinfection</w:t>
            </w:r>
          </w:p>
        </w:tc>
        <w:tc>
          <w:tcPr>
            <w:tcW w:type="dxa" w:w="2176"/>
          </w:tcPr>
          <w:p>
            <w:r>
              <w:t>0,5 %</w:t>
            </w:r>
          </w:p>
        </w:tc>
        <w:tc>
          <w:tcPr>
            <w:tcW w:type="dxa" w:w="2176"/>
          </w:tcPr>
          <w:p>
            <w:r>
              <w:t>5 min</w:t>
            </w:r>
          </w:p>
        </w:tc>
        <w:tc>
          <w:tcPr>
            <w:tcW w:type="dxa" w:w="2176"/>
          </w:tcPr>
          <w:p>
            <w:r>
              <w:t>Ambiante</w:t>
            </w:r>
          </w:p>
        </w:tc>
      </w:tr>
    </w:tbl>
    <w:p>
      <w:pPr>
        <w:pStyle w:val="Heading2"/>
      </w:pPr>
      <w:r>
        <w:t>Suivi quotidien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13"/>
        <w:gridCol w:w="1813"/>
        <w:gridCol w:w="1813"/>
        <w:gridCol w:w="1813"/>
        <w:gridCol w:w="1813"/>
        <w:gridCol w:w="1813"/>
      </w:tblGrid>
      <w:tr>
        <w:tc>
          <w:tcPr>
            <w:tcW w:type="dxa" w:w="1813"/>
          </w:tcPr>
          <w:p>
            <w:r>
              <w:t>Date</w:t>
            </w:r>
          </w:p>
        </w:tc>
        <w:tc>
          <w:tcPr>
            <w:tcW w:type="dxa" w:w="1813"/>
          </w:tcPr>
          <w:p>
            <w:r>
              <w:t>Équipement</w:t>
            </w:r>
          </w:p>
        </w:tc>
        <w:tc>
          <w:tcPr>
            <w:tcW w:type="dxa" w:w="1813"/>
          </w:tcPr>
          <w:p>
            <w:r>
              <w:t>Heure</w:t>
            </w:r>
          </w:p>
        </w:tc>
        <w:tc>
          <w:tcPr>
            <w:tcW w:type="dxa" w:w="1813"/>
          </w:tcPr>
          <w:p>
            <w:r>
              <w:t>Opérateur</w:t>
            </w:r>
          </w:p>
        </w:tc>
        <w:tc>
          <w:tcPr>
            <w:tcW w:type="dxa" w:w="1813"/>
          </w:tcPr>
          <w:p>
            <w:r>
              <w:t>Conforme</w:t>
            </w:r>
          </w:p>
        </w:tc>
        <w:tc>
          <w:tcPr>
            <w:tcW w:type="dxa" w:w="1813"/>
          </w:tcPr>
          <w:p>
            <w:r>
              <w:t>Signature</w:t>
            </w:r>
          </w:p>
        </w:tc>
      </w:tr>
      <w:tr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</w:tr>
      <w:tr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</w:tr>
      <w:tr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</w:tr>
      <w:tr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</w:tr>
      <w:tr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  <w:tc>
          <w:tcPr>
            <w:tcW w:type="dxa" w:w="1813"/>
          </w:tcPr>
          <w:p/>
        </w:tc>
      </w:tr>
    </w:tbl>
    <w:p>
      <w:pPr>
        <w:pStyle w:val="Heading2"/>
      </w:pPr>
      <w:r>
        <w:t>Validation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20"/>
        <w:gridCol w:w="2720"/>
        <w:gridCol w:w="2720"/>
        <w:gridCol w:w="2720"/>
      </w:tblGrid>
      <w:tr>
        <w:tc>
          <w:tcPr>
            <w:tcW w:type="dxa" w:w="2720"/>
          </w:tcPr>
          <w:p>
            <w:r>
              <w:t>Fonction</w:t>
            </w:r>
          </w:p>
        </w:tc>
        <w:tc>
          <w:tcPr>
            <w:tcW w:type="dxa" w:w="2720"/>
          </w:tcPr>
          <w:p>
            <w:r>
              <w:t>Nom</w:t>
            </w:r>
          </w:p>
        </w:tc>
        <w:tc>
          <w:tcPr>
            <w:tcW w:type="dxa" w:w="2720"/>
          </w:tcPr>
          <w:p>
            <w:r>
              <w:t>Signature</w:t>
            </w:r>
          </w:p>
        </w:tc>
        <w:tc>
          <w:tcPr>
            <w:tcW w:type="dxa" w:w="2720"/>
          </w:tcPr>
          <w:p>
            <w:r>
              <w:t>Date</w:t>
            </w:r>
          </w:p>
        </w:tc>
      </w:tr>
      <w:tr>
        <w:tc>
          <w:tcPr>
            <w:tcW w:type="dxa" w:w="2720"/>
          </w:tcPr>
          <w:p>
            <w:r>
              <w:t>Responsable Qualité</w:t>
            </w:r>
          </w:p>
        </w:tc>
        <w:tc>
          <w:tcPr>
            <w:tcW w:type="dxa" w:w="2720"/>
          </w:tcPr>
          <w:p/>
        </w:tc>
        <w:tc>
          <w:tcPr>
            <w:tcW w:type="dxa" w:w="2720"/>
          </w:tcPr>
          <w:p/>
        </w:tc>
        <w:tc>
          <w:tcPr>
            <w:tcW w:type="dxa" w:w="2720"/>
          </w:tcPr>
          <w:p/>
        </w:tc>
      </w:tr>
      <w:tr>
        <w:tc>
          <w:tcPr>
            <w:tcW w:type="dxa" w:w="2720"/>
          </w:tcPr>
          <w:p>
            <w:r>
              <w:t>Responsable Production</w:t>
            </w:r>
          </w:p>
        </w:tc>
        <w:tc>
          <w:tcPr>
            <w:tcW w:type="dxa" w:w="2720"/>
          </w:tcPr>
          <w:p/>
        </w:tc>
        <w:tc>
          <w:tcPr>
            <w:tcW w:type="dxa" w:w="2720"/>
          </w:tcPr>
          <w:p/>
        </w:tc>
        <w:tc>
          <w:tcPr>
            <w:tcW w:type="dxa" w:w="2720"/>
          </w:tcPr>
          <w:p/>
        </w:tc>
      </w:tr>
      <w:tr>
        <w:tc>
          <w:tcPr>
            <w:tcW w:type="dxa" w:w="2720"/>
          </w:tcPr>
          <w:p>
            <w:r>
              <w:t>Responsable Hygiène</w:t>
            </w:r>
          </w:p>
        </w:tc>
        <w:tc>
          <w:tcPr>
            <w:tcW w:type="dxa" w:w="2720"/>
          </w:tcPr>
          <w:p/>
        </w:tc>
        <w:tc>
          <w:tcPr>
            <w:tcW w:type="dxa" w:w="2720"/>
          </w:tcPr>
          <w:p/>
        </w:tc>
        <w:tc>
          <w:tcPr>
            <w:tcW w:type="dxa" w:w="2720"/>
          </w:tcPr>
          <w:p/>
        </w:tc>
      </w:tr>
    </w:tbl>
    <w:sectPr w:rsidR="00FC693F" w:rsidRPr="0006063C" w:rsidSect="00034616">
      <w:pgSz w:w="12240" w:h="15840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