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66CC"/>
          <w:sz w:val="32"/>
        </w:rPr>
        <w:t>📄 MODÈLES D'INVITATION PROFESSIONNELLE</w:t>
      </w:r>
    </w:p>
    <w:p>
      <w:r>
        <w:br/>
      </w:r>
    </w:p>
    <w:p>
      <w:pPr>
        <w:pStyle w:val="Heading1"/>
      </w:pPr>
      <w:r>
        <w:t>📧 Modèle de Mail d'Invitation</w:t>
      </w:r>
    </w:p>
    <w:p>
      <w:r>
        <w:br/>
        <w:t>Objet : Invitation à [Nom de l’événement] – [Date]</w:t>
      </w:r>
    </w:p>
    <w:p>
      <w:r>
        <w:t>Bonjour [Prénom],</w:t>
        <w:br/>
        <w:br/>
        <w:t>Nous avons le plaisir de vous inviter à [Nom de l’événement], qui se tiendra le [Date] à [Lieu]. Cet événement sera l'occasion de [objectif de l'événement en une phrase].</w:t>
        <w:br/>
        <w:br/>
        <w:t>Informations pratiques :</w:t>
        <w:br/>
        <w:t>- Date : [Date]</w:t>
        <w:br/>
        <w:t>- Heure : [Heure]</w:t>
        <w:br/>
        <w:t>- Lieu : [Adresse complète]</w:t>
        <w:br/>
        <w:br/>
        <w:t>Merci de bien vouloir confirmer votre présence en cliquant sur le lien suivant : [Lien RSVP].</w:t>
        <w:br/>
        <w:br/>
        <w:t>Au plaisir de vous accueillir !</w:t>
        <w:br/>
        <w:br/>
        <w:t>Bien cordialement,</w:t>
        <w:br/>
        <w:br/>
        <w:t>[Votre Nom]</w:t>
        <w:br/>
        <w:t>[Votre Fonction]</w:t>
        <w:br/>
        <w:t>[Entreprise]</w:t>
      </w:r>
    </w:p>
    <w:p>
      <w:r>
        <w:br w:type="page"/>
      </w:r>
    </w:p>
    <w:p>
      <w:pPr>
        <w:pStyle w:val="Heading1"/>
      </w:pPr>
      <w:r>
        <w:t>📜 Modèle de Lettre d'Invitation</w:t>
      </w:r>
    </w:p>
    <w:p>
      <w:r>
        <w:br/>
        <w:t>[Votre Entreprise]</w:t>
        <w:br/>
        <w:t>[Votre Adresse]</w:t>
        <w:br/>
        <w:t>[Votre Email] – [Votre Téléphone]</w:t>
      </w:r>
    </w:p>
    <w:p>
      <w:r>
        <w:br/>
        <w:t>[Ville], le [JJ/MM/AAAA]</w:t>
        <w:br/>
      </w:r>
    </w:p>
    <w:p>
      <w:r>
        <w:t>À l'attention de [Nom du Destinataire]</w:t>
        <w:br/>
        <w:t>[Entreprise Destinataire]</w:t>
      </w:r>
    </w:p>
    <w:p>
      <w:r>
        <w:br/>
        <w:t>Objet : Invitation à [Nom de l’événement]</w:t>
      </w:r>
    </w:p>
    <w:p>
      <w:r>
        <w:t>Madame / Monsieur,</w:t>
        <w:br/>
        <w:br/>
        <w:t>Nous avons l'honneur de vous inviter à [Nom de l’événement] organisé par [Votre entreprise/organisation], le [Date], à [Lieu]. Cet événement sera l’occasion de [présenter brièvement le but de l'événement : networking, conférence, lancement produit, etc.].</w:t>
        <w:br/>
        <w:br/>
        <w:t>Nous serions ravis de vous compter parmi nos invités pour partager ensemble ce moment fort.</w:t>
        <w:br/>
        <w:br/>
        <w:t>Programme succinct :</w:t>
        <w:br/>
        <w:t>- [Activité principale]</w:t>
        <w:br/>
        <w:t>- [Moment clé]</w:t>
        <w:br/>
        <w:t>- [Clôture ou cocktail]</w:t>
        <w:br/>
        <w:br/>
        <w:t>Merci de bien vouloir confirmer votre présence avant le [Date limite de réponse] en contactant [Email / Téléphone].</w:t>
        <w:br/>
        <w:br/>
        <w:t>Dans l'attente du plaisir de votre confirmation, veuillez agréer, Madame / Monsieur, l’expression de nos salutations distinguées.</w:t>
        <w:br/>
        <w:br/>
        <w:t>[Votre Nom]</w:t>
        <w:br/>
        <w:t>[Votre Fonction]</w:t>
        <w:br/>
        <w:t>[Entreprise]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