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📄 Document RH – Trame Standardisée</w:t>
      </w:r>
    </w:p>
    <w:p>
      <w:pPr>
        <w:pStyle w:val="Heading1"/>
      </w:pPr>
      <w:r>
        <w:t>1. En-tête administratif</w:t>
      </w:r>
    </w:p>
    <w:p>
      <w:r>
        <w:t>• Document n° : [Référence ou code interne RH]</w:t>
      </w:r>
    </w:p>
    <w:p>
      <w:r>
        <w:t>• Établi par : [Nom du rédacteur / service RH]</w:t>
      </w:r>
    </w:p>
    <w:p>
      <w:r>
        <w:t>• Date de rédaction : [JJ/MM/AAAA]</w:t>
      </w:r>
    </w:p>
    <w:p>
      <w:r>
        <w:t>• Destinataire : [Nom du salarié / service / tiers]</w:t>
      </w:r>
    </w:p>
    <w:p>
      <w:r>
        <w:t>• Objet : [Nature du document – ex. Entretien professionnel, Note RH, Suivi absence]</w:t>
      </w:r>
    </w:p>
    <w:p>
      <w:pPr>
        <w:pStyle w:val="Heading1"/>
      </w:pPr>
      <w:r>
        <w:t>2. Informations personnelles (le cas échéant)</w:t>
      </w:r>
    </w:p>
    <w:p>
      <w:r>
        <w:t>• Nom / Prénom : [Nom et Prénom]</w:t>
      </w:r>
    </w:p>
    <w:p>
      <w:r>
        <w:t>• Matricule / Identifiant RH : [le cas échéant]</w:t>
      </w:r>
    </w:p>
    <w:p>
      <w:r>
        <w:t>• Poste occupé : [intitulé du poste]</w:t>
      </w:r>
    </w:p>
    <w:p>
      <w:r>
        <w:t>• Direction / Service : [entité RH ou opérationnelle]</w:t>
      </w:r>
    </w:p>
    <w:p>
      <w:r>
        <w:t>• Date d’entrée dans l’entreprise : [JJ/MM/AAAA]</w:t>
      </w:r>
    </w:p>
    <w:p>
      <w:r>
        <w:t>• Type de contrat : [CDI / CDD / Alternance / Stage]</w:t>
      </w:r>
    </w:p>
    <w:p>
      <w:pPr>
        <w:pStyle w:val="Heading1"/>
      </w:pPr>
      <w:r>
        <w:t>3. Contexte / Introduction</w:t>
      </w:r>
    </w:p>
    <w:p>
      <w:r>
        <w:t>Ce document a pour objectif de faire le point sur…</w:t>
      </w:r>
    </w:p>
    <w:p>
      <w:pPr>
        <w:pStyle w:val="Heading1"/>
      </w:pPr>
      <w:r>
        <w:t>4. Contenu principal du document</w:t>
      </w:r>
    </w:p>
    <w:p>
      <w:r>
        <w:t>➤ Exemple tableau pour suivi :</w:t>
      </w:r>
    </w:p>
    <w:p>
      <w:r>
        <w:t>Thématique | Éléments abordés | Observations / Actions prévues</w:t>
      </w:r>
    </w:p>
    <w:p>
      <w:r>
        <w:t>Formation | … | …</w:t>
      </w:r>
    </w:p>
    <w:p>
      <w:r>
        <w:t>Missions | … | …</w:t>
      </w:r>
    </w:p>
    <w:p>
      <w:r>
        <w:t>Objectifs | … | …</w:t>
      </w:r>
    </w:p>
    <w:p>
      <w:pPr>
        <w:pStyle w:val="Heading1"/>
      </w:pPr>
      <w:r>
        <w:t>5. Décisions ou suites à donner</w:t>
      </w:r>
    </w:p>
    <w:p>
      <w:r>
        <w:t>• [ ] Aucune action requise</w:t>
      </w:r>
    </w:p>
    <w:p>
      <w:r>
        <w:t>• [ ] Suivi à programmer avant le [date]</w:t>
      </w:r>
    </w:p>
    <w:p>
      <w:r>
        <w:t>• [ ] Réponse attendue sous [délais]</w:t>
      </w:r>
    </w:p>
    <w:p>
      <w:r>
        <w:t>• [ ] Transmission à un tiers</w:t>
      </w:r>
    </w:p>
    <w:p>
      <w:pPr>
        <w:pStyle w:val="Heading1"/>
      </w:pPr>
      <w:r>
        <w:t>6. Annexes (si nécessaire)</w:t>
      </w:r>
    </w:p>
    <w:p>
      <w:r>
        <w:t>• Fiche de poste</w:t>
      </w:r>
    </w:p>
    <w:p>
      <w:r>
        <w:t>• Bilan d’évaluation</w:t>
      </w:r>
    </w:p>
    <w:p>
      <w:r>
        <w:t>• Historique d’absence</w:t>
      </w:r>
    </w:p>
    <w:p>
      <w:r>
        <w:t>• Mail ou courrier joint</w:t>
      </w:r>
    </w:p>
    <w:p>
      <w:pPr>
        <w:pStyle w:val="Heading1"/>
      </w:pPr>
      <w:r>
        <w:t>7. Signature ou validation</w:t>
      </w:r>
    </w:p>
    <w:p>
      <w:r>
        <w:t>Rédigé par : [Nom, fonction]</w:t>
      </w:r>
    </w:p>
    <w:p>
      <w:r>
        <w:t>Signature : ___________________________</w:t>
      </w:r>
    </w:p>
    <w:p>
      <w:r>
        <w:t>Validé par : [Manager / RRH / DRH]</w:t>
      </w:r>
    </w:p>
    <w:p>
      <w:r>
        <w:t>Signature : ___________________________</w:t>
      </w:r>
    </w:p>
    <w:p>
      <w:pPr>
        <w:pStyle w:val="Heading1"/>
      </w:pPr>
      <w:r>
        <w:t>8. Archivage recommandé</w:t>
      </w:r>
    </w:p>
    <w:p>
      <w:r>
        <w:t>• Version papier : Dossier individuel salarié</w:t>
      </w:r>
    </w:p>
    <w:p>
      <w:r>
        <w:t>• Version numérique : RH_NOMPRENOM_TYPE_DATE.pdf</w:t>
      </w:r>
    </w:p>
    <w:p>
      <w:r>
        <w:t>• Durée de conservation : Selon RGPD et code du travail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