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8FAFC"/>
  <w:body>
    <w:tbl>
      <w:tblPr>
        <w:tblW w:type="auto" w:w="0"/>
        <w:jc w:val="center"/>
        <w:tblLook w:firstColumn="1" w:firstRow="1" w:lastColumn="0" w:lastRow="0" w:noHBand="0" w:noVBand="1" w:val="04A0"/>
      </w:tblPr>
      <w:tblGrid>
        <w:gridCol w:w="10312"/>
      </w:tblGrid>
      <w:tr>
        <w:tc>
          <w:tcPr>
            <w:tcW w:type="dxa" w:w="10312"/>
            <w:tcBorders>
              <w:top w:val="single" w:sz="0" w:color="0F2747"/>
              <w:left w:val="single" w:sz="0" w:color="0F2747"/>
              <w:bottom w:val="single" w:sz="0" w:color="0F2747"/>
              <w:right w:val="single" w:sz="0" w:color="0F2747"/>
            </w:tcBorders>
            <w:vAlign w:val="center"/>
            <w:shd w:fill="0F2747"/>
          </w:tcPr>
          <w:p>
            <w:pPr>
              <w:jc w:val="center"/>
            </w:pPr>
            <w:r>
              <w:rPr>
                <w:b/>
                <w:color w:val="FFFFFF"/>
                <w:sz w:val="48"/>
              </w:rPr>
              <w:t>COMPTE RENDU D'UNE FORMATION PROFESSIONNELLE</w:t>
              <w:br/>
            </w:r>
            <w:r>
              <w:rPr>
                <w:b/>
                <w:color w:val="DBEAFE"/>
                <w:sz w:val="24"/>
              </w:rPr>
              <w:t>Modèle entreprise avec bloc de prise en charge OPCO</w:t>
            </w:r>
          </w:p>
        </w:tc>
      </w:tr>
    </w:tbl>
    <w:p>
      <w:pPr>
        <w:jc w:val="center"/>
      </w:pPr>
      <w:r>
        <w:rPr>
          <w:b/>
          <w:color w:val="0F2747"/>
          <w:sz w:val="22"/>
        </w:rPr>
        <w:t>Entreprise • Formation • Compétences • Financement • Qualité</w:t>
      </w:r>
    </w:p>
    <w:tbl>
      <w:tblPr>
        <w:tblW w:type="auto" w:w="0"/>
        <w:jc w:val="center"/>
        <w:tblLook w:firstColumn="1" w:firstRow="1" w:lastColumn="0" w:lastRow="0" w:noHBand="0" w:noVBand="1" w:val="04A0"/>
      </w:tblPr>
      <w:tblGrid>
        <w:gridCol w:w="10312"/>
      </w:tblGrid>
      <w:tr>
        <w:tc>
          <w:tcPr>
            <w:tcW w:type="dxa" w:w="10312"/>
            <w:tcBorders>
              <w:top w:val="single" w:sz="8" w:color="0F2747"/>
              <w:left w:val="single" w:sz="8" w:color="0F2747"/>
              <w:bottom w:val="single" w:sz="8" w:color="0F2747"/>
              <w:right w:val="single" w:sz="8" w:color="0F2747"/>
            </w:tcBorders>
            <w:vAlign w:val="center"/>
            <w:shd w:fill="F8FAFC"/>
          </w:tcPr>
          <w:p>
            <w:r>
              <w:rPr>
                <w:b/>
                <w:color w:val="0F2747"/>
                <w:sz w:val="22"/>
              </w:rPr>
              <w:t>Objet du document</w:t>
              <w:br/>
            </w:r>
            <w:r>
              <w:rPr>
                <w:color w:val="334155"/>
                <w:sz w:val="18"/>
              </w:rPr>
              <w:t>Ce compte rendu permet de formaliser le déroulement d'une formation professionnelle, d'évaluer les acquis, de suivre les actions post-formation et de conserver les éléments utiles au dossier de financement ou de prise en charge OPCO.</w:t>
            </w:r>
          </w:p>
        </w:tc>
      </w:tr>
    </w:tbl>
    <w:p>
      <w:pPr>
        <w:spacing w:before="200" w:after="120"/>
      </w:pPr>
      <w:r>
        <w:rPr>
          <w:b/>
          <w:color w:val="0F2747"/>
          <w:sz w:val="32"/>
        </w:rPr>
        <w:t>Fiche d’identification de la formation</w:t>
      </w:r>
    </w:p>
    <w:tbl>
      <w:tblPr>
        <w:tblW w:type="auto" w:w="0"/>
        <w:jc w:val="center"/>
        <w:tblLook w:firstColumn="1" w:firstRow="1" w:lastColumn="0" w:lastRow="0" w:noHBand="0" w:noVBand="1" w:val="04A0"/>
      </w:tblPr>
      <w:tblGrid>
        <w:gridCol w:w="5156"/>
        <w:gridCol w:w="5156"/>
      </w:tblGrid>
      <w:tr>
        <w:tc>
          <w:tcPr>
            <w:tcW w:type="dxa" w:w="2948"/>
            <w:tcBorders>
              <w:top w:val="single" w:sz="6" w:color="94A3B8"/>
              <w:left w:val="single" w:sz="6" w:color="94A3B8"/>
              <w:bottom w:val="single" w:sz="6" w:color="94A3B8"/>
              <w:right w:val="single" w:sz="6" w:color="94A3B8"/>
            </w:tcBorders>
            <w:vAlign w:val="center"/>
            <w:shd w:fill="1D4ED8"/>
          </w:tcPr>
          <w:p>
            <w:pPr>
              <w:spacing w:after="0"/>
            </w:pPr>
            <w:r/>
            <w:r>
              <w:rPr>
                <w:b/>
                <w:color w:val="FFFFFF"/>
                <w:sz w:val="18"/>
              </w:rPr>
              <w:t>Entreprise bénéficiaire</w:t>
            </w:r>
          </w:p>
        </w:tc>
        <w:tc>
          <w:tcPr>
            <w:tcW w:type="dxa" w:w="6690"/>
            <w:tcBorders>
              <w:top w:val="single" w:sz="6" w:color="94A3B8"/>
              <w:left w:val="single" w:sz="6" w:color="94A3B8"/>
              <w:bottom w:val="single" w:sz="6" w:color="94A3B8"/>
              <w:right w:val="single" w:sz="6" w:color="94A3B8"/>
            </w:tcBorders>
            <w:vAlign w:val="center"/>
            <w:shd w:fill="F8FAFC"/>
          </w:tcPr>
          <w:p>
            <w:pPr>
              <w:spacing w:after="0"/>
            </w:pPr>
            <w:r/>
            <w:r>
              <w:rPr>
                <w:b w:val="0"/>
                <w:color w:val="475569"/>
                <w:sz w:val="18"/>
              </w:rPr>
              <w:t>À compléter</w:t>
            </w:r>
          </w:p>
        </w:tc>
      </w:tr>
      <w:tr>
        <w:tc>
          <w:tcPr>
            <w:tcW w:type="dxa" w:w="2948"/>
            <w:tcBorders>
              <w:top w:val="single" w:sz="6" w:color="94A3B8"/>
              <w:left w:val="single" w:sz="6" w:color="94A3B8"/>
              <w:bottom w:val="single" w:sz="6" w:color="94A3B8"/>
              <w:right w:val="single" w:sz="6" w:color="94A3B8"/>
            </w:tcBorders>
            <w:vAlign w:val="center"/>
            <w:shd w:fill="1D4ED8"/>
          </w:tcPr>
          <w:p>
            <w:pPr>
              <w:spacing w:after="0"/>
            </w:pPr>
            <w:r/>
            <w:r>
              <w:rPr>
                <w:b/>
                <w:color w:val="FFFFFF"/>
                <w:sz w:val="18"/>
              </w:rPr>
              <w:t>SIRET / Identifiant interne</w:t>
            </w:r>
          </w:p>
        </w:tc>
        <w:tc>
          <w:tcPr>
            <w:tcW w:type="dxa" w:w="6690"/>
            <w:tcBorders>
              <w:top w:val="single" w:sz="6" w:color="94A3B8"/>
              <w:left w:val="single" w:sz="6" w:color="94A3B8"/>
              <w:bottom w:val="single" w:sz="6" w:color="94A3B8"/>
              <w:right w:val="single" w:sz="6" w:color="94A3B8"/>
            </w:tcBorders>
            <w:vAlign w:val="center"/>
            <w:shd w:fill="FFFFFF"/>
          </w:tcPr>
          <w:p>
            <w:pPr>
              <w:spacing w:after="0"/>
            </w:pPr>
            <w:r/>
            <w:r>
              <w:rPr>
                <w:b w:val="0"/>
                <w:color w:val="475569"/>
                <w:sz w:val="18"/>
              </w:rPr>
              <w:t>À compléter</w:t>
            </w:r>
          </w:p>
        </w:tc>
      </w:tr>
      <w:tr>
        <w:tc>
          <w:tcPr>
            <w:tcW w:type="dxa" w:w="2948"/>
            <w:tcBorders>
              <w:top w:val="single" w:sz="6" w:color="94A3B8"/>
              <w:left w:val="single" w:sz="6" w:color="94A3B8"/>
              <w:bottom w:val="single" w:sz="6" w:color="94A3B8"/>
              <w:right w:val="single" w:sz="6" w:color="94A3B8"/>
            </w:tcBorders>
            <w:vAlign w:val="center"/>
            <w:shd w:fill="1D4ED8"/>
          </w:tcPr>
          <w:p>
            <w:pPr>
              <w:spacing w:after="0"/>
            </w:pPr>
            <w:r/>
            <w:r>
              <w:rPr>
                <w:b/>
                <w:color w:val="FFFFFF"/>
                <w:sz w:val="18"/>
              </w:rPr>
              <w:t>Intitulé de la formation</w:t>
            </w:r>
          </w:p>
        </w:tc>
        <w:tc>
          <w:tcPr>
            <w:tcW w:type="dxa" w:w="6690"/>
            <w:tcBorders>
              <w:top w:val="single" w:sz="6" w:color="94A3B8"/>
              <w:left w:val="single" w:sz="6" w:color="94A3B8"/>
              <w:bottom w:val="single" w:sz="6" w:color="94A3B8"/>
              <w:right w:val="single" w:sz="6" w:color="94A3B8"/>
            </w:tcBorders>
            <w:vAlign w:val="center"/>
            <w:shd w:fill="F8FAFC"/>
          </w:tcPr>
          <w:p>
            <w:pPr>
              <w:spacing w:after="0"/>
            </w:pPr>
            <w:r/>
            <w:r>
              <w:rPr>
                <w:b w:val="0"/>
                <w:color w:val="475569"/>
                <w:sz w:val="18"/>
              </w:rPr>
              <w:t>À compléter</w:t>
            </w:r>
          </w:p>
        </w:tc>
      </w:tr>
      <w:tr>
        <w:tc>
          <w:tcPr>
            <w:tcW w:type="dxa" w:w="2948"/>
            <w:tcBorders>
              <w:top w:val="single" w:sz="6" w:color="94A3B8"/>
              <w:left w:val="single" w:sz="6" w:color="94A3B8"/>
              <w:bottom w:val="single" w:sz="6" w:color="94A3B8"/>
              <w:right w:val="single" w:sz="6" w:color="94A3B8"/>
            </w:tcBorders>
            <w:vAlign w:val="center"/>
            <w:shd w:fill="1D4ED8"/>
          </w:tcPr>
          <w:p>
            <w:pPr>
              <w:spacing w:after="0"/>
            </w:pPr>
            <w:r/>
            <w:r>
              <w:rPr>
                <w:b/>
                <w:color w:val="FFFFFF"/>
                <w:sz w:val="18"/>
              </w:rPr>
              <w:t>Organisme de formation</w:t>
            </w:r>
          </w:p>
        </w:tc>
        <w:tc>
          <w:tcPr>
            <w:tcW w:type="dxa" w:w="6690"/>
            <w:tcBorders>
              <w:top w:val="single" w:sz="6" w:color="94A3B8"/>
              <w:left w:val="single" w:sz="6" w:color="94A3B8"/>
              <w:bottom w:val="single" w:sz="6" w:color="94A3B8"/>
              <w:right w:val="single" w:sz="6" w:color="94A3B8"/>
            </w:tcBorders>
            <w:vAlign w:val="center"/>
            <w:shd w:fill="FFFFFF"/>
          </w:tcPr>
          <w:p>
            <w:pPr>
              <w:spacing w:after="0"/>
            </w:pPr>
            <w:r/>
            <w:r>
              <w:rPr>
                <w:b w:val="0"/>
                <w:color w:val="475569"/>
                <w:sz w:val="18"/>
              </w:rPr>
              <w:t>À compléter</w:t>
            </w:r>
          </w:p>
        </w:tc>
      </w:tr>
      <w:tr>
        <w:tc>
          <w:tcPr>
            <w:tcW w:type="dxa" w:w="2948"/>
            <w:tcBorders>
              <w:top w:val="single" w:sz="6" w:color="94A3B8"/>
              <w:left w:val="single" w:sz="6" w:color="94A3B8"/>
              <w:bottom w:val="single" w:sz="6" w:color="94A3B8"/>
              <w:right w:val="single" w:sz="6" w:color="94A3B8"/>
            </w:tcBorders>
            <w:vAlign w:val="center"/>
            <w:shd w:fill="1D4ED8"/>
          </w:tcPr>
          <w:p>
            <w:pPr>
              <w:spacing w:after="0"/>
            </w:pPr>
            <w:r/>
            <w:r>
              <w:rPr>
                <w:b/>
                <w:color w:val="FFFFFF"/>
                <w:sz w:val="18"/>
              </w:rPr>
              <w:t>Nom du formateur</w:t>
            </w:r>
          </w:p>
        </w:tc>
        <w:tc>
          <w:tcPr>
            <w:tcW w:type="dxa" w:w="6690"/>
            <w:tcBorders>
              <w:top w:val="single" w:sz="6" w:color="94A3B8"/>
              <w:left w:val="single" w:sz="6" w:color="94A3B8"/>
              <w:bottom w:val="single" w:sz="6" w:color="94A3B8"/>
              <w:right w:val="single" w:sz="6" w:color="94A3B8"/>
            </w:tcBorders>
            <w:vAlign w:val="center"/>
            <w:shd w:fill="F8FAFC"/>
          </w:tcPr>
          <w:p>
            <w:pPr>
              <w:spacing w:after="0"/>
            </w:pPr>
            <w:r/>
            <w:r>
              <w:rPr>
                <w:b w:val="0"/>
                <w:color w:val="475569"/>
                <w:sz w:val="18"/>
              </w:rPr>
              <w:t>À compléter</w:t>
            </w:r>
          </w:p>
        </w:tc>
      </w:tr>
      <w:tr>
        <w:tc>
          <w:tcPr>
            <w:tcW w:type="dxa" w:w="2948"/>
            <w:tcBorders>
              <w:top w:val="single" w:sz="6" w:color="94A3B8"/>
              <w:left w:val="single" w:sz="6" w:color="94A3B8"/>
              <w:bottom w:val="single" w:sz="6" w:color="94A3B8"/>
              <w:right w:val="single" w:sz="6" w:color="94A3B8"/>
            </w:tcBorders>
            <w:vAlign w:val="center"/>
            <w:shd w:fill="1D4ED8"/>
          </w:tcPr>
          <w:p>
            <w:pPr>
              <w:spacing w:after="0"/>
            </w:pPr>
            <w:r/>
            <w:r>
              <w:rPr>
                <w:b/>
                <w:color w:val="FFFFFF"/>
                <w:sz w:val="18"/>
              </w:rPr>
              <w:t>Date(s) et durée</w:t>
            </w:r>
          </w:p>
        </w:tc>
        <w:tc>
          <w:tcPr>
            <w:tcW w:type="dxa" w:w="6690"/>
            <w:tcBorders>
              <w:top w:val="single" w:sz="6" w:color="94A3B8"/>
              <w:left w:val="single" w:sz="6" w:color="94A3B8"/>
              <w:bottom w:val="single" w:sz="6" w:color="94A3B8"/>
              <w:right w:val="single" w:sz="6" w:color="94A3B8"/>
            </w:tcBorders>
            <w:vAlign w:val="center"/>
            <w:shd w:fill="FFFFFF"/>
          </w:tcPr>
          <w:p>
            <w:pPr>
              <w:spacing w:after="0"/>
            </w:pPr>
            <w:r/>
            <w:r>
              <w:rPr>
                <w:b w:val="0"/>
                <w:color w:val="475569"/>
                <w:sz w:val="18"/>
              </w:rPr>
              <w:t>À compléter</w:t>
            </w:r>
          </w:p>
        </w:tc>
      </w:tr>
      <w:tr>
        <w:tc>
          <w:tcPr>
            <w:tcW w:type="dxa" w:w="2948"/>
            <w:tcBorders>
              <w:top w:val="single" w:sz="6" w:color="94A3B8"/>
              <w:left w:val="single" w:sz="6" w:color="94A3B8"/>
              <w:bottom w:val="single" w:sz="6" w:color="94A3B8"/>
              <w:right w:val="single" w:sz="6" w:color="94A3B8"/>
            </w:tcBorders>
            <w:vAlign w:val="center"/>
            <w:shd w:fill="1D4ED8"/>
          </w:tcPr>
          <w:p>
            <w:pPr>
              <w:spacing w:after="0"/>
            </w:pPr>
            <w:r/>
            <w:r>
              <w:rPr>
                <w:b/>
                <w:color w:val="FFFFFF"/>
                <w:sz w:val="18"/>
              </w:rPr>
              <w:t>Lieu / format</w:t>
            </w:r>
          </w:p>
        </w:tc>
        <w:tc>
          <w:tcPr>
            <w:tcW w:type="dxa" w:w="6690"/>
            <w:tcBorders>
              <w:top w:val="single" w:sz="6" w:color="94A3B8"/>
              <w:left w:val="single" w:sz="6" w:color="94A3B8"/>
              <w:bottom w:val="single" w:sz="6" w:color="94A3B8"/>
              <w:right w:val="single" w:sz="6" w:color="94A3B8"/>
            </w:tcBorders>
            <w:vAlign w:val="center"/>
            <w:shd w:fill="F8FAFC"/>
          </w:tcPr>
          <w:p>
            <w:pPr>
              <w:spacing w:after="0"/>
            </w:pPr>
            <w:r/>
            <w:r>
              <w:rPr>
                <w:b w:val="0"/>
                <w:color w:val="475569"/>
                <w:sz w:val="18"/>
              </w:rPr>
              <w:t>À compléter</w:t>
            </w:r>
          </w:p>
        </w:tc>
      </w:tr>
      <w:tr>
        <w:tc>
          <w:tcPr>
            <w:tcW w:type="dxa" w:w="2948"/>
            <w:tcBorders>
              <w:top w:val="single" w:sz="6" w:color="94A3B8"/>
              <w:left w:val="single" w:sz="6" w:color="94A3B8"/>
              <w:bottom w:val="single" w:sz="6" w:color="94A3B8"/>
              <w:right w:val="single" w:sz="6" w:color="94A3B8"/>
            </w:tcBorders>
            <w:vAlign w:val="center"/>
            <w:shd w:fill="1D4ED8"/>
          </w:tcPr>
          <w:p>
            <w:pPr>
              <w:spacing w:after="0"/>
            </w:pPr>
            <w:r/>
            <w:r>
              <w:rPr>
                <w:b/>
                <w:color w:val="FFFFFF"/>
                <w:sz w:val="18"/>
              </w:rPr>
              <w:t>Nombre de participants</w:t>
            </w:r>
          </w:p>
        </w:tc>
        <w:tc>
          <w:tcPr>
            <w:tcW w:type="dxa" w:w="6690"/>
            <w:tcBorders>
              <w:top w:val="single" w:sz="6" w:color="94A3B8"/>
              <w:left w:val="single" w:sz="6" w:color="94A3B8"/>
              <w:bottom w:val="single" w:sz="6" w:color="94A3B8"/>
              <w:right w:val="single" w:sz="6" w:color="94A3B8"/>
            </w:tcBorders>
            <w:vAlign w:val="center"/>
            <w:shd w:fill="FFFFFF"/>
          </w:tcPr>
          <w:p>
            <w:pPr>
              <w:spacing w:after="0"/>
            </w:pPr>
            <w:r/>
            <w:r>
              <w:rPr>
                <w:b w:val="0"/>
                <w:color w:val="475569"/>
                <w:sz w:val="18"/>
              </w:rPr>
              <w:t>À compléter</w:t>
            </w:r>
          </w:p>
        </w:tc>
      </w:tr>
      <w:tr>
        <w:tc>
          <w:tcPr>
            <w:tcW w:type="dxa" w:w="2948"/>
            <w:tcBorders>
              <w:top w:val="single" w:sz="6" w:color="94A3B8"/>
              <w:left w:val="single" w:sz="6" w:color="94A3B8"/>
              <w:bottom w:val="single" w:sz="6" w:color="94A3B8"/>
              <w:right w:val="single" w:sz="6" w:color="94A3B8"/>
            </w:tcBorders>
            <w:vAlign w:val="center"/>
            <w:shd w:fill="1D4ED8"/>
          </w:tcPr>
          <w:p>
            <w:pPr>
              <w:spacing w:after="0"/>
            </w:pPr>
            <w:r/>
            <w:r>
              <w:rPr>
                <w:b/>
                <w:color w:val="FFFFFF"/>
                <w:sz w:val="18"/>
              </w:rPr>
              <w:t>Référence dossier OPCO</w:t>
            </w:r>
          </w:p>
        </w:tc>
        <w:tc>
          <w:tcPr>
            <w:tcW w:type="dxa" w:w="6690"/>
            <w:tcBorders>
              <w:top w:val="single" w:sz="6" w:color="94A3B8"/>
              <w:left w:val="single" w:sz="6" w:color="94A3B8"/>
              <w:bottom w:val="single" w:sz="6" w:color="94A3B8"/>
              <w:right w:val="single" w:sz="6" w:color="94A3B8"/>
            </w:tcBorders>
            <w:vAlign w:val="center"/>
            <w:shd w:fill="F8FAFC"/>
          </w:tcPr>
          <w:p>
            <w:pPr>
              <w:spacing w:after="0"/>
            </w:pPr>
            <w:r/>
            <w:r>
              <w:rPr>
                <w:b w:val="0"/>
                <w:color w:val="475569"/>
                <w:sz w:val="18"/>
              </w:rPr>
              <w:t>À compléter</w:t>
            </w:r>
          </w:p>
        </w:tc>
      </w:tr>
    </w:tbl>
    <w:p>
      <w:r>
        <w:br w:type="page"/>
      </w:r>
    </w:p>
    <w:p>
      <w:pPr>
        <w:spacing w:before="200" w:after="120"/>
      </w:pPr>
      <w:r>
        <w:rPr>
          <w:b/>
          <w:color w:val="0F2747"/>
          <w:sz w:val="32"/>
        </w:rPr>
        <w:t>1. Contexte et objectifs de la formation</w:t>
      </w:r>
    </w:p>
    <w:tbl>
      <w:tblPr>
        <w:tblW w:type="auto" w:w="0"/>
        <w:jc w:val="center"/>
        <w:tblLook w:firstColumn="1" w:firstRow="1" w:lastColumn="0" w:lastRow="0" w:noHBand="0" w:noVBand="1" w:val="04A0"/>
      </w:tblPr>
      <w:tblGrid>
        <w:gridCol w:w="10312"/>
      </w:tblGrid>
      <w:tr>
        <w:tc>
          <w:tcPr>
            <w:tcW w:type="dxa" w:w="10312"/>
            <w:tcBorders>
              <w:top w:val="single" w:sz="8" w:color="047857"/>
              <w:left w:val="single" w:sz="8" w:color="047857"/>
              <w:bottom w:val="single" w:sz="8" w:color="047857"/>
              <w:right w:val="single" w:sz="8" w:color="047857"/>
            </w:tcBorders>
            <w:vAlign w:val="center"/>
            <w:shd w:fill="ECFDF5"/>
          </w:tcPr>
          <w:p>
            <w:r>
              <w:rPr>
                <w:b/>
                <w:color w:val="047857"/>
                <w:sz w:val="22"/>
              </w:rPr>
              <w:t>Besoin exprimé par l’entreprise</w:t>
              <w:br/>
            </w:r>
            <w:r>
              <w:rPr>
                <w:color w:val="334155"/>
                <w:sz w:val="18"/>
              </w:rPr>
              <w:t>Décrire le contexte : montée en compétences, évolution réglementaire, nouveau poste, nouvel outil, amélioration qualité, sécurité, management ou performance opérationnelle.</w:t>
            </w:r>
          </w:p>
        </w:tc>
      </w:tr>
    </w:tbl>
    <w:tbl>
      <w:tblPr>
        <w:tblW w:type="auto" w:w="0"/>
        <w:tblLook w:firstColumn="1" w:firstRow="1" w:lastColumn="0" w:lastRow="0" w:noHBand="0" w:noVBand="1" w:val="04A0"/>
      </w:tblPr>
      <w:tblGrid>
        <w:gridCol w:w="3437"/>
        <w:gridCol w:w="3437"/>
        <w:gridCol w:w="3437"/>
      </w:tblGrid>
      <w:tr>
        <w:tc>
          <w:tcPr>
            <w:tcW w:type="dxa" w:w="3437"/>
            <w:tcBorders>
              <w:top w:val="single" w:sz="6" w:color="CBD5E1"/>
              <w:left w:val="single" w:sz="6" w:color="CBD5E1"/>
              <w:bottom w:val="single" w:sz="6" w:color="CBD5E1"/>
              <w:right w:val="single" w:sz="6" w:color="CBD5E1"/>
            </w:tcBorders>
            <w:vAlign w:val="center"/>
            <w:shd w:fill="0F766E"/>
          </w:tcPr>
          <w:p>
            <w:pPr>
              <w:spacing w:after="0"/>
            </w:pPr>
            <w:r/>
            <w:r>
              <w:rPr>
                <w:b/>
                <w:color w:val="FFFFFF"/>
                <w:sz w:val="18"/>
              </w:rPr>
              <w:t>Objectif pédagogique</w:t>
            </w:r>
          </w:p>
        </w:tc>
        <w:tc>
          <w:tcPr>
            <w:tcW w:type="dxa" w:w="3437"/>
            <w:tcBorders>
              <w:top w:val="single" w:sz="6" w:color="CBD5E1"/>
              <w:left w:val="single" w:sz="6" w:color="CBD5E1"/>
              <w:bottom w:val="single" w:sz="6" w:color="CBD5E1"/>
              <w:right w:val="single" w:sz="6" w:color="CBD5E1"/>
            </w:tcBorders>
            <w:vAlign w:val="center"/>
            <w:shd w:fill="0F766E"/>
          </w:tcPr>
          <w:p>
            <w:pPr>
              <w:spacing w:after="0"/>
            </w:pPr>
            <w:r/>
            <w:r>
              <w:rPr>
                <w:b/>
                <w:color w:val="FFFFFF"/>
                <w:sz w:val="18"/>
              </w:rPr>
              <w:t>Compétence visée</w:t>
            </w:r>
          </w:p>
        </w:tc>
        <w:tc>
          <w:tcPr>
            <w:tcW w:type="dxa" w:w="3437"/>
            <w:tcBorders>
              <w:top w:val="single" w:sz="6" w:color="CBD5E1"/>
              <w:left w:val="single" w:sz="6" w:color="CBD5E1"/>
              <w:bottom w:val="single" w:sz="6" w:color="CBD5E1"/>
              <w:right w:val="single" w:sz="6" w:color="CBD5E1"/>
            </w:tcBorders>
            <w:vAlign w:val="center"/>
            <w:shd w:fill="0F766E"/>
          </w:tcPr>
          <w:p>
            <w:pPr>
              <w:spacing w:after="0"/>
            </w:pPr>
            <w:r/>
            <w:r>
              <w:rPr>
                <w:b/>
                <w:color w:val="FFFFFF"/>
                <w:sz w:val="18"/>
              </w:rPr>
              <w:t>Indicateur de réussite</w:t>
            </w:r>
          </w:p>
        </w:tc>
      </w:tr>
      <w:tr>
        <w:tc>
          <w:tcPr>
            <w:tcW w:type="dxa" w:w="3437"/>
            <w:tcBorders>
              <w:top w:val="single" w:sz="6" w:color="CBD5E1"/>
              <w:left w:val="single" w:sz="6" w:color="CBD5E1"/>
              <w:bottom w:val="single" w:sz="6" w:color="CBD5E1"/>
              <w:right w:val="single" w:sz="6" w:color="CBD5E1"/>
            </w:tcBorders>
            <w:vAlign w:val="center"/>
            <w:shd w:fill="F0FDFA"/>
          </w:tcPr>
          <w:p/>
        </w:tc>
        <w:tc>
          <w:tcPr>
            <w:tcW w:type="dxa" w:w="3437"/>
            <w:tcBorders>
              <w:top w:val="single" w:sz="6" w:color="CBD5E1"/>
              <w:left w:val="single" w:sz="6" w:color="CBD5E1"/>
              <w:bottom w:val="single" w:sz="6" w:color="CBD5E1"/>
              <w:right w:val="single" w:sz="6" w:color="CBD5E1"/>
            </w:tcBorders>
            <w:vAlign w:val="center"/>
            <w:shd w:fill="F0FDFA"/>
          </w:tcPr>
          <w:p/>
        </w:tc>
        <w:tc>
          <w:tcPr>
            <w:tcW w:type="dxa" w:w="3437"/>
            <w:tcBorders>
              <w:top w:val="single" w:sz="6" w:color="CBD5E1"/>
              <w:left w:val="single" w:sz="6" w:color="CBD5E1"/>
              <w:bottom w:val="single" w:sz="6" w:color="CBD5E1"/>
              <w:right w:val="single" w:sz="6" w:color="CBD5E1"/>
            </w:tcBorders>
            <w:vAlign w:val="center"/>
            <w:shd w:fill="F0FDFA"/>
          </w:tcPr>
          <w:p/>
        </w:tc>
      </w:tr>
      <w:tr>
        <w:tc>
          <w:tcPr>
            <w:tcW w:type="dxa" w:w="3437"/>
            <w:tcBorders>
              <w:top w:val="single" w:sz="6" w:color="CBD5E1"/>
              <w:left w:val="single" w:sz="6" w:color="CBD5E1"/>
              <w:bottom w:val="single" w:sz="6" w:color="CBD5E1"/>
              <w:right w:val="single" w:sz="6" w:color="CBD5E1"/>
            </w:tcBorders>
            <w:vAlign w:val="center"/>
            <w:shd w:fill="FFFFFF"/>
          </w:tcPr>
          <w:p/>
        </w:tc>
        <w:tc>
          <w:tcPr>
            <w:tcW w:type="dxa" w:w="3437"/>
            <w:tcBorders>
              <w:top w:val="single" w:sz="6" w:color="CBD5E1"/>
              <w:left w:val="single" w:sz="6" w:color="CBD5E1"/>
              <w:bottom w:val="single" w:sz="6" w:color="CBD5E1"/>
              <w:right w:val="single" w:sz="6" w:color="CBD5E1"/>
            </w:tcBorders>
            <w:vAlign w:val="center"/>
            <w:shd w:fill="FFFFFF"/>
          </w:tcPr>
          <w:p/>
        </w:tc>
        <w:tc>
          <w:tcPr>
            <w:tcW w:type="dxa" w:w="3437"/>
            <w:tcBorders>
              <w:top w:val="single" w:sz="6" w:color="CBD5E1"/>
              <w:left w:val="single" w:sz="6" w:color="CBD5E1"/>
              <w:bottom w:val="single" w:sz="6" w:color="CBD5E1"/>
              <w:right w:val="single" w:sz="6" w:color="CBD5E1"/>
            </w:tcBorders>
            <w:vAlign w:val="center"/>
            <w:shd w:fill="FFFFFF"/>
          </w:tcPr>
          <w:p/>
        </w:tc>
      </w:tr>
      <w:tr>
        <w:tc>
          <w:tcPr>
            <w:tcW w:type="dxa" w:w="3437"/>
            <w:tcBorders>
              <w:top w:val="single" w:sz="6" w:color="CBD5E1"/>
              <w:left w:val="single" w:sz="6" w:color="CBD5E1"/>
              <w:bottom w:val="single" w:sz="6" w:color="CBD5E1"/>
              <w:right w:val="single" w:sz="6" w:color="CBD5E1"/>
            </w:tcBorders>
            <w:vAlign w:val="center"/>
            <w:shd w:fill="F0FDFA"/>
          </w:tcPr>
          <w:p/>
        </w:tc>
        <w:tc>
          <w:tcPr>
            <w:tcW w:type="dxa" w:w="3437"/>
            <w:tcBorders>
              <w:top w:val="single" w:sz="6" w:color="CBD5E1"/>
              <w:left w:val="single" w:sz="6" w:color="CBD5E1"/>
              <w:bottom w:val="single" w:sz="6" w:color="CBD5E1"/>
              <w:right w:val="single" w:sz="6" w:color="CBD5E1"/>
            </w:tcBorders>
            <w:vAlign w:val="center"/>
            <w:shd w:fill="F0FDFA"/>
          </w:tcPr>
          <w:p/>
        </w:tc>
        <w:tc>
          <w:tcPr>
            <w:tcW w:type="dxa" w:w="3437"/>
            <w:tcBorders>
              <w:top w:val="single" w:sz="6" w:color="CBD5E1"/>
              <w:left w:val="single" w:sz="6" w:color="CBD5E1"/>
              <w:bottom w:val="single" w:sz="6" w:color="CBD5E1"/>
              <w:right w:val="single" w:sz="6" w:color="CBD5E1"/>
            </w:tcBorders>
            <w:vAlign w:val="center"/>
            <w:shd w:fill="F0FDFA"/>
          </w:tcPr>
          <w:p/>
        </w:tc>
      </w:tr>
      <w:tr>
        <w:tc>
          <w:tcPr>
            <w:tcW w:type="dxa" w:w="3437"/>
            <w:tcBorders>
              <w:top w:val="single" w:sz="6" w:color="CBD5E1"/>
              <w:left w:val="single" w:sz="6" w:color="CBD5E1"/>
              <w:bottom w:val="single" w:sz="6" w:color="CBD5E1"/>
              <w:right w:val="single" w:sz="6" w:color="CBD5E1"/>
            </w:tcBorders>
            <w:vAlign w:val="center"/>
            <w:shd w:fill="FFFFFF"/>
          </w:tcPr>
          <w:p/>
        </w:tc>
        <w:tc>
          <w:tcPr>
            <w:tcW w:type="dxa" w:w="3437"/>
            <w:tcBorders>
              <w:top w:val="single" w:sz="6" w:color="CBD5E1"/>
              <w:left w:val="single" w:sz="6" w:color="CBD5E1"/>
              <w:bottom w:val="single" w:sz="6" w:color="CBD5E1"/>
              <w:right w:val="single" w:sz="6" w:color="CBD5E1"/>
            </w:tcBorders>
            <w:vAlign w:val="center"/>
            <w:shd w:fill="FFFFFF"/>
          </w:tcPr>
          <w:p/>
        </w:tc>
        <w:tc>
          <w:tcPr>
            <w:tcW w:type="dxa" w:w="3437"/>
            <w:tcBorders>
              <w:top w:val="single" w:sz="6" w:color="CBD5E1"/>
              <w:left w:val="single" w:sz="6" w:color="CBD5E1"/>
              <w:bottom w:val="single" w:sz="6" w:color="CBD5E1"/>
              <w:right w:val="single" w:sz="6" w:color="CBD5E1"/>
            </w:tcBorders>
            <w:vAlign w:val="center"/>
            <w:shd w:fill="FFFFFF"/>
          </w:tcPr>
          <w:p/>
        </w:tc>
      </w:tr>
    </w:tbl>
    <w:p>
      <w:pPr>
        <w:spacing w:before="200" w:after="120"/>
      </w:pPr>
      <w:r>
        <w:rPr>
          <w:b/>
          <w:color w:val="0F2747"/>
          <w:sz w:val="32"/>
        </w:rPr>
        <w:t>2. Programme et déroulement</w:t>
      </w:r>
    </w:p>
    <w:tbl>
      <w:tblPr>
        <w:tblW w:type="auto" w:w="0"/>
        <w:tblLook w:firstColumn="1" w:firstRow="1" w:lastColumn="0" w:lastRow="0" w:noHBand="0" w:noVBand="1" w:val="04A0"/>
      </w:tblPr>
      <w:tblGrid>
        <w:gridCol w:w="2578"/>
        <w:gridCol w:w="2578"/>
        <w:gridCol w:w="2578"/>
        <w:gridCol w:w="2578"/>
      </w:tblGrid>
      <w:tr>
        <w:tc>
          <w:tcPr>
            <w:tcW w:type="dxa" w:w="2578"/>
            <w:tcBorders>
              <w:top w:val="single" w:sz="6" w:color="CBD5E1"/>
              <w:left w:val="single" w:sz="6" w:color="CBD5E1"/>
              <w:bottom w:val="single" w:sz="6" w:color="CBD5E1"/>
              <w:right w:val="single" w:sz="6" w:color="CBD5E1"/>
            </w:tcBorders>
            <w:vAlign w:val="center"/>
            <w:shd w:fill="2563EB"/>
          </w:tcPr>
          <w:p>
            <w:pPr>
              <w:spacing w:after="0"/>
            </w:pPr>
            <w:r/>
            <w:r>
              <w:rPr>
                <w:b/>
                <w:color w:val="FFFFFF"/>
                <w:sz w:val="18"/>
              </w:rPr>
              <w:t>Séquence</w:t>
            </w:r>
          </w:p>
        </w:tc>
        <w:tc>
          <w:tcPr>
            <w:tcW w:type="dxa" w:w="2578"/>
            <w:tcBorders>
              <w:top w:val="single" w:sz="6" w:color="CBD5E1"/>
              <w:left w:val="single" w:sz="6" w:color="CBD5E1"/>
              <w:bottom w:val="single" w:sz="6" w:color="CBD5E1"/>
              <w:right w:val="single" w:sz="6" w:color="CBD5E1"/>
            </w:tcBorders>
            <w:vAlign w:val="center"/>
            <w:shd w:fill="2563EB"/>
          </w:tcPr>
          <w:p>
            <w:pPr>
              <w:spacing w:after="0"/>
            </w:pPr>
            <w:r/>
            <w:r>
              <w:rPr>
                <w:b/>
                <w:color w:val="FFFFFF"/>
                <w:sz w:val="18"/>
              </w:rPr>
              <w:t>Contenu traité</w:t>
            </w:r>
          </w:p>
        </w:tc>
        <w:tc>
          <w:tcPr>
            <w:tcW w:type="dxa" w:w="2578"/>
            <w:tcBorders>
              <w:top w:val="single" w:sz="6" w:color="CBD5E1"/>
              <w:left w:val="single" w:sz="6" w:color="CBD5E1"/>
              <w:bottom w:val="single" w:sz="6" w:color="CBD5E1"/>
              <w:right w:val="single" w:sz="6" w:color="CBD5E1"/>
            </w:tcBorders>
            <w:vAlign w:val="center"/>
            <w:shd w:fill="2563EB"/>
          </w:tcPr>
          <w:p>
            <w:pPr>
              <w:spacing w:after="0"/>
            </w:pPr>
            <w:r/>
            <w:r>
              <w:rPr>
                <w:b/>
                <w:color w:val="FFFFFF"/>
                <w:sz w:val="18"/>
              </w:rPr>
              <w:t>Méthode pédagogique</w:t>
            </w:r>
          </w:p>
        </w:tc>
        <w:tc>
          <w:tcPr>
            <w:tcW w:type="dxa" w:w="2578"/>
            <w:tcBorders>
              <w:top w:val="single" w:sz="6" w:color="CBD5E1"/>
              <w:left w:val="single" w:sz="6" w:color="CBD5E1"/>
              <w:bottom w:val="single" w:sz="6" w:color="CBD5E1"/>
              <w:right w:val="single" w:sz="6" w:color="CBD5E1"/>
            </w:tcBorders>
            <w:vAlign w:val="center"/>
            <w:shd w:fill="2563EB"/>
          </w:tcPr>
          <w:p>
            <w:pPr>
              <w:spacing w:after="0"/>
            </w:pPr>
            <w:r/>
            <w:r>
              <w:rPr>
                <w:b/>
                <w:color w:val="FFFFFF"/>
                <w:sz w:val="18"/>
              </w:rPr>
              <w:t>Durée</w:t>
            </w:r>
          </w:p>
        </w:tc>
      </w:tr>
      <w:tr>
        <w:tc>
          <w:tcPr>
            <w:tcW w:type="dxa" w:w="2578"/>
            <w:tcBorders>
              <w:top w:val="single" w:sz="6" w:color="CBD5E1"/>
              <w:left w:val="single" w:sz="6" w:color="CBD5E1"/>
              <w:bottom w:val="single" w:sz="6" w:color="CBD5E1"/>
              <w:right w:val="single" w:sz="6" w:color="CBD5E1"/>
            </w:tcBorders>
            <w:vAlign w:val="center"/>
            <w:shd w:fill="EFF6FF"/>
          </w:tcPr>
          <w:p>
            <w:pPr>
              <w:spacing w:after="0"/>
            </w:pPr>
            <w:r/>
            <w:r>
              <w:rPr>
                <w:b w:val="0"/>
                <w:color w:val="334155"/>
                <w:sz w:val="18"/>
              </w:rPr>
              <w:t>Module 1</w:t>
            </w:r>
          </w:p>
        </w:tc>
        <w:tc>
          <w:tcPr>
            <w:tcW w:type="dxa" w:w="2578"/>
            <w:tcBorders>
              <w:top w:val="single" w:sz="6" w:color="CBD5E1"/>
              <w:left w:val="single" w:sz="6" w:color="CBD5E1"/>
              <w:bottom w:val="single" w:sz="6" w:color="CBD5E1"/>
              <w:right w:val="single" w:sz="6" w:color="CBD5E1"/>
            </w:tcBorders>
            <w:vAlign w:val="center"/>
            <w:shd w:fill="EFF6FF"/>
          </w:tcPr>
          <w:p>
            <w:pPr>
              <w:spacing w:after="0"/>
            </w:pPr>
            <w:r/>
            <w:r>
              <w:rPr>
                <w:b w:val="0"/>
                <w:color w:val="334155"/>
                <w:sz w:val="18"/>
              </w:rPr>
              <w:t>À compléter</w:t>
            </w:r>
          </w:p>
        </w:tc>
        <w:tc>
          <w:tcPr>
            <w:tcW w:type="dxa" w:w="2578"/>
            <w:tcBorders>
              <w:top w:val="single" w:sz="6" w:color="CBD5E1"/>
              <w:left w:val="single" w:sz="6" w:color="CBD5E1"/>
              <w:bottom w:val="single" w:sz="6" w:color="CBD5E1"/>
              <w:right w:val="single" w:sz="6" w:color="CBD5E1"/>
            </w:tcBorders>
            <w:vAlign w:val="center"/>
            <w:shd w:fill="EFF6FF"/>
          </w:tcPr>
          <w:p>
            <w:pPr>
              <w:spacing w:after="0"/>
            </w:pPr>
            <w:r/>
            <w:r>
              <w:rPr>
                <w:b w:val="0"/>
                <w:color w:val="334155"/>
                <w:sz w:val="18"/>
              </w:rPr>
              <w:t>Exposé / cas pratique / mise en situation</w:t>
            </w:r>
          </w:p>
        </w:tc>
        <w:tc>
          <w:tcPr>
            <w:tcW w:type="dxa" w:w="2578"/>
            <w:tcBorders>
              <w:top w:val="single" w:sz="6" w:color="CBD5E1"/>
              <w:left w:val="single" w:sz="6" w:color="CBD5E1"/>
              <w:bottom w:val="single" w:sz="6" w:color="CBD5E1"/>
              <w:right w:val="single" w:sz="6" w:color="CBD5E1"/>
            </w:tcBorders>
            <w:vAlign w:val="center"/>
            <w:shd w:fill="EFF6FF"/>
          </w:tcPr>
          <w:p>
            <w:pPr>
              <w:spacing w:after="0"/>
            </w:pPr>
            <w:r/>
            <w:r>
              <w:rPr>
                <w:b w:val="0"/>
                <w:color w:val="334155"/>
                <w:sz w:val="18"/>
              </w:rPr>
            </w:r>
          </w:p>
        </w:tc>
      </w:tr>
      <w:tr>
        <w:tc>
          <w:tcPr>
            <w:tcW w:type="dxa" w:w="2578"/>
            <w:tcBorders>
              <w:top w:val="single" w:sz="6" w:color="CBD5E1"/>
              <w:left w:val="single" w:sz="6" w:color="CBD5E1"/>
              <w:bottom w:val="single" w:sz="6" w:color="CBD5E1"/>
              <w:right w:val="single" w:sz="6" w:color="CBD5E1"/>
            </w:tcBorders>
            <w:vAlign w:val="center"/>
            <w:shd w:fill="FFFFFF"/>
          </w:tcPr>
          <w:p>
            <w:pPr>
              <w:spacing w:after="0"/>
            </w:pPr>
            <w:r/>
            <w:r>
              <w:rPr>
                <w:b w:val="0"/>
                <w:color w:val="334155"/>
                <w:sz w:val="18"/>
              </w:rPr>
              <w:t>Module 2</w:t>
            </w:r>
          </w:p>
        </w:tc>
        <w:tc>
          <w:tcPr>
            <w:tcW w:type="dxa" w:w="2578"/>
            <w:tcBorders>
              <w:top w:val="single" w:sz="6" w:color="CBD5E1"/>
              <w:left w:val="single" w:sz="6" w:color="CBD5E1"/>
              <w:bottom w:val="single" w:sz="6" w:color="CBD5E1"/>
              <w:right w:val="single" w:sz="6" w:color="CBD5E1"/>
            </w:tcBorders>
            <w:vAlign w:val="center"/>
            <w:shd w:fill="FFFFFF"/>
          </w:tcPr>
          <w:p>
            <w:pPr>
              <w:spacing w:after="0"/>
            </w:pPr>
            <w:r/>
            <w:r>
              <w:rPr>
                <w:b w:val="0"/>
                <w:color w:val="334155"/>
                <w:sz w:val="18"/>
              </w:rPr>
              <w:t>À compléter</w:t>
            </w:r>
          </w:p>
        </w:tc>
        <w:tc>
          <w:tcPr>
            <w:tcW w:type="dxa" w:w="2578"/>
            <w:tcBorders>
              <w:top w:val="single" w:sz="6" w:color="CBD5E1"/>
              <w:left w:val="single" w:sz="6" w:color="CBD5E1"/>
              <w:bottom w:val="single" w:sz="6" w:color="CBD5E1"/>
              <w:right w:val="single" w:sz="6" w:color="CBD5E1"/>
            </w:tcBorders>
            <w:vAlign w:val="center"/>
            <w:shd w:fill="FFFFFF"/>
          </w:tcPr>
          <w:p>
            <w:pPr>
              <w:spacing w:after="0"/>
            </w:pPr>
            <w:r/>
            <w:r>
              <w:rPr>
                <w:b w:val="0"/>
                <w:color w:val="334155"/>
                <w:sz w:val="18"/>
              </w:rPr>
              <w:t>Exposé / cas pratique / mise en situation</w:t>
            </w:r>
          </w:p>
        </w:tc>
        <w:tc>
          <w:tcPr>
            <w:tcW w:type="dxa" w:w="2578"/>
            <w:tcBorders>
              <w:top w:val="single" w:sz="6" w:color="CBD5E1"/>
              <w:left w:val="single" w:sz="6" w:color="CBD5E1"/>
              <w:bottom w:val="single" w:sz="6" w:color="CBD5E1"/>
              <w:right w:val="single" w:sz="6" w:color="CBD5E1"/>
            </w:tcBorders>
            <w:vAlign w:val="center"/>
            <w:shd w:fill="FFFFFF"/>
          </w:tcPr>
          <w:p>
            <w:pPr>
              <w:spacing w:after="0"/>
            </w:pPr>
            <w:r/>
            <w:r>
              <w:rPr>
                <w:b w:val="0"/>
                <w:color w:val="334155"/>
                <w:sz w:val="18"/>
              </w:rPr>
            </w:r>
          </w:p>
        </w:tc>
      </w:tr>
      <w:tr>
        <w:tc>
          <w:tcPr>
            <w:tcW w:type="dxa" w:w="2578"/>
            <w:tcBorders>
              <w:top w:val="single" w:sz="6" w:color="CBD5E1"/>
              <w:left w:val="single" w:sz="6" w:color="CBD5E1"/>
              <w:bottom w:val="single" w:sz="6" w:color="CBD5E1"/>
              <w:right w:val="single" w:sz="6" w:color="CBD5E1"/>
            </w:tcBorders>
            <w:vAlign w:val="center"/>
            <w:shd w:fill="EFF6FF"/>
          </w:tcPr>
          <w:p>
            <w:pPr>
              <w:spacing w:after="0"/>
            </w:pPr>
            <w:r/>
            <w:r>
              <w:rPr>
                <w:b w:val="0"/>
                <w:color w:val="334155"/>
                <w:sz w:val="18"/>
              </w:rPr>
              <w:t>Module 3</w:t>
            </w:r>
          </w:p>
        </w:tc>
        <w:tc>
          <w:tcPr>
            <w:tcW w:type="dxa" w:w="2578"/>
            <w:tcBorders>
              <w:top w:val="single" w:sz="6" w:color="CBD5E1"/>
              <w:left w:val="single" w:sz="6" w:color="CBD5E1"/>
              <w:bottom w:val="single" w:sz="6" w:color="CBD5E1"/>
              <w:right w:val="single" w:sz="6" w:color="CBD5E1"/>
            </w:tcBorders>
            <w:vAlign w:val="center"/>
            <w:shd w:fill="EFF6FF"/>
          </w:tcPr>
          <w:p>
            <w:pPr>
              <w:spacing w:after="0"/>
            </w:pPr>
            <w:r/>
            <w:r>
              <w:rPr>
                <w:b w:val="0"/>
                <w:color w:val="334155"/>
                <w:sz w:val="18"/>
              </w:rPr>
              <w:t>À compléter</w:t>
            </w:r>
          </w:p>
        </w:tc>
        <w:tc>
          <w:tcPr>
            <w:tcW w:type="dxa" w:w="2578"/>
            <w:tcBorders>
              <w:top w:val="single" w:sz="6" w:color="CBD5E1"/>
              <w:left w:val="single" w:sz="6" w:color="CBD5E1"/>
              <w:bottom w:val="single" w:sz="6" w:color="CBD5E1"/>
              <w:right w:val="single" w:sz="6" w:color="CBD5E1"/>
            </w:tcBorders>
            <w:vAlign w:val="center"/>
            <w:shd w:fill="EFF6FF"/>
          </w:tcPr>
          <w:p>
            <w:pPr>
              <w:spacing w:after="0"/>
            </w:pPr>
            <w:r/>
            <w:r>
              <w:rPr>
                <w:b w:val="0"/>
                <w:color w:val="334155"/>
                <w:sz w:val="18"/>
              </w:rPr>
              <w:t>Exposé / cas pratique / mise en situation</w:t>
            </w:r>
          </w:p>
        </w:tc>
        <w:tc>
          <w:tcPr>
            <w:tcW w:type="dxa" w:w="2578"/>
            <w:tcBorders>
              <w:top w:val="single" w:sz="6" w:color="CBD5E1"/>
              <w:left w:val="single" w:sz="6" w:color="CBD5E1"/>
              <w:bottom w:val="single" w:sz="6" w:color="CBD5E1"/>
              <w:right w:val="single" w:sz="6" w:color="CBD5E1"/>
            </w:tcBorders>
            <w:vAlign w:val="center"/>
            <w:shd w:fill="EFF6FF"/>
          </w:tcPr>
          <w:p>
            <w:pPr>
              <w:spacing w:after="0"/>
            </w:pPr>
            <w:r/>
            <w:r>
              <w:rPr>
                <w:b w:val="0"/>
                <w:color w:val="334155"/>
                <w:sz w:val="18"/>
              </w:rPr>
            </w:r>
          </w:p>
        </w:tc>
      </w:tr>
      <w:tr>
        <w:tc>
          <w:tcPr>
            <w:tcW w:type="dxa" w:w="2578"/>
            <w:tcBorders>
              <w:top w:val="single" w:sz="6" w:color="CBD5E1"/>
              <w:left w:val="single" w:sz="6" w:color="CBD5E1"/>
              <w:bottom w:val="single" w:sz="6" w:color="CBD5E1"/>
              <w:right w:val="single" w:sz="6" w:color="CBD5E1"/>
            </w:tcBorders>
            <w:vAlign w:val="center"/>
            <w:shd w:fill="FFFFFF"/>
          </w:tcPr>
          <w:p>
            <w:pPr>
              <w:spacing w:after="0"/>
            </w:pPr>
            <w:r/>
            <w:r>
              <w:rPr>
                <w:b w:val="0"/>
                <w:color w:val="334155"/>
                <w:sz w:val="18"/>
              </w:rPr>
              <w:t>Module 4</w:t>
            </w:r>
          </w:p>
        </w:tc>
        <w:tc>
          <w:tcPr>
            <w:tcW w:type="dxa" w:w="2578"/>
            <w:tcBorders>
              <w:top w:val="single" w:sz="6" w:color="CBD5E1"/>
              <w:left w:val="single" w:sz="6" w:color="CBD5E1"/>
              <w:bottom w:val="single" w:sz="6" w:color="CBD5E1"/>
              <w:right w:val="single" w:sz="6" w:color="CBD5E1"/>
            </w:tcBorders>
            <w:vAlign w:val="center"/>
            <w:shd w:fill="FFFFFF"/>
          </w:tcPr>
          <w:p>
            <w:pPr>
              <w:spacing w:after="0"/>
            </w:pPr>
            <w:r/>
            <w:r>
              <w:rPr>
                <w:b w:val="0"/>
                <w:color w:val="334155"/>
                <w:sz w:val="18"/>
              </w:rPr>
              <w:t>À compléter</w:t>
            </w:r>
          </w:p>
        </w:tc>
        <w:tc>
          <w:tcPr>
            <w:tcW w:type="dxa" w:w="2578"/>
            <w:tcBorders>
              <w:top w:val="single" w:sz="6" w:color="CBD5E1"/>
              <w:left w:val="single" w:sz="6" w:color="CBD5E1"/>
              <w:bottom w:val="single" w:sz="6" w:color="CBD5E1"/>
              <w:right w:val="single" w:sz="6" w:color="CBD5E1"/>
            </w:tcBorders>
            <w:vAlign w:val="center"/>
            <w:shd w:fill="FFFFFF"/>
          </w:tcPr>
          <w:p>
            <w:pPr>
              <w:spacing w:after="0"/>
            </w:pPr>
            <w:r/>
            <w:r>
              <w:rPr>
                <w:b w:val="0"/>
                <w:color w:val="334155"/>
                <w:sz w:val="18"/>
              </w:rPr>
              <w:t>Exposé / cas pratique / mise en situation</w:t>
            </w:r>
          </w:p>
        </w:tc>
        <w:tc>
          <w:tcPr>
            <w:tcW w:type="dxa" w:w="2578"/>
            <w:tcBorders>
              <w:top w:val="single" w:sz="6" w:color="CBD5E1"/>
              <w:left w:val="single" w:sz="6" w:color="CBD5E1"/>
              <w:bottom w:val="single" w:sz="6" w:color="CBD5E1"/>
              <w:right w:val="single" w:sz="6" w:color="CBD5E1"/>
            </w:tcBorders>
            <w:vAlign w:val="center"/>
            <w:shd w:fill="FFFFFF"/>
          </w:tcPr>
          <w:p>
            <w:pPr>
              <w:spacing w:after="0"/>
            </w:pPr>
            <w:r/>
            <w:r>
              <w:rPr>
                <w:b w:val="0"/>
                <w:color w:val="334155"/>
                <w:sz w:val="18"/>
              </w:rPr>
            </w:r>
          </w:p>
        </w:tc>
      </w:tr>
      <w:tr>
        <w:tc>
          <w:tcPr>
            <w:tcW w:type="dxa" w:w="2578"/>
            <w:tcBorders>
              <w:top w:val="single" w:sz="6" w:color="CBD5E1"/>
              <w:left w:val="single" w:sz="6" w:color="CBD5E1"/>
              <w:bottom w:val="single" w:sz="6" w:color="CBD5E1"/>
              <w:right w:val="single" w:sz="6" w:color="CBD5E1"/>
            </w:tcBorders>
            <w:vAlign w:val="center"/>
            <w:shd w:fill="EFF6FF"/>
          </w:tcPr>
          <w:p>
            <w:pPr>
              <w:spacing w:after="0"/>
            </w:pPr>
            <w:r/>
            <w:r>
              <w:rPr>
                <w:b w:val="0"/>
                <w:color w:val="334155"/>
                <w:sz w:val="18"/>
              </w:rPr>
              <w:t>Module 5</w:t>
            </w:r>
          </w:p>
        </w:tc>
        <w:tc>
          <w:tcPr>
            <w:tcW w:type="dxa" w:w="2578"/>
            <w:tcBorders>
              <w:top w:val="single" w:sz="6" w:color="CBD5E1"/>
              <w:left w:val="single" w:sz="6" w:color="CBD5E1"/>
              <w:bottom w:val="single" w:sz="6" w:color="CBD5E1"/>
              <w:right w:val="single" w:sz="6" w:color="CBD5E1"/>
            </w:tcBorders>
            <w:vAlign w:val="center"/>
            <w:shd w:fill="EFF6FF"/>
          </w:tcPr>
          <w:p>
            <w:pPr>
              <w:spacing w:after="0"/>
            </w:pPr>
            <w:r/>
            <w:r>
              <w:rPr>
                <w:b w:val="0"/>
                <w:color w:val="334155"/>
                <w:sz w:val="18"/>
              </w:rPr>
              <w:t>À compléter</w:t>
            </w:r>
          </w:p>
        </w:tc>
        <w:tc>
          <w:tcPr>
            <w:tcW w:type="dxa" w:w="2578"/>
            <w:tcBorders>
              <w:top w:val="single" w:sz="6" w:color="CBD5E1"/>
              <w:left w:val="single" w:sz="6" w:color="CBD5E1"/>
              <w:bottom w:val="single" w:sz="6" w:color="CBD5E1"/>
              <w:right w:val="single" w:sz="6" w:color="CBD5E1"/>
            </w:tcBorders>
            <w:vAlign w:val="center"/>
            <w:shd w:fill="EFF6FF"/>
          </w:tcPr>
          <w:p>
            <w:pPr>
              <w:spacing w:after="0"/>
            </w:pPr>
            <w:r/>
            <w:r>
              <w:rPr>
                <w:b w:val="0"/>
                <w:color w:val="334155"/>
                <w:sz w:val="18"/>
              </w:rPr>
              <w:t>Exposé / cas pratique / mise en situation</w:t>
            </w:r>
          </w:p>
        </w:tc>
        <w:tc>
          <w:tcPr>
            <w:tcW w:type="dxa" w:w="2578"/>
            <w:tcBorders>
              <w:top w:val="single" w:sz="6" w:color="CBD5E1"/>
              <w:left w:val="single" w:sz="6" w:color="CBD5E1"/>
              <w:bottom w:val="single" w:sz="6" w:color="CBD5E1"/>
              <w:right w:val="single" w:sz="6" w:color="CBD5E1"/>
            </w:tcBorders>
            <w:vAlign w:val="center"/>
            <w:shd w:fill="EFF6FF"/>
          </w:tcPr>
          <w:p>
            <w:pPr>
              <w:spacing w:after="0"/>
            </w:pPr>
            <w:r/>
            <w:r>
              <w:rPr>
                <w:b w:val="0"/>
                <w:color w:val="334155"/>
                <w:sz w:val="18"/>
              </w:rPr>
            </w:r>
          </w:p>
        </w:tc>
      </w:tr>
    </w:tbl>
    <w:p>
      <w:pPr>
        <w:spacing w:before="200" w:after="120"/>
      </w:pPr>
      <w:r>
        <w:rPr>
          <w:b/>
          <w:color w:val="0F2747"/>
          <w:sz w:val="32"/>
        </w:rPr>
        <w:t>3. Participants et présence</w:t>
      </w:r>
    </w:p>
    <w:tbl>
      <w:tblPr>
        <w:tblW w:type="auto" w:w="0"/>
        <w:tblLook w:firstColumn="1" w:firstRow="1" w:lastColumn="0" w:lastRow="0" w:noHBand="0" w:noVBand="1" w:val="04A0"/>
      </w:tblPr>
      <w:tblGrid>
        <w:gridCol w:w="2062"/>
        <w:gridCol w:w="2062"/>
        <w:gridCol w:w="2062"/>
        <w:gridCol w:w="2062"/>
        <w:gridCol w:w="2062"/>
      </w:tblGrid>
      <w:tr>
        <w:tc>
          <w:tcPr>
            <w:tcW w:type="dxa" w:w="2062"/>
            <w:tcBorders>
              <w:top w:val="single" w:sz="6" w:color="CBD5E1"/>
              <w:left w:val="single" w:sz="6" w:color="CBD5E1"/>
              <w:bottom w:val="single" w:sz="6" w:color="CBD5E1"/>
              <w:right w:val="single" w:sz="6" w:color="CBD5E1"/>
            </w:tcBorders>
            <w:vAlign w:val="center"/>
            <w:shd w:fill="334155"/>
          </w:tcPr>
          <w:p>
            <w:pPr>
              <w:spacing w:after="0"/>
            </w:pPr>
            <w:r/>
            <w:r>
              <w:rPr>
                <w:b/>
                <w:color w:val="FFFFFF"/>
                <w:sz w:val="18"/>
              </w:rPr>
              <w:t>Nom et prénom</w:t>
            </w:r>
          </w:p>
        </w:tc>
        <w:tc>
          <w:tcPr>
            <w:tcW w:type="dxa" w:w="2062"/>
            <w:tcBorders>
              <w:top w:val="single" w:sz="6" w:color="CBD5E1"/>
              <w:left w:val="single" w:sz="6" w:color="CBD5E1"/>
              <w:bottom w:val="single" w:sz="6" w:color="CBD5E1"/>
              <w:right w:val="single" w:sz="6" w:color="CBD5E1"/>
            </w:tcBorders>
            <w:vAlign w:val="center"/>
            <w:shd w:fill="334155"/>
          </w:tcPr>
          <w:p>
            <w:pPr>
              <w:spacing w:after="0"/>
            </w:pPr>
            <w:r/>
            <w:r>
              <w:rPr>
                <w:b/>
                <w:color w:val="FFFFFF"/>
                <w:sz w:val="18"/>
              </w:rPr>
              <w:t>Fonction</w:t>
            </w:r>
          </w:p>
        </w:tc>
        <w:tc>
          <w:tcPr>
            <w:tcW w:type="dxa" w:w="2062"/>
            <w:tcBorders>
              <w:top w:val="single" w:sz="6" w:color="CBD5E1"/>
              <w:left w:val="single" w:sz="6" w:color="CBD5E1"/>
              <w:bottom w:val="single" w:sz="6" w:color="CBD5E1"/>
              <w:right w:val="single" w:sz="6" w:color="CBD5E1"/>
            </w:tcBorders>
            <w:vAlign w:val="center"/>
            <w:shd w:fill="334155"/>
          </w:tcPr>
          <w:p>
            <w:pPr>
              <w:spacing w:after="0"/>
            </w:pPr>
            <w:r/>
            <w:r>
              <w:rPr>
                <w:b/>
                <w:color w:val="FFFFFF"/>
                <w:sz w:val="18"/>
              </w:rPr>
              <w:t>Service</w:t>
            </w:r>
          </w:p>
        </w:tc>
        <w:tc>
          <w:tcPr>
            <w:tcW w:type="dxa" w:w="2062"/>
            <w:tcBorders>
              <w:top w:val="single" w:sz="6" w:color="CBD5E1"/>
              <w:left w:val="single" w:sz="6" w:color="CBD5E1"/>
              <w:bottom w:val="single" w:sz="6" w:color="CBD5E1"/>
              <w:right w:val="single" w:sz="6" w:color="CBD5E1"/>
            </w:tcBorders>
            <w:vAlign w:val="center"/>
            <w:shd w:fill="334155"/>
          </w:tcPr>
          <w:p>
            <w:pPr>
              <w:spacing w:after="0"/>
            </w:pPr>
            <w:r/>
            <w:r>
              <w:rPr>
                <w:b/>
                <w:color w:val="FFFFFF"/>
                <w:sz w:val="18"/>
              </w:rPr>
              <w:t>Présence</w:t>
            </w:r>
          </w:p>
        </w:tc>
        <w:tc>
          <w:tcPr>
            <w:tcW w:type="dxa" w:w="2062"/>
            <w:tcBorders>
              <w:top w:val="single" w:sz="6" w:color="CBD5E1"/>
              <w:left w:val="single" w:sz="6" w:color="CBD5E1"/>
              <w:bottom w:val="single" w:sz="6" w:color="CBD5E1"/>
              <w:right w:val="single" w:sz="6" w:color="CBD5E1"/>
            </w:tcBorders>
            <w:vAlign w:val="center"/>
            <w:shd w:fill="334155"/>
          </w:tcPr>
          <w:p>
            <w:pPr>
              <w:spacing w:after="0"/>
            </w:pPr>
            <w:r/>
            <w:r>
              <w:rPr>
                <w:b/>
                <w:color w:val="FFFFFF"/>
                <w:sz w:val="18"/>
              </w:rPr>
              <w:t>Signature</w:t>
            </w:r>
          </w:p>
        </w:tc>
      </w:tr>
      <w:tr>
        <w:tc>
          <w:tcPr>
            <w:tcW w:type="dxa" w:w="2062"/>
            <w:tcBorders>
              <w:top w:val="single" w:sz="6" w:color="CBD5E1"/>
              <w:left w:val="single" w:sz="6" w:color="CBD5E1"/>
              <w:bottom w:val="single" w:sz="6" w:color="CBD5E1"/>
              <w:right w:val="single" w:sz="6" w:color="CBD5E1"/>
            </w:tcBorders>
            <w:vAlign w:val="center"/>
            <w:shd w:fill="F8FAFC"/>
          </w:tcPr>
          <w:p/>
        </w:tc>
        <w:tc>
          <w:tcPr>
            <w:tcW w:type="dxa" w:w="2062"/>
            <w:tcBorders>
              <w:top w:val="single" w:sz="6" w:color="CBD5E1"/>
              <w:left w:val="single" w:sz="6" w:color="CBD5E1"/>
              <w:bottom w:val="single" w:sz="6" w:color="CBD5E1"/>
              <w:right w:val="single" w:sz="6" w:color="CBD5E1"/>
            </w:tcBorders>
            <w:vAlign w:val="center"/>
            <w:shd w:fill="F8FAFC"/>
          </w:tcPr>
          <w:p/>
        </w:tc>
        <w:tc>
          <w:tcPr>
            <w:tcW w:type="dxa" w:w="2062"/>
            <w:tcBorders>
              <w:top w:val="single" w:sz="6" w:color="CBD5E1"/>
              <w:left w:val="single" w:sz="6" w:color="CBD5E1"/>
              <w:bottom w:val="single" w:sz="6" w:color="CBD5E1"/>
              <w:right w:val="single" w:sz="6" w:color="CBD5E1"/>
            </w:tcBorders>
            <w:vAlign w:val="center"/>
            <w:shd w:fill="F8FAFC"/>
          </w:tcPr>
          <w:p/>
        </w:tc>
        <w:tc>
          <w:tcPr>
            <w:tcW w:type="dxa" w:w="2062"/>
            <w:tcBorders>
              <w:top w:val="single" w:sz="6" w:color="CBD5E1"/>
              <w:left w:val="single" w:sz="6" w:color="CBD5E1"/>
              <w:bottom w:val="single" w:sz="6" w:color="CBD5E1"/>
              <w:right w:val="single" w:sz="6" w:color="CBD5E1"/>
            </w:tcBorders>
            <w:vAlign w:val="center"/>
            <w:shd w:fill="F8FAFC"/>
          </w:tcPr>
          <w:p/>
        </w:tc>
        <w:tc>
          <w:tcPr>
            <w:tcW w:type="dxa" w:w="2062"/>
            <w:tcBorders>
              <w:top w:val="single" w:sz="6" w:color="CBD5E1"/>
              <w:left w:val="single" w:sz="6" w:color="CBD5E1"/>
              <w:bottom w:val="single" w:sz="6" w:color="CBD5E1"/>
              <w:right w:val="single" w:sz="6" w:color="CBD5E1"/>
            </w:tcBorders>
            <w:vAlign w:val="center"/>
            <w:shd w:fill="F8FAFC"/>
          </w:tcPr>
          <w:p/>
        </w:tc>
      </w:tr>
      <w:tr>
        <w:tc>
          <w:tcPr>
            <w:tcW w:type="dxa" w:w="2062"/>
            <w:tcBorders>
              <w:top w:val="single" w:sz="6" w:color="CBD5E1"/>
              <w:left w:val="single" w:sz="6" w:color="CBD5E1"/>
              <w:bottom w:val="single" w:sz="6" w:color="CBD5E1"/>
              <w:right w:val="single" w:sz="6" w:color="CBD5E1"/>
            </w:tcBorders>
            <w:vAlign w:val="center"/>
            <w:shd w:fill="FFFFFF"/>
          </w:tcPr>
          <w:p/>
        </w:tc>
        <w:tc>
          <w:tcPr>
            <w:tcW w:type="dxa" w:w="2062"/>
            <w:tcBorders>
              <w:top w:val="single" w:sz="6" w:color="CBD5E1"/>
              <w:left w:val="single" w:sz="6" w:color="CBD5E1"/>
              <w:bottom w:val="single" w:sz="6" w:color="CBD5E1"/>
              <w:right w:val="single" w:sz="6" w:color="CBD5E1"/>
            </w:tcBorders>
            <w:vAlign w:val="center"/>
            <w:shd w:fill="FFFFFF"/>
          </w:tcPr>
          <w:p/>
        </w:tc>
        <w:tc>
          <w:tcPr>
            <w:tcW w:type="dxa" w:w="2062"/>
            <w:tcBorders>
              <w:top w:val="single" w:sz="6" w:color="CBD5E1"/>
              <w:left w:val="single" w:sz="6" w:color="CBD5E1"/>
              <w:bottom w:val="single" w:sz="6" w:color="CBD5E1"/>
              <w:right w:val="single" w:sz="6" w:color="CBD5E1"/>
            </w:tcBorders>
            <w:vAlign w:val="center"/>
            <w:shd w:fill="FFFFFF"/>
          </w:tcPr>
          <w:p/>
        </w:tc>
        <w:tc>
          <w:tcPr>
            <w:tcW w:type="dxa" w:w="2062"/>
            <w:tcBorders>
              <w:top w:val="single" w:sz="6" w:color="CBD5E1"/>
              <w:left w:val="single" w:sz="6" w:color="CBD5E1"/>
              <w:bottom w:val="single" w:sz="6" w:color="CBD5E1"/>
              <w:right w:val="single" w:sz="6" w:color="CBD5E1"/>
            </w:tcBorders>
            <w:vAlign w:val="center"/>
            <w:shd w:fill="FFFFFF"/>
          </w:tcPr>
          <w:p/>
        </w:tc>
        <w:tc>
          <w:tcPr>
            <w:tcW w:type="dxa" w:w="2062"/>
            <w:tcBorders>
              <w:top w:val="single" w:sz="6" w:color="CBD5E1"/>
              <w:left w:val="single" w:sz="6" w:color="CBD5E1"/>
              <w:bottom w:val="single" w:sz="6" w:color="CBD5E1"/>
              <w:right w:val="single" w:sz="6" w:color="CBD5E1"/>
            </w:tcBorders>
            <w:vAlign w:val="center"/>
            <w:shd w:fill="FFFFFF"/>
          </w:tcPr>
          <w:p/>
        </w:tc>
      </w:tr>
      <w:tr>
        <w:tc>
          <w:tcPr>
            <w:tcW w:type="dxa" w:w="2062"/>
            <w:tcBorders>
              <w:top w:val="single" w:sz="6" w:color="CBD5E1"/>
              <w:left w:val="single" w:sz="6" w:color="CBD5E1"/>
              <w:bottom w:val="single" w:sz="6" w:color="CBD5E1"/>
              <w:right w:val="single" w:sz="6" w:color="CBD5E1"/>
            </w:tcBorders>
            <w:vAlign w:val="center"/>
            <w:shd w:fill="F8FAFC"/>
          </w:tcPr>
          <w:p/>
        </w:tc>
        <w:tc>
          <w:tcPr>
            <w:tcW w:type="dxa" w:w="2062"/>
            <w:tcBorders>
              <w:top w:val="single" w:sz="6" w:color="CBD5E1"/>
              <w:left w:val="single" w:sz="6" w:color="CBD5E1"/>
              <w:bottom w:val="single" w:sz="6" w:color="CBD5E1"/>
              <w:right w:val="single" w:sz="6" w:color="CBD5E1"/>
            </w:tcBorders>
            <w:vAlign w:val="center"/>
            <w:shd w:fill="F8FAFC"/>
          </w:tcPr>
          <w:p/>
        </w:tc>
        <w:tc>
          <w:tcPr>
            <w:tcW w:type="dxa" w:w="2062"/>
            <w:tcBorders>
              <w:top w:val="single" w:sz="6" w:color="CBD5E1"/>
              <w:left w:val="single" w:sz="6" w:color="CBD5E1"/>
              <w:bottom w:val="single" w:sz="6" w:color="CBD5E1"/>
              <w:right w:val="single" w:sz="6" w:color="CBD5E1"/>
            </w:tcBorders>
            <w:vAlign w:val="center"/>
            <w:shd w:fill="F8FAFC"/>
          </w:tcPr>
          <w:p/>
        </w:tc>
        <w:tc>
          <w:tcPr>
            <w:tcW w:type="dxa" w:w="2062"/>
            <w:tcBorders>
              <w:top w:val="single" w:sz="6" w:color="CBD5E1"/>
              <w:left w:val="single" w:sz="6" w:color="CBD5E1"/>
              <w:bottom w:val="single" w:sz="6" w:color="CBD5E1"/>
              <w:right w:val="single" w:sz="6" w:color="CBD5E1"/>
            </w:tcBorders>
            <w:vAlign w:val="center"/>
            <w:shd w:fill="F8FAFC"/>
          </w:tcPr>
          <w:p/>
        </w:tc>
        <w:tc>
          <w:tcPr>
            <w:tcW w:type="dxa" w:w="2062"/>
            <w:tcBorders>
              <w:top w:val="single" w:sz="6" w:color="CBD5E1"/>
              <w:left w:val="single" w:sz="6" w:color="CBD5E1"/>
              <w:bottom w:val="single" w:sz="6" w:color="CBD5E1"/>
              <w:right w:val="single" w:sz="6" w:color="CBD5E1"/>
            </w:tcBorders>
            <w:vAlign w:val="center"/>
            <w:shd w:fill="F8FAFC"/>
          </w:tcPr>
          <w:p/>
        </w:tc>
      </w:tr>
      <w:tr>
        <w:tc>
          <w:tcPr>
            <w:tcW w:type="dxa" w:w="2062"/>
            <w:tcBorders>
              <w:top w:val="single" w:sz="6" w:color="CBD5E1"/>
              <w:left w:val="single" w:sz="6" w:color="CBD5E1"/>
              <w:bottom w:val="single" w:sz="6" w:color="CBD5E1"/>
              <w:right w:val="single" w:sz="6" w:color="CBD5E1"/>
            </w:tcBorders>
            <w:vAlign w:val="center"/>
            <w:shd w:fill="FFFFFF"/>
          </w:tcPr>
          <w:p/>
        </w:tc>
        <w:tc>
          <w:tcPr>
            <w:tcW w:type="dxa" w:w="2062"/>
            <w:tcBorders>
              <w:top w:val="single" w:sz="6" w:color="CBD5E1"/>
              <w:left w:val="single" w:sz="6" w:color="CBD5E1"/>
              <w:bottom w:val="single" w:sz="6" w:color="CBD5E1"/>
              <w:right w:val="single" w:sz="6" w:color="CBD5E1"/>
            </w:tcBorders>
            <w:vAlign w:val="center"/>
            <w:shd w:fill="FFFFFF"/>
          </w:tcPr>
          <w:p/>
        </w:tc>
        <w:tc>
          <w:tcPr>
            <w:tcW w:type="dxa" w:w="2062"/>
            <w:tcBorders>
              <w:top w:val="single" w:sz="6" w:color="CBD5E1"/>
              <w:left w:val="single" w:sz="6" w:color="CBD5E1"/>
              <w:bottom w:val="single" w:sz="6" w:color="CBD5E1"/>
              <w:right w:val="single" w:sz="6" w:color="CBD5E1"/>
            </w:tcBorders>
            <w:vAlign w:val="center"/>
            <w:shd w:fill="FFFFFF"/>
          </w:tcPr>
          <w:p/>
        </w:tc>
        <w:tc>
          <w:tcPr>
            <w:tcW w:type="dxa" w:w="2062"/>
            <w:tcBorders>
              <w:top w:val="single" w:sz="6" w:color="CBD5E1"/>
              <w:left w:val="single" w:sz="6" w:color="CBD5E1"/>
              <w:bottom w:val="single" w:sz="6" w:color="CBD5E1"/>
              <w:right w:val="single" w:sz="6" w:color="CBD5E1"/>
            </w:tcBorders>
            <w:vAlign w:val="center"/>
            <w:shd w:fill="FFFFFF"/>
          </w:tcPr>
          <w:p/>
        </w:tc>
        <w:tc>
          <w:tcPr>
            <w:tcW w:type="dxa" w:w="2062"/>
            <w:tcBorders>
              <w:top w:val="single" w:sz="6" w:color="CBD5E1"/>
              <w:left w:val="single" w:sz="6" w:color="CBD5E1"/>
              <w:bottom w:val="single" w:sz="6" w:color="CBD5E1"/>
              <w:right w:val="single" w:sz="6" w:color="CBD5E1"/>
            </w:tcBorders>
            <w:vAlign w:val="center"/>
            <w:shd w:fill="FFFFFF"/>
          </w:tcPr>
          <w:p/>
        </w:tc>
      </w:tr>
      <w:tr>
        <w:tc>
          <w:tcPr>
            <w:tcW w:type="dxa" w:w="2062"/>
            <w:tcBorders>
              <w:top w:val="single" w:sz="6" w:color="CBD5E1"/>
              <w:left w:val="single" w:sz="6" w:color="CBD5E1"/>
              <w:bottom w:val="single" w:sz="6" w:color="CBD5E1"/>
              <w:right w:val="single" w:sz="6" w:color="CBD5E1"/>
            </w:tcBorders>
            <w:vAlign w:val="center"/>
            <w:shd w:fill="F8FAFC"/>
          </w:tcPr>
          <w:p/>
        </w:tc>
        <w:tc>
          <w:tcPr>
            <w:tcW w:type="dxa" w:w="2062"/>
            <w:tcBorders>
              <w:top w:val="single" w:sz="6" w:color="CBD5E1"/>
              <w:left w:val="single" w:sz="6" w:color="CBD5E1"/>
              <w:bottom w:val="single" w:sz="6" w:color="CBD5E1"/>
              <w:right w:val="single" w:sz="6" w:color="CBD5E1"/>
            </w:tcBorders>
            <w:vAlign w:val="center"/>
            <w:shd w:fill="F8FAFC"/>
          </w:tcPr>
          <w:p/>
        </w:tc>
        <w:tc>
          <w:tcPr>
            <w:tcW w:type="dxa" w:w="2062"/>
            <w:tcBorders>
              <w:top w:val="single" w:sz="6" w:color="CBD5E1"/>
              <w:left w:val="single" w:sz="6" w:color="CBD5E1"/>
              <w:bottom w:val="single" w:sz="6" w:color="CBD5E1"/>
              <w:right w:val="single" w:sz="6" w:color="CBD5E1"/>
            </w:tcBorders>
            <w:vAlign w:val="center"/>
            <w:shd w:fill="F8FAFC"/>
          </w:tcPr>
          <w:p/>
        </w:tc>
        <w:tc>
          <w:tcPr>
            <w:tcW w:type="dxa" w:w="2062"/>
            <w:tcBorders>
              <w:top w:val="single" w:sz="6" w:color="CBD5E1"/>
              <w:left w:val="single" w:sz="6" w:color="CBD5E1"/>
              <w:bottom w:val="single" w:sz="6" w:color="CBD5E1"/>
              <w:right w:val="single" w:sz="6" w:color="CBD5E1"/>
            </w:tcBorders>
            <w:vAlign w:val="center"/>
            <w:shd w:fill="F8FAFC"/>
          </w:tcPr>
          <w:p/>
        </w:tc>
        <w:tc>
          <w:tcPr>
            <w:tcW w:type="dxa" w:w="2062"/>
            <w:tcBorders>
              <w:top w:val="single" w:sz="6" w:color="CBD5E1"/>
              <w:left w:val="single" w:sz="6" w:color="CBD5E1"/>
              <w:bottom w:val="single" w:sz="6" w:color="CBD5E1"/>
              <w:right w:val="single" w:sz="6" w:color="CBD5E1"/>
            </w:tcBorders>
            <w:vAlign w:val="center"/>
            <w:shd w:fill="F8FAFC"/>
          </w:tcPr>
          <w:p/>
        </w:tc>
      </w:tr>
      <w:tr>
        <w:tc>
          <w:tcPr>
            <w:tcW w:type="dxa" w:w="2062"/>
            <w:tcBorders>
              <w:top w:val="single" w:sz="6" w:color="CBD5E1"/>
              <w:left w:val="single" w:sz="6" w:color="CBD5E1"/>
              <w:bottom w:val="single" w:sz="6" w:color="CBD5E1"/>
              <w:right w:val="single" w:sz="6" w:color="CBD5E1"/>
            </w:tcBorders>
            <w:vAlign w:val="center"/>
            <w:shd w:fill="FFFFFF"/>
          </w:tcPr>
          <w:p/>
        </w:tc>
        <w:tc>
          <w:tcPr>
            <w:tcW w:type="dxa" w:w="2062"/>
            <w:tcBorders>
              <w:top w:val="single" w:sz="6" w:color="CBD5E1"/>
              <w:left w:val="single" w:sz="6" w:color="CBD5E1"/>
              <w:bottom w:val="single" w:sz="6" w:color="CBD5E1"/>
              <w:right w:val="single" w:sz="6" w:color="CBD5E1"/>
            </w:tcBorders>
            <w:vAlign w:val="center"/>
            <w:shd w:fill="FFFFFF"/>
          </w:tcPr>
          <w:p/>
        </w:tc>
        <w:tc>
          <w:tcPr>
            <w:tcW w:type="dxa" w:w="2062"/>
            <w:tcBorders>
              <w:top w:val="single" w:sz="6" w:color="CBD5E1"/>
              <w:left w:val="single" w:sz="6" w:color="CBD5E1"/>
              <w:bottom w:val="single" w:sz="6" w:color="CBD5E1"/>
              <w:right w:val="single" w:sz="6" w:color="CBD5E1"/>
            </w:tcBorders>
            <w:vAlign w:val="center"/>
            <w:shd w:fill="FFFFFF"/>
          </w:tcPr>
          <w:p/>
        </w:tc>
        <w:tc>
          <w:tcPr>
            <w:tcW w:type="dxa" w:w="2062"/>
            <w:tcBorders>
              <w:top w:val="single" w:sz="6" w:color="CBD5E1"/>
              <w:left w:val="single" w:sz="6" w:color="CBD5E1"/>
              <w:bottom w:val="single" w:sz="6" w:color="CBD5E1"/>
              <w:right w:val="single" w:sz="6" w:color="CBD5E1"/>
            </w:tcBorders>
            <w:vAlign w:val="center"/>
            <w:shd w:fill="FFFFFF"/>
          </w:tcPr>
          <w:p/>
        </w:tc>
        <w:tc>
          <w:tcPr>
            <w:tcW w:type="dxa" w:w="2062"/>
            <w:tcBorders>
              <w:top w:val="single" w:sz="6" w:color="CBD5E1"/>
              <w:left w:val="single" w:sz="6" w:color="CBD5E1"/>
              <w:bottom w:val="single" w:sz="6" w:color="CBD5E1"/>
              <w:right w:val="single" w:sz="6" w:color="CBD5E1"/>
            </w:tcBorders>
            <w:vAlign w:val="center"/>
            <w:shd w:fill="FFFFFF"/>
          </w:tcPr>
          <w:p/>
        </w:tc>
      </w:tr>
      <w:tr>
        <w:tc>
          <w:tcPr>
            <w:tcW w:type="dxa" w:w="2062"/>
            <w:tcBorders>
              <w:top w:val="single" w:sz="6" w:color="CBD5E1"/>
              <w:left w:val="single" w:sz="6" w:color="CBD5E1"/>
              <w:bottom w:val="single" w:sz="6" w:color="CBD5E1"/>
              <w:right w:val="single" w:sz="6" w:color="CBD5E1"/>
            </w:tcBorders>
            <w:vAlign w:val="center"/>
            <w:shd w:fill="F8FAFC"/>
          </w:tcPr>
          <w:p/>
        </w:tc>
        <w:tc>
          <w:tcPr>
            <w:tcW w:type="dxa" w:w="2062"/>
            <w:tcBorders>
              <w:top w:val="single" w:sz="6" w:color="CBD5E1"/>
              <w:left w:val="single" w:sz="6" w:color="CBD5E1"/>
              <w:bottom w:val="single" w:sz="6" w:color="CBD5E1"/>
              <w:right w:val="single" w:sz="6" w:color="CBD5E1"/>
            </w:tcBorders>
            <w:vAlign w:val="center"/>
            <w:shd w:fill="F8FAFC"/>
          </w:tcPr>
          <w:p/>
        </w:tc>
        <w:tc>
          <w:tcPr>
            <w:tcW w:type="dxa" w:w="2062"/>
            <w:tcBorders>
              <w:top w:val="single" w:sz="6" w:color="CBD5E1"/>
              <w:left w:val="single" w:sz="6" w:color="CBD5E1"/>
              <w:bottom w:val="single" w:sz="6" w:color="CBD5E1"/>
              <w:right w:val="single" w:sz="6" w:color="CBD5E1"/>
            </w:tcBorders>
            <w:vAlign w:val="center"/>
            <w:shd w:fill="F8FAFC"/>
          </w:tcPr>
          <w:p/>
        </w:tc>
        <w:tc>
          <w:tcPr>
            <w:tcW w:type="dxa" w:w="2062"/>
            <w:tcBorders>
              <w:top w:val="single" w:sz="6" w:color="CBD5E1"/>
              <w:left w:val="single" w:sz="6" w:color="CBD5E1"/>
              <w:bottom w:val="single" w:sz="6" w:color="CBD5E1"/>
              <w:right w:val="single" w:sz="6" w:color="CBD5E1"/>
            </w:tcBorders>
            <w:vAlign w:val="center"/>
            <w:shd w:fill="F8FAFC"/>
          </w:tcPr>
          <w:p/>
        </w:tc>
        <w:tc>
          <w:tcPr>
            <w:tcW w:type="dxa" w:w="2062"/>
            <w:tcBorders>
              <w:top w:val="single" w:sz="6" w:color="CBD5E1"/>
              <w:left w:val="single" w:sz="6" w:color="CBD5E1"/>
              <w:bottom w:val="single" w:sz="6" w:color="CBD5E1"/>
              <w:right w:val="single" w:sz="6" w:color="CBD5E1"/>
            </w:tcBorders>
            <w:vAlign w:val="center"/>
            <w:shd w:fill="F8FAFC"/>
          </w:tcPr>
          <w:p/>
        </w:tc>
      </w:tr>
    </w:tbl>
    <w:p>
      <w:r>
        <w:br w:type="page"/>
      </w:r>
    </w:p>
    <w:p>
      <w:pPr>
        <w:spacing w:before="200" w:after="120"/>
      </w:pPr>
      <w:r>
        <w:rPr>
          <w:b/>
          <w:color w:val="0F2747"/>
          <w:sz w:val="32"/>
        </w:rPr>
        <w:t>4. Bloc élaboré : prise en charge OPCO</w:t>
      </w:r>
    </w:p>
    <w:tbl>
      <w:tblPr>
        <w:tblW w:type="auto" w:w="0"/>
        <w:jc w:val="center"/>
        <w:tblLook w:firstColumn="1" w:firstRow="1" w:lastColumn="0" w:lastRow="0" w:noHBand="0" w:noVBand="1" w:val="04A0"/>
      </w:tblPr>
      <w:tblGrid>
        <w:gridCol w:w="10312"/>
      </w:tblGrid>
      <w:tr>
        <w:tc>
          <w:tcPr>
            <w:tcW w:type="dxa" w:w="10312"/>
            <w:tcBorders>
              <w:top w:val="single" w:sz="8" w:color="C2410C"/>
              <w:left w:val="single" w:sz="8" w:color="C2410C"/>
              <w:bottom w:val="single" w:sz="8" w:color="C2410C"/>
              <w:right w:val="single" w:sz="8" w:color="C2410C"/>
            </w:tcBorders>
            <w:vAlign w:val="center"/>
            <w:shd w:fill="FFF7ED"/>
          </w:tcPr>
          <w:p>
            <w:r>
              <w:rPr>
                <w:b/>
                <w:color w:val="C2410C"/>
                <w:sz w:val="22"/>
              </w:rPr>
              <w:t>Important</w:t>
              <w:br/>
            </w:r>
            <w:r>
              <w:rPr>
                <w:color w:val="334155"/>
                <w:sz w:val="18"/>
              </w:rPr>
              <w:t>Les règles de prise en charge dépendent de l’OPCO, de la branche professionnelle, de la taille de l’entreprise, du type de formation, du budget disponible et du dossier déposé. Ce bloc sert à documenter le financement sans imposer un montant fixe.</w:t>
            </w:r>
          </w:p>
        </w:tc>
      </w:tr>
    </w:tbl>
    <w:tbl>
      <w:tblPr>
        <w:tblW w:type="auto" w:w="0"/>
        <w:tblLook w:firstColumn="1" w:firstRow="1" w:lastColumn="0" w:lastRow="0" w:noHBand="0" w:noVBand="1" w:val="04A0"/>
      </w:tblPr>
      <w:tblGrid>
        <w:gridCol w:w="3437"/>
        <w:gridCol w:w="3437"/>
        <w:gridCol w:w="3437"/>
      </w:tblGrid>
      <w:tr>
        <w:tc>
          <w:tcPr>
            <w:tcW w:type="dxa" w:w="3437"/>
            <w:tcBorders>
              <w:top w:val="single" w:sz="6" w:color="94A3B8"/>
              <w:left w:val="single" w:sz="6" w:color="94A3B8"/>
              <w:bottom w:val="single" w:sz="6" w:color="94A3B8"/>
              <w:right w:val="single" w:sz="6" w:color="94A3B8"/>
            </w:tcBorders>
            <w:vAlign w:val="center"/>
            <w:shd w:fill="0F2747"/>
          </w:tcPr>
          <w:p>
            <w:pPr>
              <w:spacing w:after="0"/>
            </w:pPr>
            <w:r/>
            <w:r>
              <w:rPr>
                <w:b/>
                <w:color w:val="FFFFFF"/>
                <w:sz w:val="18"/>
              </w:rPr>
              <w:t>Élément du dossier</w:t>
            </w:r>
          </w:p>
        </w:tc>
        <w:tc>
          <w:tcPr>
            <w:tcW w:type="dxa" w:w="3437"/>
            <w:tcBorders>
              <w:top w:val="single" w:sz="6" w:color="94A3B8"/>
              <w:left w:val="single" w:sz="6" w:color="94A3B8"/>
              <w:bottom w:val="single" w:sz="6" w:color="94A3B8"/>
              <w:right w:val="single" w:sz="6" w:color="94A3B8"/>
            </w:tcBorders>
            <w:vAlign w:val="center"/>
            <w:shd w:fill="0F2747"/>
          </w:tcPr>
          <w:p>
            <w:pPr>
              <w:spacing w:after="0"/>
            </w:pPr>
            <w:r/>
            <w:r>
              <w:rPr>
                <w:b/>
                <w:color w:val="FFFFFF"/>
                <w:sz w:val="18"/>
              </w:rPr>
              <w:t>Information à renseigner</w:t>
            </w:r>
          </w:p>
        </w:tc>
        <w:tc>
          <w:tcPr>
            <w:tcW w:type="dxa" w:w="3437"/>
            <w:tcBorders>
              <w:top w:val="single" w:sz="6" w:color="94A3B8"/>
              <w:left w:val="single" w:sz="6" w:color="94A3B8"/>
              <w:bottom w:val="single" w:sz="6" w:color="94A3B8"/>
              <w:right w:val="single" w:sz="6" w:color="94A3B8"/>
            </w:tcBorders>
            <w:vAlign w:val="center"/>
            <w:shd w:fill="0F2747"/>
          </w:tcPr>
          <w:p>
            <w:pPr>
              <w:spacing w:after="0"/>
            </w:pPr>
            <w:r/>
            <w:r>
              <w:rPr>
                <w:b/>
                <w:color w:val="FFFFFF"/>
                <w:sz w:val="18"/>
              </w:rPr>
              <w:t>Pièce ou preuve associée</w:t>
            </w:r>
          </w:p>
        </w:tc>
      </w:tr>
      <w:tr>
        <w:tc>
          <w:tcPr>
            <w:tcW w:type="dxa" w:w="3437"/>
            <w:tcBorders>
              <w:top w:val="single" w:sz="6" w:color="94A3B8"/>
              <w:left w:val="single" w:sz="6" w:color="94A3B8"/>
              <w:bottom w:val="single" w:sz="6" w:color="94A3B8"/>
              <w:right w:val="single" w:sz="6" w:color="94A3B8"/>
            </w:tcBorders>
            <w:vAlign w:val="center"/>
            <w:shd w:fill="F8FAFC"/>
          </w:tcPr>
          <w:p>
            <w:pPr>
              <w:spacing w:after="0"/>
            </w:pPr>
            <w:r/>
            <w:r>
              <w:rPr>
                <w:b w:val="0"/>
                <w:color w:val="334155"/>
                <w:sz w:val="16"/>
              </w:rPr>
              <w:t>OPCO concerné</w:t>
            </w:r>
          </w:p>
        </w:tc>
        <w:tc>
          <w:tcPr>
            <w:tcW w:type="dxa" w:w="3437"/>
            <w:tcBorders>
              <w:top w:val="single" w:sz="6" w:color="94A3B8"/>
              <w:left w:val="single" w:sz="6" w:color="94A3B8"/>
              <w:bottom w:val="single" w:sz="6" w:color="94A3B8"/>
              <w:right w:val="single" w:sz="6" w:color="94A3B8"/>
            </w:tcBorders>
            <w:vAlign w:val="center"/>
            <w:shd w:fill="F8FAFC"/>
          </w:tcPr>
          <w:p>
            <w:pPr>
              <w:spacing w:after="0"/>
            </w:pPr>
            <w:r/>
            <w:r>
              <w:rPr>
                <w:b w:val="0"/>
                <w:color w:val="334155"/>
                <w:sz w:val="16"/>
              </w:rPr>
              <w:t>Nom de l’OPCO</w:t>
            </w:r>
          </w:p>
        </w:tc>
        <w:tc>
          <w:tcPr>
            <w:tcW w:type="dxa" w:w="3437"/>
            <w:tcBorders>
              <w:top w:val="single" w:sz="6" w:color="94A3B8"/>
              <w:left w:val="single" w:sz="6" w:color="94A3B8"/>
              <w:bottom w:val="single" w:sz="6" w:color="94A3B8"/>
              <w:right w:val="single" w:sz="6" w:color="94A3B8"/>
            </w:tcBorders>
            <w:vAlign w:val="center"/>
            <w:shd w:fill="F8FAFC"/>
          </w:tcPr>
          <w:p>
            <w:pPr>
              <w:spacing w:after="0"/>
            </w:pPr>
            <w:r/>
            <w:r>
              <w:rPr>
                <w:b w:val="0"/>
                <w:color w:val="334155"/>
                <w:sz w:val="16"/>
              </w:rPr>
              <w:t>Courrier, portail OPCO ou accord</w:t>
            </w:r>
          </w:p>
        </w:tc>
      </w:tr>
      <w:tr>
        <w:tc>
          <w:tcPr>
            <w:tcW w:type="dxa" w:w="3437"/>
            <w:tcBorders>
              <w:top w:val="single" w:sz="6" w:color="94A3B8"/>
              <w:left w:val="single" w:sz="6" w:color="94A3B8"/>
              <w:bottom w:val="single" w:sz="6" w:color="94A3B8"/>
              <w:right w:val="single" w:sz="6" w:color="94A3B8"/>
            </w:tcBorders>
            <w:vAlign w:val="center"/>
            <w:shd w:fill="FFFFFF"/>
          </w:tcPr>
          <w:p>
            <w:pPr>
              <w:spacing w:after="0"/>
            </w:pPr>
            <w:r/>
            <w:r>
              <w:rPr>
                <w:b w:val="0"/>
                <w:color w:val="334155"/>
                <w:sz w:val="16"/>
              </w:rPr>
              <w:t>Branche professionnelle</w:t>
            </w:r>
          </w:p>
        </w:tc>
        <w:tc>
          <w:tcPr>
            <w:tcW w:type="dxa" w:w="3437"/>
            <w:tcBorders>
              <w:top w:val="single" w:sz="6" w:color="94A3B8"/>
              <w:left w:val="single" w:sz="6" w:color="94A3B8"/>
              <w:bottom w:val="single" w:sz="6" w:color="94A3B8"/>
              <w:right w:val="single" w:sz="6" w:color="94A3B8"/>
            </w:tcBorders>
            <w:vAlign w:val="center"/>
            <w:shd w:fill="FFFFFF"/>
          </w:tcPr>
          <w:p>
            <w:pPr>
              <w:spacing w:after="0"/>
            </w:pPr>
            <w:r/>
            <w:r>
              <w:rPr>
                <w:b w:val="0"/>
                <w:color w:val="334155"/>
                <w:sz w:val="16"/>
              </w:rPr>
              <w:t>Convention collective / IDCC</w:t>
            </w:r>
          </w:p>
        </w:tc>
        <w:tc>
          <w:tcPr>
            <w:tcW w:type="dxa" w:w="3437"/>
            <w:tcBorders>
              <w:top w:val="single" w:sz="6" w:color="94A3B8"/>
              <w:left w:val="single" w:sz="6" w:color="94A3B8"/>
              <w:bottom w:val="single" w:sz="6" w:color="94A3B8"/>
              <w:right w:val="single" w:sz="6" w:color="94A3B8"/>
            </w:tcBorders>
            <w:vAlign w:val="center"/>
            <w:shd w:fill="FFFFFF"/>
          </w:tcPr>
          <w:p>
            <w:pPr>
              <w:spacing w:after="0"/>
            </w:pPr>
            <w:r/>
            <w:r>
              <w:rPr>
                <w:b w:val="0"/>
                <w:color w:val="334155"/>
                <w:sz w:val="16"/>
              </w:rPr>
              <w:t>Justificatif entreprise</w:t>
            </w:r>
          </w:p>
        </w:tc>
      </w:tr>
      <w:tr>
        <w:tc>
          <w:tcPr>
            <w:tcW w:type="dxa" w:w="3437"/>
            <w:tcBorders>
              <w:top w:val="single" w:sz="6" w:color="94A3B8"/>
              <w:left w:val="single" w:sz="6" w:color="94A3B8"/>
              <w:bottom w:val="single" w:sz="6" w:color="94A3B8"/>
              <w:right w:val="single" w:sz="6" w:color="94A3B8"/>
            </w:tcBorders>
            <w:vAlign w:val="center"/>
            <w:shd w:fill="F8FAFC"/>
          </w:tcPr>
          <w:p>
            <w:pPr>
              <w:spacing w:after="0"/>
            </w:pPr>
            <w:r/>
            <w:r>
              <w:rPr>
                <w:b w:val="0"/>
                <w:color w:val="334155"/>
                <w:sz w:val="16"/>
              </w:rPr>
              <w:t>Numéro de dossier</w:t>
            </w:r>
          </w:p>
        </w:tc>
        <w:tc>
          <w:tcPr>
            <w:tcW w:type="dxa" w:w="3437"/>
            <w:tcBorders>
              <w:top w:val="single" w:sz="6" w:color="94A3B8"/>
              <w:left w:val="single" w:sz="6" w:color="94A3B8"/>
              <w:bottom w:val="single" w:sz="6" w:color="94A3B8"/>
              <w:right w:val="single" w:sz="6" w:color="94A3B8"/>
            </w:tcBorders>
            <w:vAlign w:val="center"/>
            <w:shd w:fill="F8FAFC"/>
          </w:tcPr>
          <w:p>
            <w:pPr>
              <w:spacing w:after="0"/>
            </w:pPr>
            <w:r/>
            <w:r>
              <w:rPr>
                <w:b w:val="0"/>
                <w:color w:val="334155"/>
                <w:sz w:val="16"/>
              </w:rPr>
              <w:t>Référence de demande</w:t>
            </w:r>
          </w:p>
        </w:tc>
        <w:tc>
          <w:tcPr>
            <w:tcW w:type="dxa" w:w="3437"/>
            <w:tcBorders>
              <w:top w:val="single" w:sz="6" w:color="94A3B8"/>
              <w:left w:val="single" w:sz="6" w:color="94A3B8"/>
              <w:bottom w:val="single" w:sz="6" w:color="94A3B8"/>
              <w:right w:val="single" w:sz="6" w:color="94A3B8"/>
            </w:tcBorders>
            <w:vAlign w:val="center"/>
            <w:shd w:fill="F8FAFC"/>
          </w:tcPr>
          <w:p>
            <w:pPr>
              <w:spacing w:after="0"/>
            </w:pPr>
            <w:r/>
            <w:r>
              <w:rPr>
                <w:b w:val="0"/>
                <w:color w:val="334155"/>
                <w:sz w:val="16"/>
              </w:rPr>
              <w:t>Accusé de réception</w:t>
            </w:r>
          </w:p>
        </w:tc>
      </w:tr>
      <w:tr>
        <w:tc>
          <w:tcPr>
            <w:tcW w:type="dxa" w:w="3437"/>
            <w:tcBorders>
              <w:top w:val="single" w:sz="6" w:color="94A3B8"/>
              <w:left w:val="single" w:sz="6" w:color="94A3B8"/>
              <w:bottom w:val="single" w:sz="6" w:color="94A3B8"/>
              <w:right w:val="single" w:sz="6" w:color="94A3B8"/>
            </w:tcBorders>
            <w:vAlign w:val="center"/>
            <w:shd w:fill="FFFFFF"/>
          </w:tcPr>
          <w:p>
            <w:pPr>
              <w:spacing w:after="0"/>
            </w:pPr>
            <w:r/>
            <w:r>
              <w:rPr>
                <w:b w:val="0"/>
                <w:color w:val="334155"/>
                <w:sz w:val="16"/>
              </w:rPr>
              <w:t>Date de dépôt</w:t>
            </w:r>
          </w:p>
        </w:tc>
        <w:tc>
          <w:tcPr>
            <w:tcW w:type="dxa" w:w="3437"/>
            <w:tcBorders>
              <w:top w:val="single" w:sz="6" w:color="94A3B8"/>
              <w:left w:val="single" w:sz="6" w:color="94A3B8"/>
              <w:bottom w:val="single" w:sz="6" w:color="94A3B8"/>
              <w:right w:val="single" w:sz="6" w:color="94A3B8"/>
            </w:tcBorders>
            <w:vAlign w:val="center"/>
            <w:shd w:fill="FFFFFF"/>
          </w:tcPr>
          <w:p>
            <w:pPr>
              <w:spacing w:after="0"/>
            </w:pPr>
            <w:r/>
            <w:r>
              <w:rPr>
                <w:b w:val="0"/>
                <w:color w:val="334155"/>
                <w:sz w:val="16"/>
              </w:rPr>
              <w:t>JJ/MM/AAAA</w:t>
            </w:r>
          </w:p>
        </w:tc>
        <w:tc>
          <w:tcPr>
            <w:tcW w:type="dxa" w:w="3437"/>
            <w:tcBorders>
              <w:top w:val="single" w:sz="6" w:color="94A3B8"/>
              <w:left w:val="single" w:sz="6" w:color="94A3B8"/>
              <w:bottom w:val="single" w:sz="6" w:color="94A3B8"/>
              <w:right w:val="single" w:sz="6" w:color="94A3B8"/>
            </w:tcBorders>
            <w:vAlign w:val="center"/>
            <w:shd w:fill="FFFFFF"/>
          </w:tcPr>
          <w:p>
            <w:pPr>
              <w:spacing w:after="0"/>
            </w:pPr>
            <w:r/>
            <w:r>
              <w:rPr>
                <w:b w:val="0"/>
                <w:color w:val="334155"/>
                <w:sz w:val="16"/>
              </w:rPr>
              <w:t>Historique portail / e-mail</w:t>
            </w:r>
          </w:p>
        </w:tc>
      </w:tr>
      <w:tr>
        <w:tc>
          <w:tcPr>
            <w:tcW w:type="dxa" w:w="3437"/>
            <w:tcBorders>
              <w:top w:val="single" w:sz="6" w:color="94A3B8"/>
              <w:left w:val="single" w:sz="6" w:color="94A3B8"/>
              <w:bottom w:val="single" w:sz="6" w:color="94A3B8"/>
              <w:right w:val="single" w:sz="6" w:color="94A3B8"/>
            </w:tcBorders>
            <w:vAlign w:val="center"/>
            <w:shd w:fill="F8FAFC"/>
          </w:tcPr>
          <w:p>
            <w:pPr>
              <w:spacing w:after="0"/>
            </w:pPr>
            <w:r/>
            <w:r>
              <w:rPr>
                <w:b w:val="0"/>
                <w:color w:val="334155"/>
                <w:sz w:val="16"/>
              </w:rPr>
              <w:t>Date d’accord</w:t>
            </w:r>
          </w:p>
        </w:tc>
        <w:tc>
          <w:tcPr>
            <w:tcW w:type="dxa" w:w="3437"/>
            <w:tcBorders>
              <w:top w:val="single" w:sz="6" w:color="94A3B8"/>
              <w:left w:val="single" w:sz="6" w:color="94A3B8"/>
              <w:bottom w:val="single" w:sz="6" w:color="94A3B8"/>
              <w:right w:val="single" w:sz="6" w:color="94A3B8"/>
            </w:tcBorders>
            <w:vAlign w:val="center"/>
            <w:shd w:fill="F8FAFC"/>
          </w:tcPr>
          <w:p>
            <w:pPr>
              <w:spacing w:after="0"/>
            </w:pPr>
            <w:r/>
            <w:r>
              <w:rPr>
                <w:b w:val="0"/>
                <w:color w:val="334155"/>
                <w:sz w:val="16"/>
              </w:rPr>
              <w:t>JJ/MM/AAAA</w:t>
            </w:r>
          </w:p>
        </w:tc>
        <w:tc>
          <w:tcPr>
            <w:tcW w:type="dxa" w:w="3437"/>
            <w:tcBorders>
              <w:top w:val="single" w:sz="6" w:color="94A3B8"/>
              <w:left w:val="single" w:sz="6" w:color="94A3B8"/>
              <w:bottom w:val="single" w:sz="6" w:color="94A3B8"/>
              <w:right w:val="single" w:sz="6" w:color="94A3B8"/>
            </w:tcBorders>
            <w:vAlign w:val="center"/>
            <w:shd w:fill="F8FAFC"/>
          </w:tcPr>
          <w:p>
            <w:pPr>
              <w:spacing w:after="0"/>
            </w:pPr>
            <w:r/>
            <w:r>
              <w:rPr>
                <w:b w:val="0"/>
                <w:color w:val="334155"/>
                <w:sz w:val="16"/>
              </w:rPr>
              <w:t>Notification d’accord</w:t>
            </w:r>
          </w:p>
        </w:tc>
      </w:tr>
      <w:tr>
        <w:tc>
          <w:tcPr>
            <w:tcW w:type="dxa" w:w="3437"/>
            <w:tcBorders>
              <w:top w:val="single" w:sz="6" w:color="94A3B8"/>
              <w:left w:val="single" w:sz="6" w:color="94A3B8"/>
              <w:bottom w:val="single" w:sz="6" w:color="94A3B8"/>
              <w:right w:val="single" w:sz="6" w:color="94A3B8"/>
            </w:tcBorders>
            <w:vAlign w:val="center"/>
            <w:shd w:fill="FFFFFF"/>
          </w:tcPr>
          <w:p>
            <w:pPr>
              <w:spacing w:after="0"/>
            </w:pPr>
            <w:r/>
            <w:r>
              <w:rPr>
                <w:b w:val="0"/>
                <w:color w:val="334155"/>
                <w:sz w:val="16"/>
              </w:rPr>
              <w:t>Montant pédagogique</w:t>
            </w:r>
          </w:p>
        </w:tc>
        <w:tc>
          <w:tcPr>
            <w:tcW w:type="dxa" w:w="3437"/>
            <w:tcBorders>
              <w:top w:val="single" w:sz="6" w:color="94A3B8"/>
              <w:left w:val="single" w:sz="6" w:color="94A3B8"/>
              <w:bottom w:val="single" w:sz="6" w:color="94A3B8"/>
              <w:right w:val="single" w:sz="6" w:color="94A3B8"/>
            </w:tcBorders>
            <w:vAlign w:val="center"/>
            <w:shd w:fill="FFFFFF"/>
          </w:tcPr>
          <w:p>
            <w:pPr>
              <w:spacing w:after="0"/>
            </w:pPr>
            <w:r/>
            <w:r>
              <w:rPr>
                <w:b w:val="0"/>
                <w:color w:val="334155"/>
                <w:sz w:val="16"/>
              </w:rPr>
              <w:t>Montant HT / TTC</w:t>
            </w:r>
          </w:p>
        </w:tc>
        <w:tc>
          <w:tcPr>
            <w:tcW w:type="dxa" w:w="3437"/>
            <w:tcBorders>
              <w:top w:val="single" w:sz="6" w:color="94A3B8"/>
              <w:left w:val="single" w:sz="6" w:color="94A3B8"/>
              <w:bottom w:val="single" w:sz="6" w:color="94A3B8"/>
              <w:right w:val="single" w:sz="6" w:color="94A3B8"/>
            </w:tcBorders>
            <w:vAlign w:val="center"/>
            <w:shd w:fill="FFFFFF"/>
          </w:tcPr>
          <w:p>
            <w:pPr>
              <w:spacing w:after="0"/>
            </w:pPr>
            <w:r/>
            <w:r>
              <w:rPr>
                <w:b w:val="0"/>
                <w:color w:val="334155"/>
                <w:sz w:val="16"/>
              </w:rPr>
              <w:t>Devis ou convention</w:t>
            </w:r>
          </w:p>
        </w:tc>
      </w:tr>
      <w:tr>
        <w:tc>
          <w:tcPr>
            <w:tcW w:type="dxa" w:w="3437"/>
            <w:tcBorders>
              <w:top w:val="single" w:sz="6" w:color="94A3B8"/>
              <w:left w:val="single" w:sz="6" w:color="94A3B8"/>
              <w:bottom w:val="single" w:sz="6" w:color="94A3B8"/>
              <w:right w:val="single" w:sz="6" w:color="94A3B8"/>
            </w:tcBorders>
            <w:vAlign w:val="center"/>
            <w:shd w:fill="F8FAFC"/>
          </w:tcPr>
          <w:p>
            <w:pPr>
              <w:spacing w:after="0"/>
            </w:pPr>
            <w:r/>
            <w:r>
              <w:rPr>
                <w:b w:val="0"/>
                <w:color w:val="334155"/>
                <w:sz w:val="16"/>
              </w:rPr>
              <w:t>Montant pris en charge</w:t>
            </w:r>
          </w:p>
        </w:tc>
        <w:tc>
          <w:tcPr>
            <w:tcW w:type="dxa" w:w="3437"/>
            <w:tcBorders>
              <w:top w:val="single" w:sz="6" w:color="94A3B8"/>
              <w:left w:val="single" w:sz="6" w:color="94A3B8"/>
              <w:bottom w:val="single" w:sz="6" w:color="94A3B8"/>
              <w:right w:val="single" w:sz="6" w:color="94A3B8"/>
            </w:tcBorders>
            <w:vAlign w:val="center"/>
            <w:shd w:fill="F8FAFC"/>
          </w:tcPr>
          <w:p>
            <w:pPr>
              <w:spacing w:after="0"/>
            </w:pPr>
            <w:r/>
            <w:r>
              <w:rPr>
                <w:b w:val="0"/>
                <w:color w:val="334155"/>
                <w:sz w:val="16"/>
              </w:rPr>
              <w:t>Montant accordé</w:t>
            </w:r>
          </w:p>
        </w:tc>
        <w:tc>
          <w:tcPr>
            <w:tcW w:type="dxa" w:w="3437"/>
            <w:tcBorders>
              <w:top w:val="single" w:sz="6" w:color="94A3B8"/>
              <w:left w:val="single" w:sz="6" w:color="94A3B8"/>
              <w:bottom w:val="single" w:sz="6" w:color="94A3B8"/>
              <w:right w:val="single" w:sz="6" w:color="94A3B8"/>
            </w:tcBorders>
            <w:vAlign w:val="center"/>
            <w:shd w:fill="F8FAFC"/>
          </w:tcPr>
          <w:p>
            <w:pPr>
              <w:spacing w:after="0"/>
            </w:pPr>
            <w:r/>
            <w:r>
              <w:rPr>
                <w:b w:val="0"/>
                <w:color w:val="334155"/>
                <w:sz w:val="16"/>
              </w:rPr>
              <w:t>Accord OPCO</w:t>
            </w:r>
          </w:p>
        </w:tc>
      </w:tr>
      <w:tr>
        <w:tc>
          <w:tcPr>
            <w:tcW w:type="dxa" w:w="3437"/>
            <w:tcBorders>
              <w:top w:val="single" w:sz="6" w:color="94A3B8"/>
              <w:left w:val="single" w:sz="6" w:color="94A3B8"/>
              <w:bottom w:val="single" w:sz="6" w:color="94A3B8"/>
              <w:right w:val="single" w:sz="6" w:color="94A3B8"/>
            </w:tcBorders>
            <w:vAlign w:val="center"/>
            <w:shd w:fill="FFFFFF"/>
          </w:tcPr>
          <w:p>
            <w:pPr>
              <w:spacing w:after="0"/>
            </w:pPr>
            <w:r/>
            <w:r>
              <w:rPr>
                <w:b w:val="0"/>
                <w:color w:val="334155"/>
                <w:sz w:val="16"/>
              </w:rPr>
              <w:t>Reste à charge entreprise</w:t>
            </w:r>
          </w:p>
        </w:tc>
        <w:tc>
          <w:tcPr>
            <w:tcW w:type="dxa" w:w="3437"/>
            <w:tcBorders>
              <w:top w:val="single" w:sz="6" w:color="94A3B8"/>
              <w:left w:val="single" w:sz="6" w:color="94A3B8"/>
              <w:bottom w:val="single" w:sz="6" w:color="94A3B8"/>
              <w:right w:val="single" w:sz="6" w:color="94A3B8"/>
            </w:tcBorders>
            <w:vAlign w:val="center"/>
            <w:shd w:fill="FFFFFF"/>
          </w:tcPr>
          <w:p>
            <w:pPr>
              <w:spacing w:after="0"/>
            </w:pPr>
            <w:r/>
            <w:r>
              <w:rPr>
                <w:b w:val="0"/>
                <w:color w:val="334155"/>
                <w:sz w:val="16"/>
              </w:rPr>
              <w:t>Montant à financer</w:t>
            </w:r>
          </w:p>
        </w:tc>
        <w:tc>
          <w:tcPr>
            <w:tcW w:type="dxa" w:w="3437"/>
            <w:tcBorders>
              <w:top w:val="single" w:sz="6" w:color="94A3B8"/>
              <w:left w:val="single" w:sz="6" w:color="94A3B8"/>
              <w:bottom w:val="single" w:sz="6" w:color="94A3B8"/>
              <w:right w:val="single" w:sz="6" w:color="94A3B8"/>
            </w:tcBorders>
            <w:vAlign w:val="center"/>
            <w:shd w:fill="FFFFFF"/>
          </w:tcPr>
          <w:p>
            <w:pPr>
              <w:spacing w:after="0"/>
            </w:pPr>
            <w:r/>
            <w:r>
              <w:rPr>
                <w:b w:val="0"/>
                <w:color w:val="334155"/>
                <w:sz w:val="16"/>
              </w:rPr>
              <w:t>Calcul interne</w:t>
            </w:r>
          </w:p>
        </w:tc>
      </w:tr>
    </w:tbl>
    <w:p>
      <w:pPr>
        <w:spacing w:before="200" w:after="120"/>
      </w:pPr>
      <w:r>
        <w:rPr>
          <w:b/>
          <w:color w:val="0F2747"/>
          <w:sz w:val="32"/>
        </w:rPr>
        <w:t>5. Calcul du coût et de la subvention</w:t>
      </w:r>
    </w:p>
    <w:tbl>
      <w:tblPr>
        <w:tblW w:type="auto" w:w="0"/>
        <w:tblLook w:firstColumn="1" w:firstRow="1" w:lastColumn="0" w:lastRow="0" w:noHBand="0" w:noVBand="1" w:val="04A0"/>
      </w:tblPr>
      <w:tblGrid>
        <w:gridCol w:w="2578"/>
        <w:gridCol w:w="2578"/>
        <w:gridCol w:w="2578"/>
        <w:gridCol w:w="2578"/>
      </w:tblGrid>
      <w:tr>
        <w:tc>
          <w:tcPr>
            <w:tcW w:type="dxa" w:w="2578"/>
            <w:tcBorders>
              <w:top w:val="single" w:sz="6" w:color="CBD5E1"/>
              <w:left w:val="single" w:sz="6" w:color="CBD5E1"/>
              <w:bottom w:val="single" w:sz="6" w:color="CBD5E1"/>
              <w:right w:val="single" w:sz="6" w:color="CBD5E1"/>
            </w:tcBorders>
            <w:vAlign w:val="center"/>
            <w:shd w:fill="16A34A"/>
          </w:tcPr>
          <w:p>
            <w:pPr>
              <w:spacing w:after="0"/>
            </w:pPr>
            <w:r/>
            <w:r>
              <w:rPr>
                <w:b/>
                <w:color w:val="FFFFFF"/>
                <w:sz w:val="18"/>
              </w:rPr>
              <w:t>Poste de coût</w:t>
            </w:r>
          </w:p>
        </w:tc>
        <w:tc>
          <w:tcPr>
            <w:tcW w:type="dxa" w:w="2578"/>
            <w:tcBorders>
              <w:top w:val="single" w:sz="6" w:color="CBD5E1"/>
              <w:left w:val="single" w:sz="6" w:color="CBD5E1"/>
              <w:bottom w:val="single" w:sz="6" w:color="CBD5E1"/>
              <w:right w:val="single" w:sz="6" w:color="CBD5E1"/>
            </w:tcBorders>
            <w:vAlign w:val="center"/>
            <w:shd w:fill="16A34A"/>
          </w:tcPr>
          <w:p>
            <w:pPr>
              <w:spacing w:after="0"/>
            </w:pPr>
            <w:r/>
            <w:r>
              <w:rPr>
                <w:b/>
                <w:color w:val="FFFFFF"/>
                <w:sz w:val="18"/>
              </w:rPr>
              <w:t>Montant HT</w:t>
            </w:r>
          </w:p>
        </w:tc>
        <w:tc>
          <w:tcPr>
            <w:tcW w:type="dxa" w:w="2578"/>
            <w:tcBorders>
              <w:top w:val="single" w:sz="6" w:color="CBD5E1"/>
              <w:left w:val="single" w:sz="6" w:color="CBD5E1"/>
              <w:bottom w:val="single" w:sz="6" w:color="CBD5E1"/>
              <w:right w:val="single" w:sz="6" w:color="CBD5E1"/>
            </w:tcBorders>
            <w:vAlign w:val="center"/>
            <w:shd w:fill="16A34A"/>
          </w:tcPr>
          <w:p>
            <w:pPr>
              <w:spacing w:after="0"/>
            </w:pPr>
            <w:r/>
            <w:r>
              <w:rPr>
                <w:b/>
                <w:color w:val="FFFFFF"/>
                <w:sz w:val="18"/>
              </w:rPr>
              <w:t>Prise en charge OPCO</w:t>
            </w:r>
          </w:p>
        </w:tc>
        <w:tc>
          <w:tcPr>
            <w:tcW w:type="dxa" w:w="2578"/>
            <w:tcBorders>
              <w:top w:val="single" w:sz="6" w:color="CBD5E1"/>
              <w:left w:val="single" w:sz="6" w:color="CBD5E1"/>
              <w:bottom w:val="single" w:sz="6" w:color="CBD5E1"/>
              <w:right w:val="single" w:sz="6" w:color="CBD5E1"/>
            </w:tcBorders>
            <w:vAlign w:val="center"/>
            <w:shd w:fill="16A34A"/>
          </w:tcPr>
          <w:p>
            <w:pPr>
              <w:spacing w:after="0"/>
            </w:pPr>
            <w:r/>
            <w:r>
              <w:rPr>
                <w:b/>
                <w:color w:val="FFFFFF"/>
                <w:sz w:val="18"/>
              </w:rPr>
              <w:t>Reste à charge</w:t>
            </w:r>
          </w:p>
        </w:tc>
      </w:tr>
      <w:tr>
        <w:tc>
          <w:tcPr>
            <w:tcW w:type="dxa" w:w="2578"/>
            <w:tcBorders>
              <w:top w:val="single" w:sz="6" w:color="CBD5E1"/>
              <w:left w:val="single" w:sz="6" w:color="CBD5E1"/>
              <w:bottom w:val="single" w:sz="6" w:color="CBD5E1"/>
              <w:right w:val="single" w:sz="6" w:color="CBD5E1"/>
            </w:tcBorders>
            <w:vAlign w:val="center"/>
            <w:shd w:fill="F8FAFC"/>
          </w:tcPr>
          <w:p>
            <w:pPr>
              <w:spacing w:after="0"/>
            </w:pPr>
            <w:r/>
            <w:r>
              <w:rPr>
                <w:b w:val="0"/>
                <w:color w:val="1E293B"/>
                <w:sz w:val="16"/>
              </w:rPr>
              <w:t>Coût pédagogique</w:t>
            </w:r>
          </w:p>
        </w:tc>
        <w:tc>
          <w:tcPr>
            <w:tcW w:type="dxa" w:w="2578"/>
            <w:tcBorders>
              <w:top w:val="single" w:sz="6" w:color="CBD5E1"/>
              <w:left w:val="single" w:sz="6" w:color="CBD5E1"/>
              <w:bottom w:val="single" w:sz="6" w:color="CBD5E1"/>
              <w:right w:val="single" w:sz="6" w:color="CBD5E1"/>
            </w:tcBorders>
            <w:vAlign w:val="center"/>
            <w:shd w:fill="F8FAFC"/>
          </w:tcPr>
          <w:p>
            <w:pPr>
              <w:spacing w:after="0"/>
            </w:pPr>
            <w:r/>
            <w:r>
              <w:rPr>
                <w:b w:val="0"/>
                <w:color w:val="64748B"/>
                <w:sz w:val="16"/>
              </w:rPr>
              <w:t>€</w:t>
            </w:r>
          </w:p>
        </w:tc>
        <w:tc>
          <w:tcPr>
            <w:tcW w:type="dxa" w:w="2578"/>
            <w:tcBorders>
              <w:top w:val="single" w:sz="6" w:color="CBD5E1"/>
              <w:left w:val="single" w:sz="6" w:color="CBD5E1"/>
              <w:bottom w:val="single" w:sz="6" w:color="CBD5E1"/>
              <w:right w:val="single" w:sz="6" w:color="CBD5E1"/>
            </w:tcBorders>
            <w:vAlign w:val="center"/>
            <w:shd w:fill="F8FAFC"/>
          </w:tcPr>
          <w:p>
            <w:pPr>
              <w:spacing w:after="0"/>
            </w:pPr>
            <w:r/>
            <w:r>
              <w:rPr>
                <w:b w:val="0"/>
                <w:color w:val="64748B"/>
                <w:sz w:val="16"/>
              </w:rPr>
              <w:t>€</w:t>
            </w:r>
          </w:p>
        </w:tc>
        <w:tc>
          <w:tcPr>
            <w:tcW w:type="dxa" w:w="2578"/>
            <w:tcBorders>
              <w:top w:val="single" w:sz="6" w:color="CBD5E1"/>
              <w:left w:val="single" w:sz="6" w:color="CBD5E1"/>
              <w:bottom w:val="single" w:sz="6" w:color="CBD5E1"/>
              <w:right w:val="single" w:sz="6" w:color="CBD5E1"/>
            </w:tcBorders>
            <w:vAlign w:val="center"/>
            <w:shd w:fill="F8FAFC"/>
          </w:tcPr>
          <w:p>
            <w:pPr>
              <w:spacing w:after="0"/>
            </w:pPr>
            <w:r/>
            <w:r>
              <w:rPr>
                <w:b w:val="0"/>
                <w:color w:val="64748B"/>
                <w:sz w:val="16"/>
              </w:rPr>
              <w:t>€</w:t>
            </w:r>
          </w:p>
        </w:tc>
      </w:tr>
      <w:tr>
        <w:tc>
          <w:tcPr>
            <w:tcW w:type="dxa" w:w="2578"/>
            <w:tcBorders>
              <w:top w:val="single" w:sz="6" w:color="CBD5E1"/>
              <w:left w:val="single" w:sz="6" w:color="CBD5E1"/>
              <w:bottom w:val="single" w:sz="6" w:color="CBD5E1"/>
              <w:right w:val="single" w:sz="6" w:color="CBD5E1"/>
            </w:tcBorders>
            <w:vAlign w:val="center"/>
            <w:shd w:fill="FFFFFF"/>
          </w:tcPr>
          <w:p>
            <w:pPr>
              <w:spacing w:after="0"/>
            </w:pPr>
            <w:r/>
            <w:r>
              <w:rPr>
                <w:b w:val="0"/>
                <w:color w:val="1E293B"/>
                <w:sz w:val="16"/>
              </w:rPr>
              <w:t>Frais de certification</w:t>
            </w:r>
          </w:p>
        </w:tc>
        <w:tc>
          <w:tcPr>
            <w:tcW w:type="dxa" w:w="2578"/>
            <w:tcBorders>
              <w:top w:val="single" w:sz="6" w:color="CBD5E1"/>
              <w:left w:val="single" w:sz="6" w:color="CBD5E1"/>
              <w:bottom w:val="single" w:sz="6" w:color="CBD5E1"/>
              <w:right w:val="single" w:sz="6" w:color="CBD5E1"/>
            </w:tcBorders>
            <w:vAlign w:val="center"/>
            <w:shd w:fill="FFFFFF"/>
          </w:tcPr>
          <w:p>
            <w:pPr>
              <w:spacing w:after="0"/>
            </w:pPr>
            <w:r/>
            <w:r>
              <w:rPr>
                <w:b w:val="0"/>
                <w:color w:val="64748B"/>
                <w:sz w:val="16"/>
              </w:rPr>
              <w:t>€</w:t>
            </w:r>
          </w:p>
        </w:tc>
        <w:tc>
          <w:tcPr>
            <w:tcW w:type="dxa" w:w="2578"/>
            <w:tcBorders>
              <w:top w:val="single" w:sz="6" w:color="CBD5E1"/>
              <w:left w:val="single" w:sz="6" w:color="CBD5E1"/>
              <w:bottom w:val="single" w:sz="6" w:color="CBD5E1"/>
              <w:right w:val="single" w:sz="6" w:color="CBD5E1"/>
            </w:tcBorders>
            <w:vAlign w:val="center"/>
            <w:shd w:fill="FFFFFF"/>
          </w:tcPr>
          <w:p>
            <w:pPr>
              <w:spacing w:after="0"/>
            </w:pPr>
            <w:r/>
            <w:r>
              <w:rPr>
                <w:b w:val="0"/>
                <w:color w:val="64748B"/>
                <w:sz w:val="16"/>
              </w:rPr>
              <w:t>€</w:t>
            </w:r>
          </w:p>
        </w:tc>
        <w:tc>
          <w:tcPr>
            <w:tcW w:type="dxa" w:w="2578"/>
            <w:tcBorders>
              <w:top w:val="single" w:sz="6" w:color="CBD5E1"/>
              <w:left w:val="single" w:sz="6" w:color="CBD5E1"/>
              <w:bottom w:val="single" w:sz="6" w:color="CBD5E1"/>
              <w:right w:val="single" w:sz="6" w:color="CBD5E1"/>
            </w:tcBorders>
            <w:vAlign w:val="center"/>
            <w:shd w:fill="FFFFFF"/>
          </w:tcPr>
          <w:p>
            <w:pPr>
              <w:spacing w:after="0"/>
            </w:pPr>
            <w:r/>
            <w:r>
              <w:rPr>
                <w:b w:val="0"/>
                <w:color w:val="64748B"/>
                <w:sz w:val="16"/>
              </w:rPr>
              <w:t>€</w:t>
            </w:r>
          </w:p>
        </w:tc>
      </w:tr>
      <w:tr>
        <w:tc>
          <w:tcPr>
            <w:tcW w:type="dxa" w:w="2578"/>
            <w:tcBorders>
              <w:top w:val="single" w:sz="6" w:color="CBD5E1"/>
              <w:left w:val="single" w:sz="6" w:color="CBD5E1"/>
              <w:bottom w:val="single" w:sz="6" w:color="CBD5E1"/>
              <w:right w:val="single" w:sz="6" w:color="CBD5E1"/>
            </w:tcBorders>
            <w:vAlign w:val="center"/>
            <w:shd w:fill="F8FAFC"/>
          </w:tcPr>
          <w:p>
            <w:pPr>
              <w:spacing w:after="0"/>
            </w:pPr>
            <w:r/>
            <w:r>
              <w:rPr>
                <w:b w:val="0"/>
                <w:color w:val="1E293B"/>
                <w:sz w:val="16"/>
              </w:rPr>
              <w:t>Frais annexes éventuels</w:t>
            </w:r>
          </w:p>
        </w:tc>
        <w:tc>
          <w:tcPr>
            <w:tcW w:type="dxa" w:w="2578"/>
            <w:tcBorders>
              <w:top w:val="single" w:sz="6" w:color="CBD5E1"/>
              <w:left w:val="single" w:sz="6" w:color="CBD5E1"/>
              <w:bottom w:val="single" w:sz="6" w:color="CBD5E1"/>
              <w:right w:val="single" w:sz="6" w:color="CBD5E1"/>
            </w:tcBorders>
            <w:vAlign w:val="center"/>
            <w:shd w:fill="F8FAFC"/>
          </w:tcPr>
          <w:p>
            <w:pPr>
              <w:spacing w:after="0"/>
            </w:pPr>
            <w:r/>
            <w:r>
              <w:rPr>
                <w:b w:val="0"/>
                <w:color w:val="64748B"/>
                <w:sz w:val="16"/>
              </w:rPr>
              <w:t>€</w:t>
            </w:r>
          </w:p>
        </w:tc>
        <w:tc>
          <w:tcPr>
            <w:tcW w:type="dxa" w:w="2578"/>
            <w:tcBorders>
              <w:top w:val="single" w:sz="6" w:color="CBD5E1"/>
              <w:left w:val="single" w:sz="6" w:color="CBD5E1"/>
              <w:bottom w:val="single" w:sz="6" w:color="CBD5E1"/>
              <w:right w:val="single" w:sz="6" w:color="CBD5E1"/>
            </w:tcBorders>
            <w:vAlign w:val="center"/>
            <w:shd w:fill="F8FAFC"/>
          </w:tcPr>
          <w:p>
            <w:pPr>
              <w:spacing w:after="0"/>
            </w:pPr>
            <w:r/>
            <w:r>
              <w:rPr>
                <w:b w:val="0"/>
                <w:color w:val="64748B"/>
                <w:sz w:val="16"/>
              </w:rPr>
              <w:t>€</w:t>
            </w:r>
          </w:p>
        </w:tc>
        <w:tc>
          <w:tcPr>
            <w:tcW w:type="dxa" w:w="2578"/>
            <w:tcBorders>
              <w:top w:val="single" w:sz="6" w:color="CBD5E1"/>
              <w:left w:val="single" w:sz="6" w:color="CBD5E1"/>
              <w:bottom w:val="single" w:sz="6" w:color="CBD5E1"/>
              <w:right w:val="single" w:sz="6" w:color="CBD5E1"/>
            </w:tcBorders>
            <w:vAlign w:val="center"/>
            <w:shd w:fill="F8FAFC"/>
          </w:tcPr>
          <w:p>
            <w:pPr>
              <w:spacing w:after="0"/>
            </w:pPr>
            <w:r/>
            <w:r>
              <w:rPr>
                <w:b w:val="0"/>
                <w:color w:val="64748B"/>
                <w:sz w:val="16"/>
              </w:rPr>
              <w:t>€</w:t>
            </w:r>
          </w:p>
        </w:tc>
      </w:tr>
      <w:tr>
        <w:tc>
          <w:tcPr>
            <w:tcW w:type="dxa" w:w="2578"/>
            <w:tcBorders>
              <w:top w:val="single" w:sz="6" w:color="CBD5E1"/>
              <w:left w:val="single" w:sz="6" w:color="CBD5E1"/>
              <w:bottom w:val="single" w:sz="6" w:color="CBD5E1"/>
              <w:right w:val="single" w:sz="6" w:color="CBD5E1"/>
            </w:tcBorders>
            <w:vAlign w:val="center"/>
            <w:shd w:fill="FFFFFF"/>
          </w:tcPr>
          <w:p>
            <w:pPr>
              <w:spacing w:after="0"/>
            </w:pPr>
            <w:r/>
            <w:r>
              <w:rPr>
                <w:b w:val="0"/>
                <w:color w:val="1E293B"/>
                <w:sz w:val="16"/>
              </w:rPr>
              <w:t>Frais de déplacement</w:t>
            </w:r>
          </w:p>
        </w:tc>
        <w:tc>
          <w:tcPr>
            <w:tcW w:type="dxa" w:w="2578"/>
            <w:tcBorders>
              <w:top w:val="single" w:sz="6" w:color="CBD5E1"/>
              <w:left w:val="single" w:sz="6" w:color="CBD5E1"/>
              <w:bottom w:val="single" w:sz="6" w:color="CBD5E1"/>
              <w:right w:val="single" w:sz="6" w:color="CBD5E1"/>
            </w:tcBorders>
            <w:vAlign w:val="center"/>
            <w:shd w:fill="FFFFFF"/>
          </w:tcPr>
          <w:p>
            <w:pPr>
              <w:spacing w:after="0"/>
            </w:pPr>
            <w:r/>
            <w:r>
              <w:rPr>
                <w:b w:val="0"/>
                <w:color w:val="64748B"/>
                <w:sz w:val="16"/>
              </w:rPr>
              <w:t>€</w:t>
            </w:r>
          </w:p>
        </w:tc>
        <w:tc>
          <w:tcPr>
            <w:tcW w:type="dxa" w:w="2578"/>
            <w:tcBorders>
              <w:top w:val="single" w:sz="6" w:color="CBD5E1"/>
              <w:left w:val="single" w:sz="6" w:color="CBD5E1"/>
              <w:bottom w:val="single" w:sz="6" w:color="CBD5E1"/>
              <w:right w:val="single" w:sz="6" w:color="CBD5E1"/>
            </w:tcBorders>
            <w:vAlign w:val="center"/>
            <w:shd w:fill="FFFFFF"/>
          </w:tcPr>
          <w:p>
            <w:pPr>
              <w:spacing w:after="0"/>
            </w:pPr>
            <w:r/>
            <w:r>
              <w:rPr>
                <w:b w:val="0"/>
                <w:color w:val="64748B"/>
                <w:sz w:val="16"/>
              </w:rPr>
              <w:t>€</w:t>
            </w:r>
          </w:p>
        </w:tc>
        <w:tc>
          <w:tcPr>
            <w:tcW w:type="dxa" w:w="2578"/>
            <w:tcBorders>
              <w:top w:val="single" w:sz="6" w:color="CBD5E1"/>
              <w:left w:val="single" w:sz="6" w:color="CBD5E1"/>
              <w:bottom w:val="single" w:sz="6" w:color="CBD5E1"/>
              <w:right w:val="single" w:sz="6" w:color="CBD5E1"/>
            </w:tcBorders>
            <w:vAlign w:val="center"/>
            <w:shd w:fill="FFFFFF"/>
          </w:tcPr>
          <w:p>
            <w:pPr>
              <w:spacing w:after="0"/>
            </w:pPr>
            <w:r/>
            <w:r>
              <w:rPr>
                <w:b w:val="0"/>
                <w:color w:val="64748B"/>
                <w:sz w:val="16"/>
              </w:rPr>
              <w:t>€</w:t>
            </w:r>
          </w:p>
        </w:tc>
      </w:tr>
      <w:tr>
        <w:tc>
          <w:tcPr>
            <w:tcW w:type="dxa" w:w="2578"/>
            <w:tcBorders>
              <w:top w:val="single" w:sz="6" w:color="CBD5E1"/>
              <w:left w:val="single" w:sz="6" w:color="CBD5E1"/>
              <w:bottom w:val="single" w:sz="6" w:color="CBD5E1"/>
              <w:right w:val="single" w:sz="6" w:color="CBD5E1"/>
            </w:tcBorders>
            <w:vAlign w:val="center"/>
            <w:shd w:fill="ECFDF5"/>
          </w:tcPr>
          <w:p>
            <w:pPr>
              <w:spacing w:after="0"/>
            </w:pPr>
            <w:r/>
            <w:r>
              <w:rPr>
                <w:b/>
                <w:color w:val="1E293B"/>
                <w:sz w:val="16"/>
              </w:rPr>
              <w:t>Coût total</w:t>
            </w:r>
          </w:p>
        </w:tc>
        <w:tc>
          <w:tcPr>
            <w:tcW w:type="dxa" w:w="2578"/>
            <w:tcBorders>
              <w:top w:val="single" w:sz="6" w:color="CBD5E1"/>
              <w:left w:val="single" w:sz="6" w:color="CBD5E1"/>
              <w:bottom w:val="single" w:sz="6" w:color="CBD5E1"/>
              <w:right w:val="single" w:sz="6" w:color="CBD5E1"/>
            </w:tcBorders>
            <w:vAlign w:val="center"/>
            <w:shd w:fill="ECFDF5"/>
          </w:tcPr>
          <w:p>
            <w:pPr>
              <w:spacing w:after="0"/>
            </w:pPr>
            <w:r/>
            <w:r>
              <w:rPr>
                <w:b w:val="0"/>
                <w:color w:val="64748B"/>
                <w:sz w:val="16"/>
              </w:rPr>
              <w:t>€</w:t>
            </w:r>
          </w:p>
        </w:tc>
        <w:tc>
          <w:tcPr>
            <w:tcW w:type="dxa" w:w="2578"/>
            <w:tcBorders>
              <w:top w:val="single" w:sz="6" w:color="CBD5E1"/>
              <w:left w:val="single" w:sz="6" w:color="CBD5E1"/>
              <w:bottom w:val="single" w:sz="6" w:color="CBD5E1"/>
              <w:right w:val="single" w:sz="6" w:color="CBD5E1"/>
            </w:tcBorders>
            <w:vAlign w:val="center"/>
            <w:shd w:fill="ECFDF5"/>
          </w:tcPr>
          <w:p>
            <w:pPr>
              <w:spacing w:after="0"/>
            </w:pPr>
            <w:r/>
            <w:r>
              <w:rPr>
                <w:b w:val="0"/>
                <w:color w:val="64748B"/>
                <w:sz w:val="16"/>
              </w:rPr>
              <w:t>€</w:t>
            </w:r>
          </w:p>
        </w:tc>
        <w:tc>
          <w:tcPr>
            <w:tcW w:type="dxa" w:w="2578"/>
            <w:tcBorders>
              <w:top w:val="single" w:sz="6" w:color="CBD5E1"/>
              <w:left w:val="single" w:sz="6" w:color="CBD5E1"/>
              <w:bottom w:val="single" w:sz="6" w:color="CBD5E1"/>
              <w:right w:val="single" w:sz="6" w:color="CBD5E1"/>
            </w:tcBorders>
            <w:vAlign w:val="center"/>
            <w:shd w:fill="ECFDF5"/>
          </w:tcPr>
          <w:p>
            <w:pPr>
              <w:spacing w:after="0"/>
            </w:pPr>
            <w:r/>
            <w:r>
              <w:rPr>
                <w:b w:val="0"/>
                <w:color w:val="64748B"/>
                <w:sz w:val="16"/>
              </w:rPr>
              <w:t>€</w:t>
            </w:r>
          </w:p>
        </w:tc>
      </w:tr>
      <w:tr>
        <w:tc>
          <w:tcPr>
            <w:tcW w:type="dxa" w:w="2578"/>
            <w:tcBorders>
              <w:top w:val="single" w:sz="6" w:color="CBD5E1"/>
              <w:left w:val="single" w:sz="6" w:color="CBD5E1"/>
              <w:bottom w:val="single" w:sz="6" w:color="CBD5E1"/>
              <w:right w:val="single" w:sz="6" w:color="CBD5E1"/>
            </w:tcBorders>
            <w:vAlign w:val="center"/>
            <w:shd w:fill="FFFFFF"/>
          </w:tcPr>
          <w:p>
            <w:pPr>
              <w:spacing w:after="0"/>
            </w:pPr>
            <w:r/>
            <w:r>
              <w:rPr>
                <w:b w:val="0"/>
                <w:color w:val="1E293B"/>
                <w:sz w:val="16"/>
              </w:rPr>
              <w:t>Acompte éventuel</w:t>
            </w:r>
          </w:p>
        </w:tc>
        <w:tc>
          <w:tcPr>
            <w:tcW w:type="dxa" w:w="2578"/>
            <w:tcBorders>
              <w:top w:val="single" w:sz="6" w:color="CBD5E1"/>
              <w:left w:val="single" w:sz="6" w:color="CBD5E1"/>
              <w:bottom w:val="single" w:sz="6" w:color="CBD5E1"/>
              <w:right w:val="single" w:sz="6" w:color="CBD5E1"/>
            </w:tcBorders>
            <w:vAlign w:val="center"/>
            <w:shd w:fill="FFFFFF"/>
          </w:tcPr>
          <w:p>
            <w:pPr>
              <w:spacing w:after="0"/>
            </w:pPr>
            <w:r/>
            <w:r>
              <w:rPr>
                <w:b w:val="0"/>
                <w:color w:val="64748B"/>
                <w:sz w:val="16"/>
              </w:rPr>
              <w:t>€</w:t>
            </w:r>
          </w:p>
        </w:tc>
        <w:tc>
          <w:tcPr>
            <w:tcW w:type="dxa" w:w="2578"/>
            <w:tcBorders>
              <w:top w:val="single" w:sz="6" w:color="CBD5E1"/>
              <w:left w:val="single" w:sz="6" w:color="CBD5E1"/>
              <w:bottom w:val="single" w:sz="6" w:color="CBD5E1"/>
              <w:right w:val="single" w:sz="6" w:color="CBD5E1"/>
            </w:tcBorders>
            <w:vAlign w:val="center"/>
            <w:shd w:fill="FFFFFF"/>
          </w:tcPr>
          <w:p>
            <w:pPr>
              <w:spacing w:after="0"/>
            </w:pPr>
            <w:r/>
            <w:r>
              <w:rPr>
                <w:b w:val="0"/>
                <w:color w:val="64748B"/>
                <w:sz w:val="16"/>
              </w:rPr>
              <w:t>€</w:t>
            </w:r>
          </w:p>
        </w:tc>
        <w:tc>
          <w:tcPr>
            <w:tcW w:type="dxa" w:w="2578"/>
            <w:tcBorders>
              <w:top w:val="single" w:sz="6" w:color="CBD5E1"/>
              <w:left w:val="single" w:sz="6" w:color="CBD5E1"/>
              <w:bottom w:val="single" w:sz="6" w:color="CBD5E1"/>
              <w:right w:val="single" w:sz="6" w:color="CBD5E1"/>
            </w:tcBorders>
            <w:vAlign w:val="center"/>
            <w:shd w:fill="FFFFFF"/>
          </w:tcPr>
          <w:p>
            <w:pPr>
              <w:spacing w:after="0"/>
            </w:pPr>
            <w:r/>
            <w:r>
              <w:rPr>
                <w:b w:val="0"/>
                <w:color w:val="64748B"/>
                <w:sz w:val="16"/>
              </w:rPr>
              <w:t>€</w:t>
            </w:r>
          </w:p>
        </w:tc>
      </w:tr>
      <w:tr>
        <w:tc>
          <w:tcPr>
            <w:tcW w:type="dxa" w:w="2578"/>
            <w:tcBorders>
              <w:top w:val="single" w:sz="6" w:color="CBD5E1"/>
              <w:left w:val="single" w:sz="6" w:color="CBD5E1"/>
              <w:bottom w:val="single" w:sz="6" w:color="CBD5E1"/>
              <w:right w:val="single" w:sz="6" w:color="CBD5E1"/>
            </w:tcBorders>
            <w:vAlign w:val="center"/>
            <w:shd w:fill="F8FAFC"/>
          </w:tcPr>
          <w:p>
            <w:pPr>
              <w:spacing w:after="0"/>
            </w:pPr>
            <w:r/>
            <w:r>
              <w:rPr>
                <w:b w:val="0"/>
                <w:color w:val="1E293B"/>
                <w:sz w:val="16"/>
              </w:rPr>
              <w:t>Solde</w:t>
            </w:r>
          </w:p>
        </w:tc>
        <w:tc>
          <w:tcPr>
            <w:tcW w:type="dxa" w:w="2578"/>
            <w:tcBorders>
              <w:top w:val="single" w:sz="6" w:color="CBD5E1"/>
              <w:left w:val="single" w:sz="6" w:color="CBD5E1"/>
              <w:bottom w:val="single" w:sz="6" w:color="CBD5E1"/>
              <w:right w:val="single" w:sz="6" w:color="CBD5E1"/>
            </w:tcBorders>
            <w:vAlign w:val="center"/>
            <w:shd w:fill="F8FAFC"/>
          </w:tcPr>
          <w:p>
            <w:pPr>
              <w:spacing w:after="0"/>
            </w:pPr>
            <w:r/>
            <w:r>
              <w:rPr>
                <w:b w:val="0"/>
                <w:color w:val="64748B"/>
                <w:sz w:val="16"/>
              </w:rPr>
              <w:t>€</w:t>
            </w:r>
          </w:p>
        </w:tc>
        <w:tc>
          <w:tcPr>
            <w:tcW w:type="dxa" w:w="2578"/>
            <w:tcBorders>
              <w:top w:val="single" w:sz="6" w:color="CBD5E1"/>
              <w:left w:val="single" w:sz="6" w:color="CBD5E1"/>
              <w:bottom w:val="single" w:sz="6" w:color="CBD5E1"/>
              <w:right w:val="single" w:sz="6" w:color="CBD5E1"/>
            </w:tcBorders>
            <w:vAlign w:val="center"/>
            <w:shd w:fill="F8FAFC"/>
          </w:tcPr>
          <w:p>
            <w:pPr>
              <w:spacing w:after="0"/>
            </w:pPr>
            <w:r/>
            <w:r>
              <w:rPr>
                <w:b w:val="0"/>
                <w:color w:val="64748B"/>
                <w:sz w:val="16"/>
              </w:rPr>
              <w:t>€</w:t>
            </w:r>
          </w:p>
        </w:tc>
        <w:tc>
          <w:tcPr>
            <w:tcW w:type="dxa" w:w="2578"/>
            <w:tcBorders>
              <w:top w:val="single" w:sz="6" w:color="CBD5E1"/>
              <w:left w:val="single" w:sz="6" w:color="CBD5E1"/>
              <w:bottom w:val="single" w:sz="6" w:color="CBD5E1"/>
              <w:right w:val="single" w:sz="6" w:color="CBD5E1"/>
            </w:tcBorders>
            <w:vAlign w:val="center"/>
            <w:shd w:fill="F8FAFC"/>
          </w:tcPr>
          <w:p>
            <w:pPr>
              <w:spacing w:after="0"/>
            </w:pPr>
            <w:r/>
            <w:r>
              <w:rPr>
                <w:b w:val="0"/>
                <w:color w:val="64748B"/>
                <w:sz w:val="16"/>
              </w:rPr>
              <w:t>€</w:t>
            </w:r>
          </w:p>
        </w:tc>
      </w:tr>
    </w:tbl>
    <w:p>
      <w:pPr>
        <w:spacing w:before="200" w:after="120"/>
      </w:pPr>
      <w:r>
        <w:rPr>
          <w:b/>
          <w:color w:val="0F2747"/>
          <w:sz w:val="32"/>
        </w:rPr>
        <w:t>6. Pièces justificatives OPCO à joindre ou conserver</w:t>
      </w:r>
    </w:p>
    <w:tbl>
      <w:tblPr>
        <w:tblW w:type="auto" w:w="0"/>
        <w:tblLook w:firstColumn="1" w:firstRow="1" w:lastColumn="0" w:lastRow="0" w:noHBand="0" w:noVBand="1" w:val="04A0"/>
      </w:tblPr>
      <w:tblGrid>
        <w:gridCol w:w="3437"/>
        <w:gridCol w:w="3437"/>
        <w:gridCol w:w="3437"/>
      </w:tblGrid>
      <w:tr>
        <w:tc>
          <w:tcPr>
            <w:tcW w:type="dxa" w:w="3437"/>
            <w:tcBorders>
              <w:top w:val="single" w:sz="6" w:color="CBD5E1"/>
              <w:left w:val="single" w:sz="6" w:color="CBD5E1"/>
              <w:bottom w:val="single" w:sz="6" w:color="CBD5E1"/>
              <w:right w:val="single" w:sz="6" w:color="CBD5E1"/>
            </w:tcBorders>
            <w:vAlign w:val="center"/>
            <w:shd w:fill="7C3AED"/>
          </w:tcPr>
          <w:p>
            <w:pPr>
              <w:spacing w:after="0"/>
            </w:pPr>
            <w:r/>
            <w:r>
              <w:rPr>
                <w:b/>
                <w:color w:val="FFFFFF"/>
                <w:sz w:val="18"/>
              </w:rPr>
              <w:t>Document</w:t>
            </w:r>
          </w:p>
        </w:tc>
        <w:tc>
          <w:tcPr>
            <w:tcW w:type="dxa" w:w="3437"/>
            <w:tcBorders>
              <w:top w:val="single" w:sz="6" w:color="CBD5E1"/>
              <w:left w:val="single" w:sz="6" w:color="CBD5E1"/>
              <w:bottom w:val="single" w:sz="6" w:color="CBD5E1"/>
              <w:right w:val="single" w:sz="6" w:color="CBD5E1"/>
            </w:tcBorders>
            <w:vAlign w:val="center"/>
            <w:shd w:fill="7C3AED"/>
          </w:tcPr>
          <w:p>
            <w:pPr>
              <w:spacing w:after="0"/>
            </w:pPr>
            <w:r/>
            <w:r>
              <w:rPr>
                <w:b/>
                <w:color w:val="FFFFFF"/>
                <w:sz w:val="18"/>
              </w:rPr>
              <w:t>Statut</w:t>
            </w:r>
          </w:p>
        </w:tc>
        <w:tc>
          <w:tcPr>
            <w:tcW w:type="dxa" w:w="3437"/>
            <w:tcBorders>
              <w:top w:val="single" w:sz="6" w:color="CBD5E1"/>
              <w:left w:val="single" w:sz="6" w:color="CBD5E1"/>
              <w:bottom w:val="single" w:sz="6" w:color="CBD5E1"/>
              <w:right w:val="single" w:sz="6" w:color="CBD5E1"/>
            </w:tcBorders>
            <w:vAlign w:val="center"/>
            <w:shd w:fill="7C3AED"/>
          </w:tcPr>
          <w:p>
            <w:pPr>
              <w:spacing w:after="0"/>
            </w:pPr>
            <w:r/>
            <w:r>
              <w:rPr>
                <w:b/>
                <w:color w:val="FFFFFF"/>
                <w:sz w:val="18"/>
              </w:rPr>
              <w:t>Observation</w:t>
            </w:r>
          </w:p>
        </w:tc>
      </w:tr>
      <w:tr>
        <w:tc>
          <w:tcPr>
            <w:tcW w:type="dxa" w:w="3437"/>
            <w:tcBorders>
              <w:top w:val="single" w:sz="6" w:color="CBD5E1"/>
              <w:left w:val="single" w:sz="6" w:color="CBD5E1"/>
              <w:bottom w:val="single" w:sz="6" w:color="CBD5E1"/>
              <w:right w:val="single" w:sz="6" w:color="CBD5E1"/>
            </w:tcBorders>
            <w:vAlign w:val="center"/>
            <w:shd w:fill="F5F3FF"/>
          </w:tcPr>
          <w:p>
            <w:pPr>
              <w:spacing w:after="0"/>
            </w:pPr>
            <w:r/>
            <w:r>
              <w:rPr>
                <w:b w:val="0"/>
                <w:color w:val="334155"/>
                <w:sz w:val="16"/>
              </w:rPr>
              <w:t>Convention ou contrat de formation</w:t>
            </w:r>
          </w:p>
        </w:tc>
        <w:tc>
          <w:tcPr>
            <w:tcW w:type="dxa" w:w="3437"/>
            <w:tcBorders>
              <w:top w:val="single" w:sz="6" w:color="CBD5E1"/>
              <w:left w:val="single" w:sz="6" w:color="CBD5E1"/>
              <w:bottom w:val="single" w:sz="6" w:color="CBD5E1"/>
              <w:right w:val="single" w:sz="6" w:color="CBD5E1"/>
            </w:tcBorders>
            <w:vAlign w:val="center"/>
            <w:shd w:fill="F5F3FF"/>
          </w:tcPr>
          <w:p>
            <w:pPr>
              <w:spacing w:after="0"/>
            </w:pPr>
            <w:r/>
            <w:r>
              <w:rPr>
                <w:b w:val="0"/>
                <w:color w:val="334155"/>
                <w:sz w:val="16"/>
              </w:rPr>
              <w:t>☐ Reçu   ☐ Manquant</w:t>
            </w:r>
          </w:p>
        </w:tc>
        <w:tc>
          <w:tcPr>
            <w:tcW w:type="dxa" w:w="3437"/>
            <w:tcBorders>
              <w:top w:val="single" w:sz="6" w:color="CBD5E1"/>
              <w:left w:val="single" w:sz="6" w:color="CBD5E1"/>
              <w:bottom w:val="single" w:sz="6" w:color="CBD5E1"/>
              <w:right w:val="single" w:sz="6" w:color="CBD5E1"/>
            </w:tcBorders>
            <w:vAlign w:val="center"/>
            <w:shd w:fill="F5F3FF"/>
          </w:tcPr>
          <w:p>
            <w:pPr>
              <w:spacing w:after="0"/>
            </w:pPr>
            <w:r/>
            <w:r>
              <w:rPr>
                <w:b w:val="0"/>
                <w:color w:val="64748B"/>
                <w:sz w:val="16"/>
              </w:rPr>
              <w:t>À compléter</w:t>
            </w:r>
          </w:p>
        </w:tc>
      </w:tr>
      <w:tr>
        <w:tc>
          <w:tcPr>
            <w:tcW w:type="dxa" w:w="3437"/>
            <w:tcBorders>
              <w:top w:val="single" w:sz="6" w:color="CBD5E1"/>
              <w:left w:val="single" w:sz="6" w:color="CBD5E1"/>
              <w:bottom w:val="single" w:sz="6" w:color="CBD5E1"/>
              <w:right w:val="single" w:sz="6" w:color="CBD5E1"/>
            </w:tcBorders>
            <w:vAlign w:val="center"/>
            <w:shd w:fill="FFFFFF"/>
          </w:tcPr>
          <w:p>
            <w:pPr>
              <w:spacing w:after="0"/>
            </w:pPr>
            <w:r/>
            <w:r>
              <w:rPr>
                <w:b w:val="0"/>
                <w:color w:val="334155"/>
                <w:sz w:val="16"/>
              </w:rPr>
              <w:t>Programme détaillé</w:t>
            </w:r>
          </w:p>
        </w:tc>
        <w:tc>
          <w:tcPr>
            <w:tcW w:type="dxa" w:w="3437"/>
            <w:tcBorders>
              <w:top w:val="single" w:sz="6" w:color="CBD5E1"/>
              <w:left w:val="single" w:sz="6" w:color="CBD5E1"/>
              <w:bottom w:val="single" w:sz="6" w:color="CBD5E1"/>
              <w:right w:val="single" w:sz="6" w:color="CBD5E1"/>
            </w:tcBorders>
            <w:vAlign w:val="center"/>
            <w:shd w:fill="FFFFFF"/>
          </w:tcPr>
          <w:p>
            <w:pPr>
              <w:spacing w:after="0"/>
            </w:pPr>
            <w:r/>
            <w:r>
              <w:rPr>
                <w:b w:val="0"/>
                <w:color w:val="334155"/>
                <w:sz w:val="16"/>
              </w:rPr>
              <w:t>☐ Reçu   ☐ Manquant</w:t>
            </w:r>
          </w:p>
        </w:tc>
        <w:tc>
          <w:tcPr>
            <w:tcW w:type="dxa" w:w="3437"/>
            <w:tcBorders>
              <w:top w:val="single" w:sz="6" w:color="CBD5E1"/>
              <w:left w:val="single" w:sz="6" w:color="CBD5E1"/>
              <w:bottom w:val="single" w:sz="6" w:color="CBD5E1"/>
              <w:right w:val="single" w:sz="6" w:color="CBD5E1"/>
            </w:tcBorders>
            <w:vAlign w:val="center"/>
            <w:shd w:fill="FFFFFF"/>
          </w:tcPr>
          <w:p>
            <w:pPr>
              <w:spacing w:after="0"/>
            </w:pPr>
            <w:r/>
            <w:r>
              <w:rPr>
                <w:b w:val="0"/>
                <w:color w:val="64748B"/>
                <w:sz w:val="16"/>
              </w:rPr>
              <w:t>À compléter</w:t>
            </w:r>
          </w:p>
        </w:tc>
      </w:tr>
      <w:tr>
        <w:tc>
          <w:tcPr>
            <w:tcW w:type="dxa" w:w="3437"/>
            <w:tcBorders>
              <w:top w:val="single" w:sz="6" w:color="CBD5E1"/>
              <w:left w:val="single" w:sz="6" w:color="CBD5E1"/>
              <w:bottom w:val="single" w:sz="6" w:color="CBD5E1"/>
              <w:right w:val="single" w:sz="6" w:color="CBD5E1"/>
            </w:tcBorders>
            <w:vAlign w:val="center"/>
            <w:shd w:fill="F5F3FF"/>
          </w:tcPr>
          <w:p>
            <w:pPr>
              <w:spacing w:after="0"/>
            </w:pPr>
            <w:r/>
            <w:r>
              <w:rPr>
                <w:b w:val="0"/>
                <w:color w:val="334155"/>
                <w:sz w:val="16"/>
              </w:rPr>
              <w:t>Devis accepté</w:t>
            </w:r>
          </w:p>
        </w:tc>
        <w:tc>
          <w:tcPr>
            <w:tcW w:type="dxa" w:w="3437"/>
            <w:tcBorders>
              <w:top w:val="single" w:sz="6" w:color="CBD5E1"/>
              <w:left w:val="single" w:sz="6" w:color="CBD5E1"/>
              <w:bottom w:val="single" w:sz="6" w:color="CBD5E1"/>
              <w:right w:val="single" w:sz="6" w:color="CBD5E1"/>
            </w:tcBorders>
            <w:vAlign w:val="center"/>
            <w:shd w:fill="F5F3FF"/>
          </w:tcPr>
          <w:p>
            <w:pPr>
              <w:spacing w:after="0"/>
            </w:pPr>
            <w:r/>
            <w:r>
              <w:rPr>
                <w:b w:val="0"/>
                <w:color w:val="334155"/>
                <w:sz w:val="16"/>
              </w:rPr>
              <w:t>☐ Reçu   ☐ Manquant</w:t>
            </w:r>
          </w:p>
        </w:tc>
        <w:tc>
          <w:tcPr>
            <w:tcW w:type="dxa" w:w="3437"/>
            <w:tcBorders>
              <w:top w:val="single" w:sz="6" w:color="CBD5E1"/>
              <w:left w:val="single" w:sz="6" w:color="CBD5E1"/>
              <w:bottom w:val="single" w:sz="6" w:color="CBD5E1"/>
              <w:right w:val="single" w:sz="6" w:color="CBD5E1"/>
            </w:tcBorders>
            <w:vAlign w:val="center"/>
            <w:shd w:fill="F5F3FF"/>
          </w:tcPr>
          <w:p>
            <w:pPr>
              <w:spacing w:after="0"/>
            </w:pPr>
            <w:r/>
            <w:r>
              <w:rPr>
                <w:b w:val="0"/>
                <w:color w:val="64748B"/>
                <w:sz w:val="16"/>
              </w:rPr>
              <w:t>À compléter</w:t>
            </w:r>
          </w:p>
        </w:tc>
      </w:tr>
      <w:tr>
        <w:tc>
          <w:tcPr>
            <w:tcW w:type="dxa" w:w="3437"/>
            <w:tcBorders>
              <w:top w:val="single" w:sz="6" w:color="CBD5E1"/>
              <w:left w:val="single" w:sz="6" w:color="CBD5E1"/>
              <w:bottom w:val="single" w:sz="6" w:color="CBD5E1"/>
              <w:right w:val="single" w:sz="6" w:color="CBD5E1"/>
            </w:tcBorders>
            <w:vAlign w:val="center"/>
            <w:shd w:fill="FFFFFF"/>
          </w:tcPr>
          <w:p>
            <w:pPr>
              <w:spacing w:after="0"/>
            </w:pPr>
            <w:r/>
            <w:r>
              <w:rPr>
                <w:b w:val="0"/>
                <w:color w:val="334155"/>
                <w:sz w:val="16"/>
              </w:rPr>
              <w:t>Feuille d’émargement</w:t>
            </w:r>
          </w:p>
        </w:tc>
        <w:tc>
          <w:tcPr>
            <w:tcW w:type="dxa" w:w="3437"/>
            <w:tcBorders>
              <w:top w:val="single" w:sz="6" w:color="CBD5E1"/>
              <w:left w:val="single" w:sz="6" w:color="CBD5E1"/>
              <w:bottom w:val="single" w:sz="6" w:color="CBD5E1"/>
              <w:right w:val="single" w:sz="6" w:color="CBD5E1"/>
            </w:tcBorders>
            <w:vAlign w:val="center"/>
            <w:shd w:fill="FFFFFF"/>
          </w:tcPr>
          <w:p>
            <w:pPr>
              <w:spacing w:after="0"/>
            </w:pPr>
            <w:r/>
            <w:r>
              <w:rPr>
                <w:b w:val="0"/>
                <w:color w:val="334155"/>
                <w:sz w:val="16"/>
              </w:rPr>
              <w:t>☐ Reçu   ☐ Manquant</w:t>
            </w:r>
          </w:p>
        </w:tc>
        <w:tc>
          <w:tcPr>
            <w:tcW w:type="dxa" w:w="3437"/>
            <w:tcBorders>
              <w:top w:val="single" w:sz="6" w:color="CBD5E1"/>
              <w:left w:val="single" w:sz="6" w:color="CBD5E1"/>
              <w:bottom w:val="single" w:sz="6" w:color="CBD5E1"/>
              <w:right w:val="single" w:sz="6" w:color="CBD5E1"/>
            </w:tcBorders>
            <w:vAlign w:val="center"/>
            <w:shd w:fill="FFFFFF"/>
          </w:tcPr>
          <w:p>
            <w:pPr>
              <w:spacing w:after="0"/>
            </w:pPr>
            <w:r/>
            <w:r>
              <w:rPr>
                <w:b w:val="0"/>
                <w:color w:val="64748B"/>
                <w:sz w:val="16"/>
              </w:rPr>
              <w:t>À compléter</w:t>
            </w:r>
          </w:p>
        </w:tc>
      </w:tr>
      <w:tr>
        <w:tc>
          <w:tcPr>
            <w:tcW w:type="dxa" w:w="3437"/>
            <w:tcBorders>
              <w:top w:val="single" w:sz="6" w:color="CBD5E1"/>
              <w:left w:val="single" w:sz="6" w:color="CBD5E1"/>
              <w:bottom w:val="single" w:sz="6" w:color="CBD5E1"/>
              <w:right w:val="single" w:sz="6" w:color="CBD5E1"/>
            </w:tcBorders>
            <w:vAlign w:val="center"/>
            <w:shd w:fill="F5F3FF"/>
          </w:tcPr>
          <w:p>
            <w:pPr>
              <w:spacing w:after="0"/>
            </w:pPr>
            <w:r/>
            <w:r>
              <w:rPr>
                <w:b w:val="0"/>
                <w:color w:val="334155"/>
                <w:sz w:val="16"/>
              </w:rPr>
              <w:t>Attestation de présence</w:t>
            </w:r>
          </w:p>
        </w:tc>
        <w:tc>
          <w:tcPr>
            <w:tcW w:type="dxa" w:w="3437"/>
            <w:tcBorders>
              <w:top w:val="single" w:sz="6" w:color="CBD5E1"/>
              <w:left w:val="single" w:sz="6" w:color="CBD5E1"/>
              <w:bottom w:val="single" w:sz="6" w:color="CBD5E1"/>
              <w:right w:val="single" w:sz="6" w:color="CBD5E1"/>
            </w:tcBorders>
            <w:vAlign w:val="center"/>
            <w:shd w:fill="F5F3FF"/>
          </w:tcPr>
          <w:p>
            <w:pPr>
              <w:spacing w:after="0"/>
            </w:pPr>
            <w:r/>
            <w:r>
              <w:rPr>
                <w:b w:val="0"/>
                <w:color w:val="334155"/>
                <w:sz w:val="16"/>
              </w:rPr>
              <w:t>☐ Reçu   ☐ Manquant</w:t>
            </w:r>
          </w:p>
        </w:tc>
        <w:tc>
          <w:tcPr>
            <w:tcW w:type="dxa" w:w="3437"/>
            <w:tcBorders>
              <w:top w:val="single" w:sz="6" w:color="CBD5E1"/>
              <w:left w:val="single" w:sz="6" w:color="CBD5E1"/>
              <w:bottom w:val="single" w:sz="6" w:color="CBD5E1"/>
              <w:right w:val="single" w:sz="6" w:color="CBD5E1"/>
            </w:tcBorders>
            <w:vAlign w:val="center"/>
            <w:shd w:fill="F5F3FF"/>
          </w:tcPr>
          <w:p>
            <w:pPr>
              <w:spacing w:after="0"/>
            </w:pPr>
            <w:r/>
            <w:r>
              <w:rPr>
                <w:b w:val="0"/>
                <w:color w:val="64748B"/>
                <w:sz w:val="16"/>
              </w:rPr>
              <w:t>À compléter</w:t>
            </w:r>
          </w:p>
        </w:tc>
      </w:tr>
      <w:tr>
        <w:tc>
          <w:tcPr>
            <w:tcW w:type="dxa" w:w="3437"/>
            <w:tcBorders>
              <w:top w:val="single" w:sz="6" w:color="CBD5E1"/>
              <w:left w:val="single" w:sz="6" w:color="CBD5E1"/>
              <w:bottom w:val="single" w:sz="6" w:color="CBD5E1"/>
              <w:right w:val="single" w:sz="6" w:color="CBD5E1"/>
            </w:tcBorders>
            <w:vAlign w:val="center"/>
            <w:shd w:fill="FFFFFF"/>
          </w:tcPr>
          <w:p>
            <w:pPr>
              <w:spacing w:after="0"/>
            </w:pPr>
            <w:r/>
            <w:r>
              <w:rPr>
                <w:b w:val="0"/>
                <w:color w:val="334155"/>
                <w:sz w:val="16"/>
              </w:rPr>
              <w:t>Facture de l’organisme</w:t>
            </w:r>
          </w:p>
        </w:tc>
        <w:tc>
          <w:tcPr>
            <w:tcW w:type="dxa" w:w="3437"/>
            <w:tcBorders>
              <w:top w:val="single" w:sz="6" w:color="CBD5E1"/>
              <w:left w:val="single" w:sz="6" w:color="CBD5E1"/>
              <w:bottom w:val="single" w:sz="6" w:color="CBD5E1"/>
              <w:right w:val="single" w:sz="6" w:color="CBD5E1"/>
            </w:tcBorders>
            <w:vAlign w:val="center"/>
            <w:shd w:fill="FFFFFF"/>
          </w:tcPr>
          <w:p>
            <w:pPr>
              <w:spacing w:after="0"/>
            </w:pPr>
            <w:r/>
            <w:r>
              <w:rPr>
                <w:b w:val="0"/>
                <w:color w:val="334155"/>
                <w:sz w:val="16"/>
              </w:rPr>
              <w:t>☐ Reçu   ☐ Manquant</w:t>
            </w:r>
          </w:p>
        </w:tc>
        <w:tc>
          <w:tcPr>
            <w:tcW w:type="dxa" w:w="3437"/>
            <w:tcBorders>
              <w:top w:val="single" w:sz="6" w:color="CBD5E1"/>
              <w:left w:val="single" w:sz="6" w:color="CBD5E1"/>
              <w:bottom w:val="single" w:sz="6" w:color="CBD5E1"/>
              <w:right w:val="single" w:sz="6" w:color="CBD5E1"/>
            </w:tcBorders>
            <w:vAlign w:val="center"/>
            <w:shd w:fill="FFFFFF"/>
          </w:tcPr>
          <w:p>
            <w:pPr>
              <w:spacing w:after="0"/>
            </w:pPr>
            <w:r/>
            <w:r>
              <w:rPr>
                <w:b w:val="0"/>
                <w:color w:val="64748B"/>
                <w:sz w:val="16"/>
              </w:rPr>
              <w:t>À compléter</w:t>
            </w:r>
          </w:p>
        </w:tc>
      </w:tr>
      <w:tr>
        <w:tc>
          <w:tcPr>
            <w:tcW w:type="dxa" w:w="3437"/>
            <w:tcBorders>
              <w:top w:val="single" w:sz="6" w:color="CBD5E1"/>
              <w:left w:val="single" w:sz="6" w:color="CBD5E1"/>
              <w:bottom w:val="single" w:sz="6" w:color="CBD5E1"/>
              <w:right w:val="single" w:sz="6" w:color="CBD5E1"/>
            </w:tcBorders>
            <w:vAlign w:val="center"/>
            <w:shd w:fill="F5F3FF"/>
          </w:tcPr>
          <w:p>
            <w:pPr>
              <w:spacing w:after="0"/>
            </w:pPr>
            <w:r/>
            <w:r>
              <w:rPr>
                <w:b w:val="0"/>
                <w:color w:val="334155"/>
                <w:sz w:val="16"/>
              </w:rPr>
              <w:t>Évaluation des acquis</w:t>
            </w:r>
          </w:p>
        </w:tc>
        <w:tc>
          <w:tcPr>
            <w:tcW w:type="dxa" w:w="3437"/>
            <w:tcBorders>
              <w:top w:val="single" w:sz="6" w:color="CBD5E1"/>
              <w:left w:val="single" w:sz="6" w:color="CBD5E1"/>
              <w:bottom w:val="single" w:sz="6" w:color="CBD5E1"/>
              <w:right w:val="single" w:sz="6" w:color="CBD5E1"/>
            </w:tcBorders>
            <w:vAlign w:val="center"/>
            <w:shd w:fill="F5F3FF"/>
          </w:tcPr>
          <w:p>
            <w:pPr>
              <w:spacing w:after="0"/>
            </w:pPr>
            <w:r/>
            <w:r>
              <w:rPr>
                <w:b w:val="0"/>
                <w:color w:val="334155"/>
                <w:sz w:val="16"/>
              </w:rPr>
              <w:t>☐ Reçu   ☐ Manquant</w:t>
            </w:r>
          </w:p>
        </w:tc>
        <w:tc>
          <w:tcPr>
            <w:tcW w:type="dxa" w:w="3437"/>
            <w:tcBorders>
              <w:top w:val="single" w:sz="6" w:color="CBD5E1"/>
              <w:left w:val="single" w:sz="6" w:color="CBD5E1"/>
              <w:bottom w:val="single" w:sz="6" w:color="CBD5E1"/>
              <w:right w:val="single" w:sz="6" w:color="CBD5E1"/>
            </w:tcBorders>
            <w:vAlign w:val="center"/>
            <w:shd w:fill="F5F3FF"/>
          </w:tcPr>
          <w:p>
            <w:pPr>
              <w:spacing w:after="0"/>
            </w:pPr>
            <w:r/>
            <w:r>
              <w:rPr>
                <w:b w:val="0"/>
                <w:color w:val="64748B"/>
                <w:sz w:val="16"/>
              </w:rPr>
              <w:t>À compléter</w:t>
            </w:r>
          </w:p>
        </w:tc>
      </w:tr>
      <w:tr>
        <w:tc>
          <w:tcPr>
            <w:tcW w:type="dxa" w:w="3437"/>
            <w:tcBorders>
              <w:top w:val="single" w:sz="6" w:color="CBD5E1"/>
              <w:left w:val="single" w:sz="6" w:color="CBD5E1"/>
              <w:bottom w:val="single" w:sz="6" w:color="CBD5E1"/>
              <w:right w:val="single" w:sz="6" w:color="CBD5E1"/>
            </w:tcBorders>
            <w:vAlign w:val="center"/>
            <w:shd w:fill="FFFFFF"/>
          </w:tcPr>
          <w:p>
            <w:pPr>
              <w:spacing w:after="0"/>
            </w:pPr>
            <w:r/>
            <w:r>
              <w:rPr>
                <w:b w:val="0"/>
                <w:color w:val="334155"/>
                <w:sz w:val="16"/>
              </w:rPr>
              <w:t>Questionnaire de satisfaction</w:t>
            </w:r>
          </w:p>
        </w:tc>
        <w:tc>
          <w:tcPr>
            <w:tcW w:type="dxa" w:w="3437"/>
            <w:tcBorders>
              <w:top w:val="single" w:sz="6" w:color="CBD5E1"/>
              <w:left w:val="single" w:sz="6" w:color="CBD5E1"/>
              <w:bottom w:val="single" w:sz="6" w:color="CBD5E1"/>
              <w:right w:val="single" w:sz="6" w:color="CBD5E1"/>
            </w:tcBorders>
            <w:vAlign w:val="center"/>
            <w:shd w:fill="FFFFFF"/>
          </w:tcPr>
          <w:p>
            <w:pPr>
              <w:spacing w:after="0"/>
            </w:pPr>
            <w:r/>
            <w:r>
              <w:rPr>
                <w:b w:val="0"/>
                <w:color w:val="334155"/>
                <w:sz w:val="16"/>
              </w:rPr>
              <w:t>☐ Reçu   ☐ Manquant</w:t>
            </w:r>
          </w:p>
        </w:tc>
        <w:tc>
          <w:tcPr>
            <w:tcW w:type="dxa" w:w="3437"/>
            <w:tcBorders>
              <w:top w:val="single" w:sz="6" w:color="CBD5E1"/>
              <w:left w:val="single" w:sz="6" w:color="CBD5E1"/>
              <w:bottom w:val="single" w:sz="6" w:color="CBD5E1"/>
              <w:right w:val="single" w:sz="6" w:color="CBD5E1"/>
            </w:tcBorders>
            <w:vAlign w:val="center"/>
            <w:shd w:fill="FFFFFF"/>
          </w:tcPr>
          <w:p>
            <w:pPr>
              <w:spacing w:after="0"/>
            </w:pPr>
            <w:r/>
            <w:r>
              <w:rPr>
                <w:b w:val="0"/>
                <w:color w:val="64748B"/>
                <w:sz w:val="16"/>
              </w:rPr>
              <w:t>À compléter</w:t>
            </w:r>
          </w:p>
        </w:tc>
      </w:tr>
    </w:tbl>
    <w:p>
      <w:r>
        <w:br w:type="page"/>
      </w:r>
    </w:p>
    <w:p>
      <w:pPr>
        <w:spacing w:before="200" w:after="120"/>
      </w:pPr>
      <w:r>
        <w:rPr>
          <w:b/>
          <w:color w:val="0F2747"/>
          <w:sz w:val="32"/>
        </w:rPr>
        <w:t>7. Évaluation des acquis</w:t>
      </w:r>
    </w:p>
    <w:tbl>
      <w:tblPr>
        <w:tblW w:type="auto" w:w="0"/>
        <w:tblLook w:firstColumn="1" w:firstRow="1" w:lastColumn="0" w:lastRow="0" w:noHBand="0" w:noVBand="1" w:val="04A0"/>
      </w:tblPr>
      <w:tblGrid>
        <w:gridCol w:w="2578"/>
        <w:gridCol w:w="2578"/>
        <w:gridCol w:w="2578"/>
        <w:gridCol w:w="2578"/>
      </w:tblGrid>
      <w:tr>
        <w:tc>
          <w:tcPr>
            <w:tcW w:type="dxa" w:w="2578"/>
            <w:tcBorders>
              <w:top w:val="single" w:sz="6" w:color="CBD5E1"/>
              <w:left w:val="single" w:sz="6" w:color="CBD5E1"/>
              <w:bottom w:val="single" w:sz="6" w:color="CBD5E1"/>
              <w:right w:val="single" w:sz="6" w:color="CBD5E1"/>
            </w:tcBorders>
            <w:vAlign w:val="center"/>
            <w:shd w:fill="0EA5E9"/>
          </w:tcPr>
          <w:p>
            <w:pPr>
              <w:spacing w:after="0"/>
            </w:pPr>
            <w:r/>
            <w:r>
              <w:rPr>
                <w:b/>
                <w:color w:val="FFFFFF"/>
                <w:sz w:val="18"/>
              </w:rPr>
              <w:t>Compétence évaluée</w:t>
            </w:r>
          </w:p>
        </w:tc>
        <w:tc>
          <w:tcPr>
            <w:tcW w:type="dxa" w:w="2578"/>
            <w:tcBorders>
              <w:top w:val="single" w:sz="6" w:color="CBD5E1"/>
              <w:left w:val="single" w:sz="6" w:color="CBD5E1"/>
              <w:bottom w:val="single" w:sz="6" w:color="CBD5E1"/>
              <w:right w:val="single" w:sz="6" w:color="CBD5E1"/>
            </w:tcBorders>
            <w:vAlign w:val="center"/>
            <w:shd w:fill="0EA5E9"/>
          </w:tcPr>
          <w:p>
            <w:pPr>
              <w:spacing w:after="0"/>
            </w:pPr>
            <w:r/>
            <w:r>
              <w:rPr>
                <w:b/>
                <w:color w:val="FFFFFF"/>
                <w:sz w:val="18"/>
              </w:rPr>
              <w:t>Avant formation</w:t>
            </w:r>
          </w:p>
        </w:tc>
        <w:tc>
          <w:tcPr>
            <w:tcW w:type="dxa" w:w="2578"/>
            <w:tcBorders>
              <w:top w:val="single" w:sz="6" w:color="CBD5E1"/>
              <w:left w:val="single" w:sz="6" w:color="CBD5E1"/>
              <w:bottom w:val="single" w:sz="6" w:color="CBD5E1"/>
              <w:right w:val="single" w:sz="6" w:color="CBD5E1"/>
            </w:tcBorders>
            <w:vAlign w:val="center"/>
            <w:shd w:fill="0EA5E9"/>
          </w:tcPr>
          <w:p>
            <w:pPr>
              <w:spacing w:after="0"/>
            </w:pPr>
            <w:r/>
            <w:r>
              <w:rPr>
                <w:b/>
                <w:color w:val="FFFFFF"/>
                <w:sz w:val="18"/>
              </w:rPr>
              <w:t>Après formation</w:t>
            </w:r>
          </w:p>
        </w:tc>
        <w:tc>
          <w:tcPr>
            <w:tcW w:type="dxa" w:w="2578"/>
            <w:tcBorders>
              <w:top w:val="single" w:sz="6" w:color="CBD5E1"/>
              <w:left w:val="single" w:sz="6" w:color="CBD5E1"/>
              <w:bottom w:val="single" w:sz="6" w:color="CBD5E1"/>
              <w:right w:val="single" w:sz="6" w:color="CBD5E1"/>
            </w:tcBorders>
            <w:vAlign w:val="center"/>
            <w:shd w:fill="0EA5E9"/>
          </w:tcPr>
          <w:p>
            <w:pPr>
              <w:spacing w:after="0"/>
            </w:pPr>
            <w:r/>
            <w:r>
              <w:rPr>
                <w:b/>
                <w:color w:val="FFFFFF"/>
                <w:sz w:val="18"/>
              </w:rPr>
              <w:t>Observation du formateur</w:t>
            </w:r>
          </w:p>
        </w:tc>
      </w:tr>
      <w:tr>
        <w:tc>
          <w:tcPr>
            <w:tcW w:type="dxa" w:w="2578"/>
            <w:tcBorders>
              <w:top w:val="single" w:sz="6" w:color="CBD5E1"/>
              <w:left w:val="single" w:sz="6" w:color="CBD5E1"/>
              <w:bottom w:val="single" w:sz="6" w:color="CBD5E1"/>
              <w:right w:val="single" w:sz="6" w:color="CBD5E1"/>
            </w:tcBorders>
            <w:vAlign w:val="center"/>
            <w:shd w:fill="F0F9FF"/>
          </w:tcPr>
          <w:p/>
        </w:tc>
        <w:tc>
          <w:tcPr>
            <w:tcW w:type="dxa" w:w="2578"/>
            <w:tcBorders>
              <w:top w:val="single" w:sz="6" w:color="CBD5E1"/>
              <w:left w:val="single" w:sz="6" w:color="CBD5E1"/>
              <w:bottom w:val="single" w:sz="6" w:color="CBD5E1"/>
              <w:right w:val="single" w:sz="6" w:color="CBD5E1"/>
            </w:tcBorders>
            <w:vAlign w:val="center"/>
            <w:shd w:fill="F0F9FF"/>
          </w:tcPr>
          <w:p/>
        </w:tc>
        <w:tc>
          <w:tcPr>
            <w:tcW w:type="dxa" w:w="2578"/>
            <w:tcBorders>
              <w:top w:val="single" w:sz="6" w:color="CBD5E1"/>
              <w:left w:val="single" w:sz="6" w:color="CBD5E1"/>
              <w:bottom w:val="single" w:sz="6" w:color="CBD5E1"/>
              <w:right w:val="single" w:sz="6" w:color="CBD5E1"/>
            </w:tcBorders>
            <w:vAlign w:val="center"/>
            <w:shd w:fill="F0F9FF"/>
          </w:tcPr>
          <w:p/>
        </w:tc>
        <w:tc>
          <w:tcPr>
            <w:tcW w:type="dxa" w:w="2578"/>
            <w:tcBorders>
              <w:top w:val="single" w:sz="6" w:color="CBD5E1"/>
              <w:left w:val="single" w:sz="6" w:color="CBD5E1"/>
              <w:bottom w:val="single" w:sz="6" w:color="CBD5E1"/>
              <w:right w:val="single" w:sz="6" w:color="CBD5E1"/>
            </w:tcBorders>
            <w:vAlign w:val="center"/>
            <w:shd w:fill="F0F9FF"/>
          </w:tcPr>
          <w:p/>
        </w:tc>
      </w:tr>
      <w:tr>
        <w:tc>
          <w:tcPr>
            <w:tcW w:type="dxa" w:w="2578"/>
            <w:tcBorders>
              <w:top w:val="single" w:sz="6" w:color="CBD5E1"/>
              <w:left w:val="single" w:sz="6" w:color="CBD5E1"/>
              <w:bottom w:val="single" w:sz="6" w:color="CBD5E1"/>
              <w:right w:val="single" w:sz="6" w:color="CBD5E1"/>
            </w:tcBorders>
            <w:vAlign w:val="center"/>
            <w:shd w:fill="FFFFFF"/>
          </w:tcPr>
          <w:p/>
        </w:tc>
        <w:tc>
          <w:tcPr>
            <w:tcW w:type="dxa" w:w="2578"/>
            <w:tcBorders>
              <w:top w:val="single" w:sz="6" w:color="CBD5E1"/>
              <w:left w:val="single" w:sz="6" w:color="CBD5E1"/>
              <w:bottom w:val="single" w:sz="6" w:color="CBD5E1"/>
              <w:right w:val="single" w:sz="6" w:color="CBD5E1"/>
            </w:tcBorders>
            <w:vAlign w:val="center"/>
            <w:shd w:fill="FFFFFF"/>
          </w:tcPr>
          <w:p/>
        </w:tc>
        <w:tc>
          <w:tcPr>
            <w:tcW w:type="dxa" w:w="2578"/>
            <w:tcBorders>
              <w:top w:val="single" w:sz="6" w:color="CBD5E1"/>
              <w:left w:val="single" w:sz="6" w:color="CBD5E1"/>
              <w:bottom w:val="single" w:sz="6" w:color="CBD5E1"/>
              <w:right w:val="single" w:sz="6" w:color="CBD5E1"/>
            </w:tcBorders>
            <w:vAlign w:val="center"/>
            <w:shd w:fill="FFFFFF"/>
          </w:tcPr>
          <w:p/>
        </w:tc>
        <w:tc>
          <w:tcPr>
            <w:tcW w:type="dxa" w:w="2578"/>
            <w:tcBorders>
              <w:top w:val="single" w:sz="6" w:color="CBD5E1"/>
              <w:left w:val="single" w:sz="6" w:color="CBD5E1"/>
              <w:bottom w:val="single" w:sz="6" w:color="CBD5E1"/>
              <w:right w:val="single" w:sz="6" w:color="CBD5E1"/>
            </w:tcBorders>
            <w:vAlign w:val="center"/>
            <w:shd w:fill="FFFFFF"/>
          </w:tcPr>
          <w:p/>
        </w:tc>
      </w:tr>
      <w:tr>
        <w:tc>
          <w:tcPr>
            <w:tcW w:type="dxa" w:w="2578"/>
            <w:tcBorders>
              <w:top w:val="single" w:sz="6" w:color="CBD5E1"/>
              <w:left w:val="single" w:sz="6" w:color="CBD5E1"/>
              <w:bottom w:val="single" w:sz="6" w:color="CBD5E1"/>
              <w:right w:val="single" w:sz="6" w:color="CBD5E1"/>
            </w:tcBorders>
            <w:vAlign w:val="center"/>
            <w:shd w:fill="F0F9FF"/>
          </w:tcPr>
          <w:p/>
        </w:tc>
        <w:tc>
          <w:tcPr>
            <w:tcW w:type="dxa" w:w="2578"/>
            <w:tcBorders>
              <w:top w:val="single" w:sz="6" w:color="CBD5E1"/>
              <w:left w:val="single" w:sz="6" w:color="CBD5E1"/>
              <w:bottom w:val="single" w:sz="6" w:color="CBD5E1"/>
              <w:right w:val="single" w:sz="6" w:color="CBD5E1"/>
            </w:tcBorders>
            <w:vAlign w:val="center"/>
            <w:shd w:fill="F0F9FF"/>
          </w:tcPr>
          <w:p/>
        </w:tc>
        <w:tc>
          <w:tcPr>
            <w:tcW w:type="dxa" w:w="2578"/>
            <w:tcBorders>
              <w:top w:val="single" w:sz="6" w:color="CBD5E1"/>
              <w:left w:val="single" w:sz="6" w:color="CBD5E1"/>
              <w:bottom w:val="single" w:sz="6" w:color="CBD5E1"/>
              <w:right w:val="single" w:sz="6" w:color="CBD5E1"/>
            </w:tcBorders>
            <w:vAlign w:val="center"/>
            <w:shd w:fill="F0F9FF"/>
          </w:tcPr>
          <w:p/>
        </w:tc>
        <w:tc>
          <w:tcPr>
            <w:tcW w:type="dxa" w:w="2578"/>
            <w:tcBorders>
              <w:top w:val="single" w:sz="6" w:color="CBD5E1"/>
              <w:left w:val="single" w:sz="6" w:color="CBD5E1"/>
              <w:bottom w:val="single" w:sz="6" w:color="CBD5E1"/>
              <w:right w:val="single" w:sz="6" w:color="CBD5E1"/>
            </w:tcBorders>
            <w:vAlign w:val="center"/>
            <w:shd w:fill="F0F9FF"/>
          </w:tcPr>
          <w:p/>
        </w:tc>
      </w:tr>
      <w:tr>
        <w:tc>
          <w:tcPr>
            <w:tcW w:type="dxa" w:w="2578"/>
            <w:tcBorders>
              <w:top w:val="single" w:sz="6" w:color="CBD5E1"/>
              <w:left w:val="single" w:sz="6" w:color="CBD5E1"/>
              <w:bottom w:val="single" w:sz="6" w:color="CBD5E1"/>
              <w:right w:val="single" w:sz="6" w:color="CBD5E1"/>
            </w:tcBorders>
            <w:vAlign w:val="center"/>
            <w:shd w:fill="FFFFFF"/>
          </w:tcPr>
          <w:p/>
        </w:tc>
        <w:tc>
          <w:tcPr>
            <w:tcW w:type="dxa" w:w="2578"/>
            <w:tcBorders>
              <w:top w:val="single" w:sz="6" w:color="CBD5E1"/>
              <w:left w:val="single" w:sz="6" w:color="CBD5E1"/>
              <w:bottom w:val="single" w:sz="6" w:color="CBD5E1"/>
              <w:right w:val="single" w:sz="6" w:color="CBD5E1"/>
            </w:tcBorders>
            <w:vAlign w:val="center"/>
            <w:shd w:fill="FFFFFF"/>
          </w:tcPr>
          <w:p/>
        </w:tc>
        <w:tc>
          <w:tcPr>
            <w:tcW w:type="dxa" w:w="2578"/>
            <w:tcBorders>
              <w:top w:val="single" w:sz="6" w:color="CBD5E1"/>
              <w:left w:val="single" w:sz="6" w:color="CBD5E1"/>
              <w:bottom w:val="single" w:sz="6" w:color="CBD5E1"/>
              <w:right w:val="single" w:sz="6" w:color="CBD5E1"/>
            </w:tcBorders>
            <w:vAlign w:val="center"/>
            <w:shd w:fill="FFFFFF"/>
          </w:tcPr>
          <w:p/>
        </w:tc>
        <w:tc>
          <w:tcPr>
            <w:tcW w:type="dxa" w:w="2578"/>
            <w:tcBorders>
              <w:top w:val="single" w:sz="6" w:color="CBD5E1"/>
              <w:left w:val="single" w:sz="6" w:color="CBD5E1"/>
              <w:bottom w:val="single" w:sz="6" w:color="CBD5E1"/>
              <w:right w:val="single" w:sz="6" w:color="CBD5E1"/>
            </w:tcBorders>
            <w:vAlign w:val="center"/>
            <w:shd w:fill="FFFFFF"/>
          </w:tcPr>
          <w:p/>
        </w:tc>
      </w:tr>
      <w:tr>
        <w:tc>
          <w:tcPr>
            <w:tcW w:type="dxa" w:w="2578"/>
            <w:tcBorders>
              <w:top w:val="single" w:sz="6" w:color="CBD5E1"/>
              <w:left w:val="single" w:sz="6" w:color="CBD5E1"/>
              <w:bottom w:val="single" w:sz="6" w:color="CBD5E1"/>
              <w:right w:val="single" w:sz="6" w:color="CBD5E1"/>
            </w:tcBorders>
            <w:vAlign w:val="center"/>
            <w:shd w:fill="F0F9FF"/>
          </w:tcPr>
          <w:p/>
        </w:tc>
        <w:tc>
          <w:tcPr>
            <w:tcW w:type="dxa" w:w="2578"/>
            <w:tcBorders>
              <w:top w:val="single" w:sz="6" w:color="CBD5E1"/>
              <w:left w:val="single" w:sz="6" w:color="CBD5E1"/>
              <w:bottom w:val="single" w:sz="6" w:color="CBD5E1"/>
              <w:right w:val="single" w:sz="6" w:color="CBD5E1"/>
            </w:tcBorders>
            <w:vAlign w:val="center"/>
            <w:shd w:fill="F0F9FF"/>
          </w:tcPr>
          <w:p/>
        </w:tc>
        <w:tc>
          <w:tcPr>
            <w:tcW w:type="dxa" w:w="2578"/>
            <w:tcBorders>
              <w:top w:val="single" w:sz="6" w:color="CBD5E1"/>
              <w:left w:val="single" w:sz="6" w:color="CBD5E1"/>
              <w:bottom w:val="single" w:sz="6" w:color="CBD5E1"/>
              <w:right w:val="single" w:sz="6" w:color="CBD5E1"/>
            </w:tcBorders>
            <w:vAlign w:val="center"/>
            <w:shd w:fill="F0F9FF"/>
          </w:tcPr>
          <w:p/>
        </w:tc>
        <w:tc>
          <w:tcPr>
            <w:tcW w:type="dxa" w:w="2578"/>
            <w:tcBorders>
              <w:top w:val="single" w:sz="6" w:color="CBD5E1"/>
              <w:left w:val="single" w:sz="6" w:color="CBD5E1"/>
              <w:bottom w:val="single" w:sz="6" w:color="CBD5E1"/>
              <w:right w:val="single" w:sz="6" w:color="CBD5E1"/>
            </w:tcBorders>
            <w:vAlign w:val="center"/>
            <w:shd w:fill="F0F9FF"/>
          </w:tcPr>
          <w:p/>
        </w:tc>
      </w:tr>
      <w:tr>
        <w:tc>
          <w:tcPr>
            <w:tcW w:type="dxa" w:w="2578"/>
            <w:tcBorders>
              <w:top w:val="single" w:sz="6" w:color="CBD5E1"/>
              <w:left w:val="single" w:sz="6" w:color="CBD5E1"/>
              <w:bottom w:val="single" w:sz="6" w:color="CBD5E1"/>
              <w:right w:val="single" w:sz="6" w:color="CBD5E1"/>
            </w:tcBorders>
            <w:vAlign w:val="center"/>
            <w:shd w:fill="FFFFFF"/>
          </w:tcPr>
          <w:p/>
        </w:tc>
        <w:tc>
          <w:tcPr>
            <w:tcW w:type="dxa" w:w="2578"/>
            <w:tcBorders>
              <w:top w:val="single" w:sz="6" w:color="CBD5E1"/>
              <w:left w:val="single" w:sz="6" w:color="CBD5E1"/>
              <w:bottom w:val="single" w:sz="6" w:color="CBD5E1"/>
              <w:right w:val="single" w:sz="6" w:color="CBD5E1"/>
            </w:tcBorders>
            <w:vAlign w:val="center"/>
            <w:shd w:fill="FFFFFF"/>
          </w:tcPr>
          <w:p/>
        </w:tc>
        <w:tc>
          <w:tcPr>
            <w:tcW w:type="dxa" w:w="2578"/>
            <w:tcBorders>
              <w:top w:val="single" w:sz="6" w:color="CBD5E1"/>
              <w:left w:val="single" w:sz="6" w:color="CBD5E1"/>
              <w:bottom w:val="single" w:sz="6" w:color="CBD5E1"/>
              <w:right w:val="single" w:sz="6" w:color="CBD5E1"/>
            </w:tcBorders>
            <w:vAlign w:val="center"/>
            <w:shd w:fill="FFFFFF"/>
          </w:tcPr>
          <w:p/>
        </w:tc>
        <w:tc>
          <w:tcPr>
            <w:tcW w:type="dxa" w:w="2578"/>
            <w:tcBorders>
              <w:top w:val="single" w:sz="6" w:color="CBD5E1"/>
              <w:left w:val="single" w:sz="6" w:color="CBD5E1"/>
              <w:bottom w:val="single" w:sz="6" w:color="CBD5E1"/>
              <w:right w:val="single" w:sz="6" w:color="CBD5E1"/>
            </w:tcBorders>
            <w:vAlign w:val="center"/>
            <w:shd w:fill="FFFFFF"/>
          </w:tcPr>
          <w:p/>
        </w:tc>
      </w:tr>
    </w:tbl>
    <w:p>
      <w:pPr>
        <w:spacing w:before="200" w:after="120"/>
      </w:pPr>
      <w:r>
        <w:rPr>
          <w:b/>
          <w:color w:val="0F2747"/>
          <w:sz w:val="32"/>
        </w:rPr>
        <w:t>8. Satisfaction et qualité de la formation</w:t>
      </w:r>
    </w:p>
    <w:tbl>
      <w:tblPr>
        <w:tblW w:type="auto" w:w="0"/>
        <w:tblLook w:firstColumn="1" w:firstRow="1" w:lastColumn="0" w:lastRow="0" w:noHBand="0" w:noVBand="1" w:val="04A0"/>
      </w:tblPr>
      <w:tblGrid>
        <w:gridCol w:w="3437"/>
        <w:gridCol w:w="3437"/>
        <w:gridCol w:w="3437"/>
      </w:tblGrid>
      <w:tr>
        <w:tc>
          <w:tcPr>
            <w:tcW w:type="dxa" w:w="3437"/>
            <w:tcBorders>
              <w:top w:val="single" w:sz="6" w:color="CBD5E1"/>
              <w:left w:val="single" w:sz="6" w:color="CBD5E1"/>
              <w:bottom w:val="single" w:sz="6" w:color="CBD5E1"/>
              <w:right w:val="single" w:sz="6" w:color="CBD5E1"/>
            </w:tcBorders>
            <w:vAlign w:val="center"/>
            <w:shd w:fill="F97316"/>
          </w:tcPr>
          <w:p>
            <w:pPr>
              <w:spacing w:after="0"/>
            </w:pPr>
            <w:r/>
            <w:r>
              <w:rPr>
                <w:b/>
                <w:color w:val="FFFFFF"/>
                <w:sz w:val="18"/>
              </w:rPr>
              <w:t>Critère</w:t>
            </w:r>
          </w:p>
        </w:tc>
        <w:tc>
          <w:tcPr>
            <w:tcW w:type="dxa" w:w="3437"/>
            <w:tcBorders>
              <w:top w:val="single" w:sz="6" w:color="CBD5E1"/>
              <w:left w:val="single" w:sz="6" w:color="CBD5E1"/>
              <w:bottom w:val="single" w:sz="6" w:color="CBD5E1"/>
              <w:right w:val="single" w:sz="6" w:color="CBD5E1"/>
            </w:tcBorders>
            <w:vAlign w:val="center"/>
            <w:shd w:fill="F97316"/>
          </w:tcPr>
          <w:p>
            <w:pPr>
              <w:spacing w:after="0"/>
            </w:pPr>
            <w:r/>
            <w:r>
              <w:rPr>
                <w:b/>
                <w:color w:val="FFFFFF"/>
                <w:sz w:val="18"/>
              </w:rPr>
              <w:t>Note / 5</w:t>
            </w:r>
          </w:p>
        </w:tc>
        <w:tc>
          <w:tcPr>
            <w:tcW w:type="dxa" w:w="3437"/>
            <w:tcBorders>
              <w:top w:val="single" w:sz="6" w:color="CBD5E1"/>
              <w:left w:val="single" w:sz="6" w:color="CBD5E1"/>
              <w:bottom w:val="single" w:sz="6" w:color="CBD5E1"/>
              <w:right w:val="single" w:sz="6" w:color="CBD5E1"/>
            </w:tcBorders>
            <w:vAlign w:val="center"/>
            <w:shd w:fill="F97316"/>
          </w:tcPr>
          <w:p>
            <w:pPr>
              <w:spacing w:after="0"/>
            </w:pPr>
            <w:r/>
            <w:r>
              <w:rPr>
                <w:b/>
                <w:color w:val="FFFFFF"/>
                <w:sz w:val="18"/>
              </w:rPr>
              <w:t>Commentaires</w:t>
            </w:r>
          </w:p>
        </w:tc>
      </w:tr>
      <w:tr>
        <w:tc>
          <w:tcPr>
            <w:tcW w:type="dxa" w:w="3437"/>
            <w:tcBorders>
              <w:top w:val="single" w:sz="6" w:color="CBD5E1"/>
              <w:left w:val="single" w:sz="6" w:color="CBD5E1"/>
              <w:bottom w:val="single" w:sz="6" w:color="CBD5E1"/>
              <w:right w:val="single" w:sz="6" w:color="CBD5E1"/>
            </w:tcBorders>
            <w:vAlign w:val="center"/>
            <w:shd w:fill="FFF7ED"/>
          </w:tcPr>
          <w:p>
            <w:pPr>
              <w:spacing w:after="0"/>
            </w:pPr>
            <w:r/>
            <w:r>
              <w:rPr>
                <w:b w:val="0"/>
                <w:color w:val="334155"/>
                <w:sz w:val="16"/>
              </w:rPr>
              <w:t>Contenu pédagogique</w:t>
            </w:r>
          </w:p>
        </w:tc>
        <w:tc>
          <w:tcPr>
            <w:tcW w:type="dxa" w:w="3437"/>
            <w:tcBorders>
              <w:top w:val="single" w:sz="6" w:color="CBD5E1"/>
              <w:left w:val="single" w:sz="6" w:color="CBD5E1"/>
              <w:bottom w:val="single" w:sz="6" w:color="CBD5E1"/>
              <w:right w:val="single" w:sz="6" w:color="CBD5E1"/>
            </w:tcBorders>
            <w:vAlign w:val="center"/>
            <w:shd w:fill="FFF7ED"/>
          </w:tcPr>
          <w:p>
            <w:pPr>
              <w:spacing w:after="0"/>
            </w:pPr>
            <w:r/>
            <w:r>
              <w:rPr>
                <w:b w:val="0"/>
                <w:color w:val="334155"/>
                <w:sz w:val="16"/>
              </w:rPr>
            </w:r>
          </w:p>
        </w:tc>
        <w:tc>
          <w:tcPr>
            <w:tcW w:type="dxa" w:w="3437"/>
            <w:tcBorders>
              <w:top w:val="single" w:sz="6" w:color="CBD5E1"/>
              <w:left w:val="single" w:sz="6" w:color="CBD5E1"/>
              <w:bottom w:val="single" w:sz="6" w:color="CBD5E1"/>
              <w:right w:val="single" w:sz="6" w:color="CBD5E1"/>
            </w:tcBorders>
            <w:vAlign w:val="center"/>
            <w:shd w:fill="FFF7ED"/>
          </w:tcPr>
          <w:p>
            <w:pPr>
              <w:spacing w:after="0"/>
            </w:pPr>
            <w:r/>
            <w:r>
              <w:rPr>
                <w:b w:val="0"/>
                <w:color w:val="334155"/>
                <w:sz w:val="16"/>
              </w:rPr>
            </w:r>
          </w:p>
        </w:tc>
      </w:tr>
      <w:tr>
        <w:tc>
          <w:tcPr>
            <w:tcW w:type="dxa" w:w="3437"/>
            <w:tcBorders>
              <w:top w:val="single" w:sz="6" w:color="CBD5E1"/>
              <w:left w:val="single" w:sz="6" w:color="CBD5E1"/>
              <w:bottom w:val="single" w:sz="6" w:color="CBD5E1"/>
              <w:right w:val="single" w:sz="6" w:color="CBD5E1"/>
            </w:tcBorders>
            <w:vAlign w:val="center"/>
            <w:shd w:fill="FFFFFF"/>
          </w:tcPr>
          <w:p>
            <w:pPr>
              <w:spacing w:after="0"/>
            </w:pPr>
            <w:r/>
            <w:r>
              <w:rPr>
                <w:b w:val="0"/>
                <w:color w:val="334155"/>
                <w:sz w:val="16"/>
              </w:rPr>
              <w:t>Animation</w:t>
            </w:r>
          </w:p>
        </w:tc>
        <w:tc>
          <w:tcPr>
            <w:tcW w:type="dxa" w:w="3437"/>
            <w:tcBorders>
              <w:top w:val="single" w:sz="6" w:color="CBD5E1"/>
              <w:left w:val="single" w:sz="6" w:color="CBD5E1"/>
              <w:bottom w:val="single" w:sz="6" w:color="CBD5E1"/>
              <w:right w:val="single" w:sz="6" w:color="CBD5E1"/>
            </w:tcBorders>
            <w:vAlign w:val="center"/>
            <w:shd w:fill="FFFFFF"/>
          </w:tcPr>
          <w:p>
            <w:pPr>
              <w:spacing w:after="0"/>
            </w:pPr>
            <w:r/>
            <w:r>
              <w:rPr>
                <w:b w:val="0"/>
                <w:color w:val="334155"/>
                <w:sz w:val="16"/>
              </w:rPr>
            </w:r>
          </w:p>
        </w:tc>
        <w:tc>
          <w:tcPr>
            <w:tcW w:type="dxa" w:w="3437"/>
            <w:tcBorders>
              <w:top w:val="single" w:sz="6" w:color="CBD5E1"/>
              <w:left w:val="single" w:sz="6" w:color="CBD5E1"/>
              <w:bottom w:val="single" w:sz="6" w:color="CBD5E1"/>
              <w:right w:val="single" w:sz="6" w:color="CBD5E1"/>
            </w:tcBorders>
            <w:vAlign w:val="center"/>
            <w:shd w:fill="FFFFFF"/>
          </w:tcPr>
          <w:p>
            <w:pPr>
              <w:spacing w:after="0"/>
            </w:pPr>
            <w:r/>
            <w:r>
              <w:rPr>
                <w:b w:val="0"/>
                <w:color w:val="334155"/>
                <w:sz w:val="16"/>
              </w:rPr>
            </w:r>
          </w:p>
        </w:tc>
      </w:tr>
      <w:tr>
        <w:tc>
          <w:tcPr>
            <w:tcW w:type="dxa" w:w="3437"/>
            <w:tcBorders>
              <w:top w:val="single" w:sz="6" w:color="CBD5E1"/>
              <w:left w:val="single" w:sz="6" w:color="CBD5E1"/>
              <w:bottom w:val="single" w:sz="6" w:color="CBD5E1"/>
              <w:right w:val="single" w:sz="6" w:color="CBD5E1"/>
            </w:tcBorders>
            <w:vAlign w:val="center"/>
            <w:shd w:fill="FFF7ED"/>
          </w:tcPr>
          <w:p>
            <w:pPr>
              <w:spacing w:after="0"/>
            </w:pPr>
            <w:r/>
            <w:r>
              <w:rPr>
                <w:b w:val="0"/>
                <w:color w:val="334155"/>
                <w:sz w:val="16"/>
              </w:rPr>
              <w:t>Supports</w:t>
            </w:r>
          </w:p>
        </w:tc>
        <w:tc>
          <w:tcPr>
            <w:tcW w:type="dxa" w:w="3437"/>
            <w:tcBorders>
              <w:top w:val="single" w:sz="6" w:color="CBD5E1"/>
              <w:left w:val="single" w:sz="6" w:color="CBD5E1"/>
              <w:bottom w:val="single" w:sz="6" w:color="CBD5E1"/>
              <w:right w:val="single" w:sz="6" w:color="CBD5E1"/>
            </w:tcBorders>
            <w:vAlign w:val="center"/>
            <w:shd w:fill="FFF7ED"/>
          </w:tcPr>
          <w:p>
            <w:pPr>
              <w:spacing w:after="0"/>
            </w:pPr>
            <w:r/>
            <w:r>
              <w:rPr>
                <w:b w:val="0"/>
                <w:color w:val="334155"/>
                <w:sz w:val="16"/>
              </w:rPr>
            </w:r>
          </w:p>
        </w:tc>
        <w:tc>
          <w:tcPr>
            <w:tcW w:type="dxa" w:w="3437"/>
            <w:tcBorders>
              <w:top w:val="single" w:sz="6" w:color="CBD5E1"/>
              <w:left w:val="single" w:sz="6" w:color="CBD5E1"/>
              <w:bottom w:val="single" w:sz="6" w:color="CBD5E1"/>
              <w:right w:val="single" w:sz="6" w:color="CBD5E1"/>
            </w:tcBorders>
            <w:vAlign w:val="center"/>
            <w:shd w:fill="FFF7ED"/>
          </w:tcPr>
          <w:p>
            <w:pPr>
              <w:spacing w:after="0"/>
            </w:pPr>
            <w:r/>
            <w:r>
              <w:rPr>
                <w:b w:val="0"/>
                <w:color w:val="334155"/>
                <w:sz w:val="16"/>
              </w:rPr>
            </w:r>
          </w:p>
        </w:tc>
      </w:tr>
      <w:tr>
        <w:tc>
          <w:tcPr>
            <w:tcW w:type="dxa" w:w="3437"/>
            <w:tcBorders>
              <w:top w:val="single" w:sz="6" w:color="CBD5E1"/>
              <w:left w:val="single" w:sz="6" w:color="CBD5E1"/>
              <w:bottom w:val="single" w:sz="6" w:color="CBD5E1"/>
              <w:right w:val="single" w:sz="6" w:color="CBD5E1"/>
            </w:tcBorders>
            <w:vAlign w:val="center"/>
            <w:shd w:fill="FFFFFF"/>
          </w:tcPr>
          <w:p>
            <w:pPr>
              <w:spacing w:after="0"/>
            </w:pPr>
            <w:r/>
            <w:r>
              <w:rPr>
                <w:b w:val="0"/>
                <w:color w:val="334155"/>
                <w:sz w:val="16"/>
              </w:rPr>
              <w:t>Exercices pratiques</w:t>
            </w:r>
          </w:p>
        </w:tc>
        <w:tc>
          <w:tcPr>
            <w:tcW w:type="dxa" w:w="3437"/>
            <w:tcBorders>
              <w:top w:val="single" w:sz="6" w:color="CBD5E1"/>
              <w:left w:val="single" w:sz="6" w:color="CBD5E1"/>
              <w:bottom w:val="single" w:sz="6" w:color="CBD5E1"/>
              <w:right w:val="single" w:sz="6" w:color="CBD5E1"/>
            </w:tcBorders>
            <w:vAlign w:val="center"/>
            <w:shd w:fill="FFFFFF"/>
          </w:tcPr>
          <w:p>
            <w:pPr>
              <w:spacing w:after="0"/>
            </w:pPr>
            <w:r/>
            <w:r>
              <w:rPr>
                <w:b w:val="0"/>
                <w:color w:val="334155"/>
                <w:sz w:val="16"/>
              </w:rPr>
            </w:r>
          </w:p>
        </w:tc>
        <w:tc>
          <w:tcPr>
            <w:tcW w:type="dxa" w:w="3437"/>
            <w:tcBorders>
              <w:top w:val="single" w:sz="6" w:color="CBD5E1"/>
              <w:left w:val="single" w:sz="6" w:color="CBD5E1"/>
              <w:bottom w:val="single" w:sz="6" w:color="CBD5E1"/>
              <w:right w:val="single" w:sz="6" w:color="CBD5E1"/>
            </w:tcBorders>
            <w:vAlign w:val="center"/>
            <w:shd w:fill="FFFFFF"/>
          </w:tcPr>
          <w:p>
            <w:pPr>
              <w:spacing w:after="0"/>
            </w:pPr>
            <w:r/>
            <w:r>
              <w:rPr>
                <w:b w:val="0"/>
                <w:color w:val="334155"/>
                <w:sz w:val="16"/>
              </w:rPr>
            </w:r>
          </w:p>
        </w:tc>
      </w:tr>
      <w:tr>
        <w:tc>
          <w:tcPr>
            <w:tcW w:type="dxa" w:w="3437"/>
            <w:tcBorders>
              <w:top w:val="single" w:sz="6" w:color="CBD5E1"/>
              <w:left w:val="single" w:sz="6" w:color="CBD5E1"/>
              <w:bottom w:val="single" w:sz="6" w:color="CBD5E1"/>
              <w:right w:val="single" w:sz="6" w:color="CBD5E1"/>
            </w:tcBorders>
            <w:vAlign w:val="center"/>
            <w:shd w:fill="FFF7ED"/>
          </w:tcPr>
          <w:p>
            <w:pPr>
              <w:spacing w:after="0"/>
            </w:pPr>
            <w:r/>
            <w:r>
              <w:rPr>
                <w:b w:val="0"/>
                <w:color w:val="334155"/>
                <w:sz w:val="16"/>
              </w:rPr>
              <w:t>Utilité métier</w:t>
            </w:r>
          </w:p>
        </w:tc>
        <w:tc>
          <w:tcPr>
            <w:tcW w:type="dxa" w:w="3437"/>
            <w:tcBorders>
              <w:top w:val="single" w:sz="6" w:color="CBD5E1"/>
              <w:left w:val="single" w:sz="6" w:color="CBD5E1"/>
              <w:bottom w:val="single" w:sz="6" w:color="CBD5E1"/>
              <w:right w:val="single" w:sz="6" w:color="CBD5E1"/>
            </w:tcBorders>
            <w:vAlign w:val="center"/>
            <w:shd w:fill="FFF7ED"/>
          </w:tcPr>
          <w:p>
            <w:pPr>
              <w:spacing w:after="0"/>
            </w:pPr>
            <w:r/>
            <w:r>
              <w:rPr>
                <w:b w:val="0"/>
                <w:color w:val="334155"/>
                <w:sz w:val="16"/>
              </w:rPr>
            </w:r>
          </w:p>
        </w:tc>
        <w:tc>
          <w:tcPr>
            <w:tcW w:type="dxa" w:w="3437"/>
            <w:tcBorders>
              <w:top w:val="single" w:sz="6" w:color="CBD5E1"/>
              <w:left w:val="single" w:sz="6" w:color="CBD5E1"/>
              <w:bottom w:val="single" w:sz="6" w:color="CBD5E1"/>
              <w:right w:val="single" w:sz="6" w:color="CBD5E1"/>
            </w:tcBorders>
            <w:vAlign w:val="center"/>
            <w:shd w:fill="FFF7ED"/>
          </w:tcPr>
          <w:p>
            <w:pPr>
              <w:spacing w:after="0"/>
            </w:pPr>
            <w:r/>
            <w:r>
              <w:rPr>
                <w:b w:val="0"/>
                <w:color w:val="334155"/>
                <w:sz w:val="16"/>
              </w:rPr>
            </w:r>
          </w:p>
        </w:tc>
      </w:tr>
      <w:tr>
        <w:tc>
          <w:tcPr>
            <w:tcW w:type="dxa" w:w="3437"/>
            <w:tcBorders>
              <w:top w:val="single" w:sz="6" w:color="CBD5E1"/>
              <w:left w:val="single" w:sz="6" w:color="CBD5E1"/>
              <w:bottom w:val="single" w:sz="6" w:color="CBD5E1"/>
              <w:right w:val="single" w:sz="6" w:color="CBD5E1"/>
            </w:tcBorders>
            <w:vAlign w:val="center"/>
            <w:shd w:fill="FFFFFF"/>
          </w:tcPr>
          <w:p>
            <w:pPr>
              <w:spacing w:after="0"/>
            </w:pPr>
            <w:r/>
            <w:r>
              <w:rPr>
                <w:b w:val="0"/>
                <w:color w:val="334155"/>
                <w:sz w:val="16"/>
              </w:rPr>
              <w:t>Organisation</w:t>
            </w:r>
          </w:p>
        </w:tc>
        <w:tc>
          <w:tcPr>
            <w:tcW w:type="dxa" w:w="3437"/>
            <w:tcBorders>
              <w:top w:val="single" w:sz="6" w:color="CBD5E1"/>
              <w:left w:val="single" w:sz="6" w:color="CBD5E1"/>
              <w:bottom w:val="single" w:sz="6" w:color="CBD5E1"/>
              <w:right w:val="single" w:sz="6" w:color="CBD5E1"/>
            </w:tcBorders>
            <w:vAlign w:val="center"/>
            <w:shd w:fill="FFFFFF"/>
          </w:tcPr>
          <w:p>
            <w:pPr>
              <w:spacing w:after="0"/>
            </w:pPr>
            <w:r/>
            <w:r>
              <w:rPr>
                <w:b w:val="0"/>
                <w:color w:val="334155"/>
                <w:sz w:val="16"/>
              </w:rPr>
            </w:r>
          </w:p>
        </w:tc>
        <w:tc>
          <w:tcPr>
            <w:tcW w:type="dxa" w:w="3437"/>
            <w:tcBorders>
              <w:top w:val="single" w:sz="6" w:color="CBD5E1"/>
              <w:left w:val="single" w:sz="6" w:color="CBD5E1"/>
              <w:bottom w:val="single" w:sz="6" w:color="CBD5E1"/>
              <w:right w:val="single" w:sz="6" w:color="CBD5E1"/>
            </w:tcBorders>
            <w:vAlign w:val="center"/>
            <w:shd w:fill="FFFFFF"/>
          </w:tcPr>
          <w:p>
            <w:pPr>
              <w:spacing w:after="0"/>
            </w:pPr>
            <w:r/>
            <w:r>
              <w:rPr>
                <w:b w:val="0"/>
                <w:color w:val="334155"/>
                <w:sz w:val="16"/>
              </w:rPr>
            </w:r>
          </w:p>
        </w:tc>
      </w:tr>
    </w:tbl>
    <w:p>
      <w:pPr>
        <w:spacing w:before="200" w:after="120"/>
      </w:pPr>
      <w:r>
        <w:rPr>
          <w:b/>
          <w:color w:val="0F2747"/>
          <w:sz w:val="32"/>
        </w:rPr>
        <w:t>9. Plan d’actions post-formation</w:t>
      </w:r>
    </w:p>
    <w:tbl>
      <w:tblPr>
        <w:tblW w:type="auto" w:w="0"/>
        <w:tblLook w:firstColumn="1" w:firstRow="1" w:lastColumn="0" w:lastRow="0" w:noHBand="0" w:noVBand="1" w:val="04A0"/>
      </w:tblPr>
      <w:tblGrid>
        <w:gridCol w:w="2062"/>
        <w:gridCol w:w="2062"/>
        <w:gridCol w:w="2062"/>
        <w:gridCol w:w="2062"/>
        <w:gridCol w:w="2062"/>
      </w:tblGrid>
      <w:tr>
        <w:tc>
          <w:tcPr>
            <w:tcW w:type="dxa" w:w="2062"/>
            <w:tcBorders>
              <w:top w:val="single" w:sz="6" w:color="CBD5E1"/>
              <w:left w:val="single" w:sz="6" w:color="CBD5E1"/>
              <w:bottom w:val="single" w:sz="6" w:color="CBD5E1"/>
              <w:right w:val="single" w:sz="6" w:color="CBD5E1"/>
            </w:tcBorders>
            <w:vAlign w:val="center"/>
            <w:shd w:fill="DC2626"/>
          </w:tcPr>
          <w:p>
            <w:pPr>
              <w:spacing w:after="0"/>
            </w:pPr>
            <w:r/>
            <w:r>
              <w:rPr>
                <w:b/>
                <w:color w:val="FFFFFF"/>
                <w:sz w:val="16"/>
              </w:rPr>
              <w:t>Action</w:t>
            </w:r>
          </w:p>
        </w:tc>
        <w:tc>
          <w:tcPr>
            <w:tcW w:type="dxa" w:w="2062"/>
            <w:tcBorders>
              <w:top w:val="single" w:sz="6" w:color="CBD5E1"/>
              <w:left w:val="single" w:sz="6" w:color="CBD5E1"/>
              <w:bottom w:val="single" w:sz="6" w:color="CBD5E1"/>
              <w:right w:val="single" w:sz="6" w:color="CBD5E1"/>
            </w:tcBorders>
            <w:vAlign w:val="center"/>
            <w:shd w:fill="DC2626"/>
          </w:tcPr>
          <w:p>
            <w:pPr>
              <w:spacing w:after="0"/>
            </w:pPr>
            <w:r/>
            <w:r>
              <w:rPr>
                <w:b/>
                <w:color w:val="FFFFFF"/>
                <w:sz w:val="16"/>
              </w:rPr>
              <w:t>Responsable</w:t>
            </w:r>
          </w:p>
        </w:tc>
        <w:tc>
          <w:tcPr>
            <w:tcW w:type="dxa" w:w="2062"/>
            <w:tcBorders>
              <w:top w:val="single" w:sz="6" w:color="CBD5E1"/>
              <w:left w:val="single" w:sz="6" w:color="CBD5E1"/>
              <w:bottom w:val="single" w:sz="6" w:color="CBD5E1"/>
              <w:right w:val="single" w:sz="6" w:color="CBD5E1"/>
            </w:tcBorders>
            <w:vAlign w:val="center"/>
            <w:shd w:fill="DC2626"/>
          </w:tcPr>
          <w:p>
            <w:pPr>
              <w:spacing w:after="0"/>
            </w:pPr>
            <w:r/>
            <w:r>
              <w:rPr>
                <w:b/>
                <w:color w:val="FFFFFF"/>
                <w:sz w:val="16"/>
              </w:rPr>
              <w:t>Échéance</w:t>
            </w:r>
          </w:p>
        </w:tc>
        <w:tc>
          <w:tcPr>
            <w:tcW w:type="dxa" w:w="2062"/>
            <w:tcBorders>
              <w:top w:val="single" w:sz="6" w:color="CBD5E1"/>
              <w:left w:val="single" w:sz="6" w:color="CBD5E1"/>
              <w:bottom w:val="single" w:sz="6" w:color="CBD5E1"/>
              <w:right w:val="single" w:sz="6" w:color="CBD5E1"/>
            </w:tcBorders>
            <w:vAlign w:val="center"/>
            <w:shd w:fill="DC2626"/>
          </w:tcPr>
          <w:p>
            <w:pPr>
              <w:spacing w:after="0"/>
            </w:pPr>
            <w:r/>
            <w:r>
              <w:rPr>
                <w:b/>
                <w:color w:val="FFFFFF"/>
                <w:sz w:val="16"/>
              </w:rPr>
              <w:t>Indicateur de suivi</w:t>
            </w:r>
          </w:p>
        </w:tc>
        <w:tc>
          <w:tcPr>
            <w:tcW w:type="dxa" w:w="2062"/>
            <w:tcBorders>
              <w:top w:val="single" w:sz="6" w:color="CBD5E1"/>
              <w:left w:val="single" w:sz="6" w:color="CBD5E1"/>
              <w:bottom w:val="single" w:sz="6" w:color="CBD5E1"/>
              <w:right w:val="single" w:sz="6" w:color="CBD5E1"/>
            </w:tcBorders>
            <w:vAlign w:val="center"/>
            <w:shd w:fill="DC2626"/>
          </w:tcPr>
          <w:p>
            <w:pPr>
              <w:spacing w:after="0"/>
            </w:pPr>
            <w:r/>
            <w:r>
              <w:rPr>
                <w:b/>
                <w:color w:val="FFFFFF"/>
                <w:sz w:val="16"/>
              </w:rPr>
              <w:t>Statut</w:t>
            </w:r>
          </w:p>
        </w:tc>
      </w:tr>
      <w:tr>
        <w:tc>
          <w:tcPr>
            <w:tcW w:type="dxa" w:w="2062"/>
            <w:tcBorders>
              <w:top w:val="single" w:sz="6" w:color="CBD5E1"/>
              <w:left w:val="single" w:sz="6" w:color="CBD5E1"/>
              <w:bottom w:val="single" w:sz="6" w:color="CBD5E1"/>
              <w:right w:val="single" w:sz="6" w:color="CBD5E1"/>
            </w:tcBorders>
            <w:vAlign w:val="center"/>
            <w:shd w:fill="FEF2F2"/>
          </w:tcPr>
          <w:p/>
        </w:tc>
        <w:tc>
          <w:tcPr>
            <w:tcW w:type="dxa" w:w="2062"/>
            <w:tcBorders>
              <w:top w:val="single" w:sz="6" w:color="CBD5E1"/>
              <w:left w:val="single" w:sz="6" w:color="CBD5E1"/>
              <w:bottom w:val="single" w:sz="6" w:color="CBD5E1"/>
              <w:right w:val="single" w:sz="6" w:color="CBD5E1"/>
            </w:tcBorders>
            <w:vAlign w:val="center"/>
            <w:shd w:fill="FEF2F2"/>
          </w:tcPr>
          <w:p/>
        </w:tc>
        <w:tc>
          <w:tcPr>
            <w:tcW w:type="dxa" w:w="2062"/>
            <w:tcBorders>
              <w:top w:val="single" w:sz="6" w:color="CBD5E1"/>
              <w:left w:val="single" w:sz="6" w:color="CBD5E1"/>
              <w:bottom w:val="single" w:sz="6" w:color="CBD5E1"/>
              <w:right w:val="single" w:sz="6" w:color="CBD5E1"/>
            </w:tcBorders>
            <w:vAlign w:val="center"/>
            <w:shd w:fill="FEF2F2"/>
          </w:tcPr>
          <w:p/>
        </w:tc>
        <w:tc>
          <w:tcPr>
            <w:tcW w:type="dxa" w:w="2062"/>
            <w:tcBorders>
              <w:top w:val="single" w:sz="6" w:color="CBD5E1"/>
              <w:left w:val="single" w:sz="6" w:color="CBD5E1"/>
              <w:bottom w:val="single" w:sz="6" w:color="CBD5E1"/>
              <w:right w:val="single" w:sz="6" w:color="CBD5E1"/>
            </w:tcBorders>
            <w:vAlign w:val="center"/>
            <w:shd w:fill="FEF2F2"/>
          </w:tcPr>
          <w:p/>
        </w:tc>
        <w:tc>
          <w:tcPr>
            <w:tcW w:type="dxa" w:w="2062"/>
            <w:tcBorders>
              <w:top w:val="single" w:sz="6" w:color="CBD5E1"/>
              <w:left w:val="single" w:sz="6" w:color="CBD5E1"/>
              <w:bottom w:val="single" w:sz="6" w:color="CBD5E1"/>
              <w:right w:val="single" w:sz="6" w:color="CBD5E1"/>
            </w:tcBorders>
            <w:vAlign w:val="center"/>
            <w:shd w:fill="FEF2F2"/>
          </w:tcPr>
          <w:p/>
        </w:tc>
      </w:tr>
      <w:tr>
        <w:tc>
          <w:tcPr>
            <w:tcW w:type="dxa" w:w="2062"/>
            <w:tcBorders>
              <w:top w:val="single" w:sz="6" w:color="CBD5E1"/>
              <w:left w:val="single" w:sz="6" w:color="CBD5E1"/>
              <w:bottom w:val="single" w:sz="6" w:color="CBD5E1"/>
              <w:right w:val="single" w:sz="6" w:color="CBD5E1"/>
            </w:tcBorders>
            <w:vAlign w:val="center"/>
            <w:shd w:fill="FFFFFF"/>
          </w:tcPr>
          <w:p/>
        </w:tc>
        <w:tc>
          <w:tcPr>
            <w:tcW w:type="dxa" w:w="2062"/>
            <w:tcBorders>
              <w:top w:val="single" w:sz="6" w:color="CBD5E1"/>
              <w:left w:val="single" w:sz="6" w:color="CBD5E1"/>
              <w:bottom w:val="single" w:sz="6" w:color="CBD5E1"/>
              <w:right w:val="single" w:sz="6" w:color="CBD5E1"/>
            </w:tcBorders>
            <w:vAlign w:val="center"/>
            <w:shd w:fill="FFFFFF"/>
          </w:tcPr>
          <w:p/>
        </w:tc>
        <w:tc>
          <w:tcPr>
            <w:tcW w:type="dxa" w:w="2062"/>
            <w:tcBorders>
              <w:top w:val="single" w:sz="6" w:color="CBD5E1"/>
              <w:left w:val="single" w:sz="6" w:color="CBD5E1"/>
              <w:bottom w:val="single" w:sz="6" w:color="CBD5E1"/>
              <w:right w:val="single" w:sz="6" w:color="CBD5E1"/>
            </w:tcBorders>
            <w:vAlign w:val="center"/>
            <w:shd w:fill="FFFFFF"/>
          </w:tcPr>
          <w:p/>
        </w:tc>
        <w:tc>
          <w:tcPr>
            <w:tcW w:type="dxa" w:w="2062"/>
            <w:tcBorders>
              <w:top w:val="single" w:sz="6" w:color="CBD5E1"/>
              <w:left w:val="single" w:sz="6" w:color="CBD5E1"/>
              <w:bottom w:val="single" w:sz="6" w:color="CBD5E1"/>
              <w:right w:val="single" w:sz="6" w:color="CBD5E1"/>
            </w:tcBorders>
            <w:vAlign w:val="center"/>
            <w:shd w:fill="FFFFFF"/>
          </w:tcPr>
          <w:p/>
        </w:tc>
        <w:tc>
          <w:tcPr>
            <w:tcW w:type="dxa" w:w="2062"/>
            <w:tcBorders>
              <w:top w:val="single" w:sz="6" w:color="CBD5E1"/>
              <w:left w:val="single" w:sz="6" w:color="CBD5E1"/>
              <w:bottom w:val="single" w:sz="6" w:color="CBD5E1"/>
              <w:right w:val="single" w:sz="6" w:color="CBD5E1"/>
            </w:tcBorders>
            <w:vAlign w:val="center"/>
            <w:shd w:fill="FFFFFF"/>
          </w:tcPr>
          <w:p/>
        </w:tc>
      </w:tr>
      <w:tr>
        <w:tc>
          <w:tcPr>
            <w:tcW w:type="dxa" w:w="2062"/>
            <w:tcBorders>
              <w:top w:val="single" w:sz="6" w:color="CBD5E1"/>
              <w:left w:val="single" w:sz="6" w:color="CBD5E1"/>
              <w:bottom w:val="single" w:sz="6" w:color="CBD5E1"/>
              <w:right w:val="single" w:sz="6" w:color="CBD5E1"/>
            </w:tcBorders>
            <w:vAlign w:val="center"/>
            <w:shd w:fill="FEF2F2"/>
          </w:tcPr>
          <w:p/>
        </w:tc>
        <w:tc>
          <w:tcPr>
            <w:tcW w:type="dxa" w:w="2062"/>
            <w:tcBorders>
              <w:top w:val="single" w:sz="6" w:color="CBD5E1"/>
              <w:left w:val="single" w:sz="6" w:color="CBD5E1"/>
              <w:bottom w:val="single" w:sz="6" w:color="CBD5E1"/>
              <w:right w:val="single" w:sz="6" w:color="CBD5E1"/>
            </w:tcBorders>
            <w:vAlign w:val="center"/>
            <w:shd w:fill="FEF2F2"/>
          </w:tcPr>
          <w:p/>
        </w:tc>
        <w:tc>
          <w:tcPr>
            <w:tcW w:type="dxa" w:w="2062"/>
            <w:tcBorders>
              <w:top w:val="single" w:sz="6" w:color="CBD5E1"/>
              <w:left w:val="single" w:sz="6" w:color="CBD5E1"/>
              <w:bottom w:val="single" w:sz="6" w:color="CBD5E1"/>
              <w:right w:val="single" w:sz="6" w:color="CBD5E1"/>
            </w:tcBorders>
            <w:vAlign w:val="center"/>
            <w:shd w:fill="FEF2F2"/>
          </w:tcPr>
          <w:p/>
        </w:tc>
        <w:tc>
          <w:tcPr>
            <w:tcW w:type="dxa" w:w="2062"/>
            <w:tcBorders>
              <w:top w:val="single" w:sz="6" w:color="CBD5E1"/>
              <w:left w:val="single" w:sz="6" w:color="CBD5E1"/>
              <w:bottom w:val="single" w:sz="6" w:color="CBD5E1"/>
              <w:right w:val="single" w:sz="6" w:color="CBD5E1"/>
            </w:tcBorders>
            <w:vAlign w:val="center"/>
            <w:shd w:fill="FEF2F2"/>
          </w:tcPr>
          <w:p/>
        </w:tc>
        <w:tc>
          <w:tcPr>
            <w:tcW w:type="dxa" w:w="2062"/>
            <w:tcBorders>
              <w:top w:val="single" w:sz="6" w:color="CBD5E1"/>
              <w:left w:val="single" w:sz="6" w:color="CBD5E1"/>
              <w:bottom w:val="single" w:sz="6" w:color="CBD5E1"/>
              <w:right w:val="single" w:sz="6" w:color="CBD5E1"/>
            </w:tcBorders>
            <w:vAlign w:val="center"/>
            <w:shd w:fill="FEF2F2"/>
          </w:tcPr>
          <w:p/>
        </w:tc>
      </w:tr>
      <w:tr>
        <w:tc>
          <w:tcPr>
            <w:tcW w:type="dxa" w:w="2062"/>
            <w:tcBorders>
              <w:top w:val="single" w:sz="6" w:color="CBD5E1"/>
              <w:left w:val="single" w:sz="6" w:color="CBD5E1"/>
              <w:bottom w:val="single" w:sz="6" w:color="CBD5E1"/>
              <w:right w:val="single" w:sz="6" w:color="CBD5E1"/>
            </w:tcBorders>
            <w:vAlign w:val="center"/>
            <w:shd w:fill="FFFFFF"/>
          </w:tcPr>
          <w:p/>
        </w:tc>
        <w:tc>
          <w:tcPr>
            <w:tcW w:type="dxa" w:w="2062"/>
            <w:tcBorders>
              <w:top w:val="single" w:sz="6" w:color="CBD5E1"/>
              <w:left w:val="single" w:sz="6" w:color="CBD5E1"/>
              <w:bottom w:val="single" w:sz="6" w:color="CBD5E1"/>
              <w:right w:val="single" w:sz="6" w:color="CBD5E1"/>
            </w:tcBorders>
            <w:vAlign w:val="center"/>
            <w:shd w:fill="FFFFFF"/>
          </w:tcPr>
          <w:p/>
        </w:tc>
        <w:tc>
          <w:tcPr>
            <w:tcW w:type="dxa" w:w="2062"/>
            <w:tcBorders>
              <w:top w:val="single" w:sz="6" w:color="CBD5E1"/>
              <w:left w:val="single" w:sz="6" w:color="CBD5E1"/>
              <w:bottom w:val="single" w:sz="6" w:color="CBD5E1"/>
              <w:right w:val="single" w:sz="6" w:color="CBD5E1"/>
            </w:tcBorders>
            <w:vAlign w:val="center"/>
            <w:shd w:fill="FFFFFF"/>
          </w:tcPr>
          <w:p/>
        </w:tc>
        <w:tc>
          <w:tcPr>
            <w:tcW w:type="dxa" w:w="2062"/>
            <w:tcBorders>
              <w:top w:val="single" w:sz="6" w:color="CBD5E1"/>
              <w:left w:val="single" w:sz="6" w:color="CBD5E1"/>
              <w:bottom w:val="single" w:sz="6" w:color="CBD5E1"/>
              <w:right w:val="single" w:sz="6" w:color="CBD5E1"/>
            </w:tcBorders>
            <w:vAlign w:val="center"/>
            <w:shd w:fill="FFFFFF"/>
          </w:tcPr>
          <w:p/>
        </w:tc>
        <w:tc>
          <w:tcPr>
            <w:tcW w:type="dxa" w:w="2062"/>
            <w:tcBorders>
              <w:top w:val="single" w:sz="6" w:color="CBD5E1"/>
              <w:left w:val="single" w:sz="6" w:color="CBD5E1"/>
              <w:bottom w:val="single" w:sz="6" w:color="CBD5E1"/>
              <w:right w:val="single" w:sz="6" w:color="CBD5E1"/>
            </w:tcBorders>
            <w:vAlign w:val="center"/>
            <w:shd w:fill="FFFFFF"/>
          </w:tcPr>
          <w:p/>
        </w:tc>
      </w:tr>
      <w:tr>
        <w:tc>
          <w:tcPr>
            <w:tcW w:type="dxa" w:w="2062"/>
            <w:tcBorders>
              <w:top w:val="single" w:sz="6" w:color="CBD5E1"/>
              <w:left w:val="single" w:sz="6" w:color="CBD5E1"/>
              <w:bottom w:val="single" w:sz="6" w:color="CBD5E1"/>
              <w:right w:val="single" w:sz="6" w:color="CBD5E1"/>
            </w:tcBorders>
            <w:vAlign w:val="center"/>
            <w:shd w:fill="FEF2F2"/>
          </w:tcPr>
          <w:p/>
        </w:tc>
        <w:tc>
          <w:tcPr>
            <w:tcW w:type="dxa" w:w="2062"/>
            <w:tcBorders>
              <w:top w:val="single" w:sz="6" w:color="CBD5E1"/>
              <w:left w:val="single" w:sz="6" w:color="CBD5E1"/>
              <w:bottom w:val="single" w:sz="6" w:color="CBD5E1"/>
              <w:right w:val="single" w:sz="6" w:color="CBD5E1"/>
            </w:tcBorders>
            <w:vAlign w:val="center"/>
            <w:shd w:fill="FEF2F2"/>
          </w:tcPr>
          <w:p/>
        </w:tc>
        <w:tc>
          <w:tcPr>
            <w:tcW w:type="dxa" w:w="2062"/>
            <w:tcBorders>
              <w:top w:val="single" w:sz="6" w:color="CBD5E1"/>
              <w:left w:val="single" w:sz="6" w:color="CBD5E1"/>
              <w:bottom w:val="single" w:sz="6" w:color="CBD5E1"/>
              <w:right w:val="single" w:sz="6" w:color="CBD5E1"/>
            </w:tcBorders>
            <w:vAlign w:val="center"/>
            <w:shd w:fill="FEF2F2"/>
          </w:tcPr>
          <w:p/>
        </w:tc>
        <w:tc>
          <w:tcPr>
            <w:tcW w:type="dxa" w:w="2062"/>
            <w:tcBorders>
              <w:top w:val="single" w:sz="6" w:color="CBD5E1"/>
              <w:left w:val="single" w:sz="6" w:color="CBD5E1"/>
              <w:bottom w:val="single" w:sz="6" w:color="CBD5E1"/>
              <w:right w:val="single" w:sz="6" w:color="CBD5E1"/>
            </w:tcBorders>
            <w:vAlign w:val="center"/>
            <w:shd w:fill="FEF2F2"/>
          </w:tcPr>
          <w:p/>
        </w:tc>
        <w:tc>
          <w:tcPr>
            <w:tcW w:type="dxa" w:w="2062"/>
            <w:tcBorders>
              <w:top w:val="single" w:sz="6" w:color="CBD5E1"/>
              <w:left w:val="single" w:sz="6" w:color="CBD5E1"/>
              <w:bottom w:val="single" w:sz="6" w:color="CBD5E1"/>
              <w:right w:val="single" w:sz="6" w:color="CBD5E1"/>
            </w:tcBorders>
            <w:vAlign w:val="center"/>
            <w:shd w:fill="FEF2F2"/>
          </w:tcPr>
          <w:p/>
        </w:tc>
      </w:tr>
      <w:tr>
        <w:tc>
          <w:tcPr>
            <w:tcW w:type="dxa" w:w="2062"/>
            <w:tcBorders>
              <w:top w:val="single" w:sz="6" w:color="CBD5E1"/>
              <w:left w:val="single" w:sz="6" w:color="CBD5E1"/>
              <w:bottom w:val="single" w:sz="6" w:color="CBD5E1"/>
              <w:right w:val="single" w:sz="6" w:color="CBD5E1"/>
            </w:tcBorders>
            <w:vAlign w:val="center"/>
            <w:shd w:fill="FFFFFF"/>
          </w:tcPr>
          <w:p/>
        </w:tc>
        <w:tc>
          <w:tcPr>
            <w:tcW w:type="dxa" w:w="2062"/>
            <w:tcBorders>
              <w:top w:val="single" w:sz="6" w:color="CBD5E1"/>
              <w:left w:val="single" w:sz="6" w:color="CBD5E1"/>
              <w:bottom w:val="single" w:sz="6" w:color="CBD5E1"/>
              <w:right w:val="single" w:sz="6" w:color="CBD5E1"/>
            </w:tcBorders>
            <w:vAlign w:val="center"/>
            <w:shd w:fill="FFFFFF"/>
          </w:tcPr>
          <w:p/>
        </w:tc>
        <w:tc>
          <w:tcPr>
            <w:tcW w:type="dxa" w:w="2062"/>
            <w:tcBorders>
              <w:top w:val="single" w:sz="6" w:color="CBD5E1"/>
              <w:left w:val="single" w:sz="6" w:color="CBD5E1"/>
              <w:bottom w:val="single" w:sz="6" w:color="CBD5E1"/>
              <w:right w:val="single" w:sz="6" w:color="CBD5E1"/>
            </w:tcBorders>
            <w:vAlign w:val="center"/>
            <w:shd w:fill="FFFFFF"/>
          </w:tcPr>
          <w:p/>
        </w:tc>
        <w:tc>
          <w:tcPr>
            <w:tcW w:type="dxa" w:w="2062"/>
            <w:tcBorders>
              <w:top w:val="single" w:sz="6" w:color="CBD5E1"/>
              <w:left w:val="single" w:sz="6" w:color="CBD5E1"/>
              <w:bottom w:val="single" w:sz="6" w:color="CBD5E1"/>
              <w:right w:val="single" w:sz="6" w:color="CBD5E1"/>
            </w:tcBorders>
            <w:vAlign w:val="center"/>
            <w:shd w:fill="FFFFFF"/>
          </w:tcPr>
          <w:p/>
        </w:tc>
        <w:tc>
          <w:tcPr>
            <w:tcW w:type="dxa" w:w="2062"/>
            <w:tcBorders>
              <w:top w:val="single" w:sz="6" w:color="CBD5E1"/>
              <w:left w:val="single" w:sz="6" w:color="CBD5E1"/>
              <w:bottom w:val="single" w:sz="6" w:color="CBD5E1"/>
              <w:right w:val="single" w:sz="6" w:color="CBD5E1"/>
            </w:tcBorders>
            <w:vAlign w:val="center"/>
            <w:shd w:fill="FFFFFF"/>
          </w:tcPr>
          <w:p/>
        </w:tc>
      </w:tr>
    </w:tbl>
    <w:p>
      <w:pPr>
        <w:spacing w:before="200" w:after="120"/>
      </w:pPr>
      <w:r>
        <w:rPr>
          <w:b/>
          <w:color w:val="0F2747"/>
          <w:sz w:val="32"/>
        </w:rPr>
        <w:t>10. Synthèse finale du formateur / responsable formation</w:t>
      </w:r>
    </w:p>
    <w:p>
      <w:r>
        <w:rPr>
          <w:b/>
          <w:color w:val="0F2747"/>
          <w:sz w:val="22"/>
        </w:rPr>
        <w:t>Points forts observés</w:t>
      </w:r>
    </w:p>
    <w:p>
      <w:r>
        <w:t>................................................................................................................................................................</w:t>
      </w:r>
    </w:p>
    <w:p>
      <w:r>
        <w:t>................................................................................................................................................................</w:t>
      </w:r>
    </w:p>
    <w:p>
      <w:r>
        <w:rPr>
          <w:b/>
          <w:color w:val="0F2747"/>
          <w:sz w:val="22"/>
        </w:rPr>
        <w:t>Difficultés rencontrées</w:t>
      </w:r>
    </w:p>
    <w:p>
      <w:r>
        <w:t>................................................................................................................................................................</w:t>
      </w:r>
    </w:p>
    <w:p>
      <w:r>
        <w:t>................................................................................................................................................................</w:t>
      </w:r>
    </w:p>
    <w:p>
      <w:r>
        <w:rPr>
          <w:b/>
          <w:color w:val="0F2747"/>
          <w:sz w:val="22"/>
        </w:rPr>
        <w:t>Recommandations</w:t>
      </w:r>
    </w:p>
    <w:p>
      <w:r>
        <w:t>................................................................................................................................................................</w:t>
      </w:r>
    </w:p>
    <w:p>
      <w:r>
        <w:t>................................................................................................................................................................</w:t>
      </w:r>
    </w:p>
    <w:p>
      <w:r>
        <w:rPr>
          <w:b/>
          <w:color w:val="0F2747"/>
          <w:sz w:val="22"/>
        </w:rPr>
        <w:t>Conclusion générale</w:t>
      </w:r>
    </w:p>
    <w:p>
      <w:r>
        <w:t>................................................................................................................................................................</w:t>
      </w:r>
    </w:p>
    <w:p>
      <w:r>
        <w:t>................................................................................................................................................................</w:t>
      </w:r>
    </w:p>
    <w:p>
      <w:pPr>
        <w:spacing w:before="200" w:after="120"/>
      </w:pPr>
      <w:r>
        <w:rPr>
          <w:b/>
          <w:color w:val="0F2747"/>
          <w:sz w:val="32"/>
        </w:rPr>
        <w:t>11. Validation et signatures électroniques</w:t>
      </w:r>
    </w:p>
    <w:tbl>
      <w:tblPr>
        <w:tblW w:type="auto" w:w="0"/>
        <w:tblLook w:firstColumn="1" w:firstRow="1" w:lastColumn="0" w:lastRow="0" w:noHBand="0" w:noVBand="1" w:val="04A0"/>
      </w:tblPr>
      <w:tblGrid>
        <w:gridCol w:w="2578"/>
        <w:gridCol w:w="2578"/>
        <w:gridCol w:w="2578"/>
        <w:gridCol w:w="2578"/>
      </w:tblGrid>
      <w:tr>
        <w:tc>
          <w:tcPr>
            <w:tcW w:type="dxa" w:w="2578"/>
            <w:tcBorders>
              <w:top w:val="single" w:sz="8" w:color="94A3B8"/>
              <w:left w:val="single" w:sz="8" w:color="94A3B8"/>
              <w:bottom w:val="single" w:sz="8" w:color="94A3B8"/>
              <w:right w:val="single" w:sz="8" w:color="94A3B8"/>
            </w:tcBorders>
            <w:vAlign w:val="center"/>
            <w:shd w:fill="0F2747"/>
          </w:tcPr>
          <w:p>
            <w:pPr>
              <w:spacing w:after="0"/>
            </w:pPr>
            <w:r/>
            <w:r>
              <w:rPr>
                <w:b/>
                <w:color w:val="FFFFFF"/>
                <w:sz w:val="16"/>
              </w:rPr>
              <w:t>Formateur</w:t>
            </w:r>
          </w:p>
        </w:tc>
        <w:tc>
          <w:tcPr>
            <w:tcW w:type="dxa" w:w="2578"/>
            <w:tcBorders>
              <w:top w:val="single" w:sz="8" w:color="94A3B8"/>
              <w:left w:val="single" w:sz="8" w:color="94A3B8"/>
              <w:bottom w:val="single" w:sz="8" w:color="94A3B8"/>
              <w:right w:val="single" w:sz="8" w:color="94A3B8"/>
            </w:tcBorders>
            <w:vAlign w:val="center"/>
            <w:shd w:fill="0F2747"/>
          </w:tcPr>
          <w:p>
            <w:pPr>
              <w:spacing w:after="0"/>
            </w:pPr>
            <w:r/>
            <w:r>
              <w:rPr>
                <w:b/>
                <w:color w:val="FFFFFF"/>
                <w:sz w:val="16"/>
              </w:rPr>
              <w:t>Responsable formation</w:t>
            </w:r>
          </w:p>
        </w:tc>
        <w:tc>
          <w:tcPr>
            <w:tcW w:type="dxa" w:w="2578"/>
            <w:tcBorders>
              <w:top w:val="single" w:sz="8" w:color="94A3B8"/>
              <w:left w:val="single" w:sz="8" w:color="94A3B8"/>
              <w:bottom w:val="single" w:sz="8" w:color="94A3B8"/>
              <w:right w:val="single" w:sz="8" w:color="94A3B8"/>
            </w:tcBorders>
            <w:vAlign w:val="center"/>
            <w:shd w:fill="0F2747"/>
          </w:tcPr>
          <w:p>
            <w:pPr>
              <w:spacing w:after="0"/>
            </w:pPr>
            <w:r/>
            <w:r>
              <w:rPr>
                <w:b/>
                <w:color w:val="FFFFFF"/>
                <w:sz w:val="16"/>
              </w:rPr>
              <w:t>RH</w:t>
            </w:r>
          </w:p>
        </w:tc>
        <w:tc>
          <w:tcPr>
            <w:tcW w:type="dxa" w:w="2578"/>
            <w:tcBorders>
              <w:top w:val="single" w:sz="8" w:color="94A3B8"/>
              <w:left w:val="single" w:sz="8" w:color="94A3B8"/>
              <w:bottom w:val="single" w:sz="8" w:color="94A3B8"/>
              <w:right w:val="single" w:sz="8" w:color="94A3B8"/>
            </w:tcBorders>
            <w:vAlign w:val="center"/>
            <w:shd w:fill="0F2747"/>
          </w:tcPr>
          <w:p>
            <w:pPr>
              <w:spacing w:after="0"/>
            </w:pPr>
            <w:r/>
            <w:r>
              <w:rPr>
                <w:b/>
                <w:color w:val="FFFFFF"/>
                <w:sz w:val="16"/>
              </w:rPr>
              <w:t>Direction / Manager</w:t>
            </w:r>
          </w:p>
        </w:tc>
      </w:tr>
      <w:tr>
        <w:tc>
          <w:tcPr>
            <w:tcW w:type="dxa" w:w="2578"/>
            <w:tcBorders>
              <w:top w:val="single" w:sz="8" w:color="94A3B8"/>
              <w:left w:val="single" w:sz="8" w:color="94A3B8"/>
              <w:bottom w:val="single" w:sz="8" w:color="94A3B8"/>
              <w:right w:val="single" w:sz="8" w:color="94A3B8"/>
            </w:tcBorders>
            <w:vAlign w:val="center"/>
            <w:shd w:fill="F8FAFC"/>
          </w:tcPr>
          <w:p>
            <w:pPr>
              <w:spacing w:after="0"/>
            </w:pPr>
            <w:r/>
            <w:r>
              <w:rPr>
                <w:b w:val="0"/>
                <w:color w:val="334155"/>
                <w:sz w:val="16"/>
              </w:rPr>
              <w:t>Nom :</w:t>
              <w:br/>
              <w:t>Date :</w:t>
            </w:r>
          </w:p>
        </w:tc>
        <w:tc>
          <w:tcPr>
            <w:tcW w:type="dxa" w:w="2578"/>
            <w:tcBorders>
              <w:top w:val="single" w:sz="8" w:color="94A3B8"/>
              <w:left w:val="single" w:sz="8" w:color="94A3B8"/>
              <w:bottom w:val="single" w:sz="8" w:color="94A3B8"/>
              <w:right w:val="single" w:sz="8" w:color="94A3B8"/>
            </w:tcBorders>
            <w:vAlign w:val="center"/>
            <w:shd w:fill="F8FAFC"/>
          </w:tcPr>
          <w:p>
            <w:pPr>
              <w:spacing w:after="0"/>
            </w:pPr>
            <w:r/>
            <w:r>
              <w:rPr>
                <w:b w:val="0"/>
                <w:color w:val="334155"/>
                <w:sz w:val="16"/>
              </w:rPr>
              <w:t>Nom :</w:t>
              <w:br/>
              <w:t>Date :</w:t>
            </w:r>
          </w:p>
        </w:tc>
        <w:tc>
          <w:tcPr>
            <w:tcW w:type="dxa" w:w="2578"/>
            <w:tcBorders>
              <w:top w:val="single" w:sz="8" w:color="94A3B8"/>
              <w:left w:val="single" w:sz="8" w:color="94A3B8"/>
              <w:bottom w:val="single" w:sz="8" w:color="94A3B8"/>
              <w:right w:val="single" w:sz="8" w:color="94A3B8"/>
            </w:tcBorders>
            <w:vAlign w:val="center"/>
            <w:shd w:fill="F8FAFC"/>
          </w:tcPr>
          <w:p>
            <w:pPr>
              <w:spacing w:after="0"/>
            </w:pPr>
            <w:r/>
            <w:r>
              <w:rPr>
                <w:b w:val="0"/>
                <w:color w:val="334155"/>
                <w:sz w:val="16"/>
              </w:rPr>
              <w:t>Nom :</w:t>
              <w:br/>
              <w:t>Date :</w:t>
            </w:r>
          </w:p>
        </w:tc>
        <w:tc>
          <w:tcPr>
            <w:tcW w:type="dxa" w:w="2578"/>
            <w:tcBorders>
              <w:top w:val="single" w:sz="8" w:color="94A3B8"/>
              <w:left w:val="single" w:sz="8" w:color="94A3B8"/>
              <w:bottom w:val="single" w:sz="8" w:color="94A3B8"/>
              <w:right w:val="single" w:sz="8" w:color="94A3B8"/>
            </w:tcBorders>
            <w:vAlign w:val="center"/>
            <w:shd w:fill="F8FAFC"/>
          </w:tcPr>
          <w:p>
            <w:pPr>
              <w:spacing w:after="0"/>
            </w:pPr>
            <w:r/>
            <w:r>
              <w:rPr>
                <w:b w:val="0"/>
                <w:color w:val="334155"/>
                <w:sz w:val="16"/>
              </w:rPr>
              <w:t>Nom :</w:t>
              <w:br/>
              <w:t>Date :</w:t>
            </w:r>
          </w:p>
        </w:tc>
      </w:tr>
      <w:tr>
        <w:tc>
          <w:tcPr>
            <w:tcW w:type="dxa" w:w="2578"/>
            <w:tcBorders>
              <w:top w:val="single" w:sz="8" w:color="94A3B8"/>
              <w:left w:val="single" w:sz="8" w:color="94A3B8"/>
              <w:bottom w:val="single" w:sz="8" w:color="94A3B8"/>
              <w:right w:val="single" w:sz="8" w:color="94A3B8"/>
            </w:tcBorders>
            <w:vAlign w:val="center"/>
            <w:shd w:fill="FFFFFF"/>
          </w:tcPr>
          <w:p>
            <w:pPr>
              <w:spacing w:after="0"/>
            </w:pPr>
            <w:r/>
            <w:r>
              <w:rPr>
                <w:b w:val="0"/>
                <w:color w:val="334155"/>
                <w:sz w:val="16"/>
              </w:rPr>
              <w:t>Signature électronique :</w:t>
            </w:r>
          </w:p>
        </w:tc>
        <w:tc>
          <w:tcPr>
            <w:tcW w:type="dxa" w:w="2578"/>
            <w:tcBorders>
              <w:top w:val="single" w:sz="8" w:color="94A3B8"/>
              <w:left w:val="single" w:sz="8" w:color="94A3B8"/>
              <w:bottom w:val="single" w:sz="8" w:color="94A3B8"/>
              <w:right w:val="single" w:sz="8" w:color="94A3B8"/>
            </w:tcBorders>
            <w:vAlign w:val="center"/>
            <w:shd w:fill="FFFFFF"/>
          </w:tcPr>
          <w:p>
            <w:pPr>
              <w:spacing w:after="0"/>
            </w:pPr>
            <w:r/>
            <w:r>
              <w:rPr>
                <w:b w:val="0"/>
                <w:color w:val="334155"/>
                <w:sz w:val="16"/>
              </w:rPr>
              <w:t>Signature électronique :</w:t>
            </w:r>
          </w:p>
        </w:tc>
        <w:tc>
          <w:tcPr>
            <w:tcW w:type="dxa" w:w="2578"/>
            <w:tcBorders>
              <w:top w:val="single" w:sz="8" w:color="94A3B8"/>
              <w:left w:val="single" w:sz="8" w:color="94A3B8"/>
              <w:bottom w:val="single" w:sz="8" w:color="94A3B8"/>
              <w:right w:val="single" w:sz="8" w:color="94A3B8"/>
            </w:tcBorders>
            <w:vAlign w:val="center"/>
            <w:shd w:fill="FFFFFF"/>
          </w:tcPr>
          <w:p>
            <w:pPr>
              <w:spacing w:after="0"/>
            </w:pPr>
            <w:r/>
            <w:r>
              <w:rPr>
                <w:b w:val="0"/>
                <w:color w:val="334155"/>
                <w:sz w:val="16"/>
              </w:rPr>
              <w:t>Signature électronique :</w:t>
            </w:r>
          </w:p>
        </w:tc>
        <w:tc>
          <w:tcPr>
            <w:tcW w:type="dxa" w:w="2578"/>
            <w:tcBorders>
              <w:top w:val="single" w:sz="8" w:color="94A3B8"/>
              <w:left w:val="single" w:sz="8" w:color="94A3B8"/>
              <w:bottom w:val="single" w:sz="8" w:color="94A3B8"/>
              <w:right w:val="single" w:sz="8" w:color="94A3B8"/>
            </w:tcBorders>
            <w:vAlign w:val="center"/>
            <w:shd w:fill="FFFFFF"/>
          </w:tcPr>
          <w:p>
            <w:pPr>
              <w:spacing w:after="0"/>
            </w:pPr>
            <w:r/>
            <w:r>
              <w:rPr>
                <w:b w:val="0"/>
                <w:color w:val="334155"/>
                <w:sz w:val="16"/>
              </w:rPr>
              <w:t>Signature électronique :</w:t>
            </w:r>
          </w:p>
        </w:tc>
      </w:tr>
    </w:tbl>
    <w:sectPr w:rsidR="00FC693F" w:rsidRPr="0006063C" w:rsidSect="00034616">
      <w:headerReference w:type="default" r:id="rId9"/>
      <w:footerReference w:type="default" r:id="rId10"/>
      <w:pgSz w:w="12240" w:h="15840"/>
      <w:pgMar w:top="964" w:right="964" w:bottom="964" w:left="9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64748B"/>
        <w:sz w:val="16"/>
      </w:rPr>
      <w:t>Document entreprise - Formation professionnelle - Financement - Prise en charge OPCO</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center"/>
    </w:pPr>
    <w:r>
      <w:rPr>
        <w:b/>
        <w:color w:val="0F2747"/>
        <w:sz w:val="16"/>
      </w:rPr>
      <w:t>COMPTE RENDU DE FORMATION PROFESSIONNELLE  |  OPCO  |  QUALITÉ 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