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fill="1F4E78"/>
      </w:pPr>
      <w:r>
        <w:rPr>
          <w:b/>
          <w:color w:val="FFFFFF"/>
          <w:sz w:val="48"/>
        </w:rPr>
        <w:t>PLAN DE MAÎTRISE SANITAIRE (PMS)</w:t>
        <w:br/>
      </w:r>
      <w:r>
        <w:rPr>
          <w:b/>
          <w:color w:val="DCF5DC"/>
          <w:sz w:val="24"/>
        </w:rPr>
        <w:t>Manuel Qualité • HACCP • Cuisine Professionnelle • Agroalimentaire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t>Entreprise : ____________________</w:t>
            </w:r>
          </w:p>
        </w:tc>
        <w:tc>
          <w:tcPr>
            <w:tcW w:type="dxa" w:w="2635"/>
          </w:tcPr>
          <w:p>
            <w:r>
              <w:t>Site : ____________________</w:t>
            </w:r>
          </w:p>
        </w:tc>
        <w:tc>
          <w:tcPr>
            <w:tcW w:type="dxa" w:w="2635"/>
          </w:tcPr>
          <w:p>
            <w:r>
              <w:t>Activité : ____________________</w:t>
            </w:r>
          </w:p>
        </w:tc>
        <w:tc>
          <w:tcPr>
            <w:tcW w:type="dxa" w:w="2635"/>
          </w:tcPr>
          <w:p>
            <w:r>
              <w:t>Version : ____________________</w:t>
            </w:r>
          </w:p>
        </w:tc>
      </w:tr>
      <w:tr>
        <w:tc>
          <w:tcPr>
            <w:tcW w:type="dxa" w:w="2635"/>
          </w:tcPr>
          <w:p>
            <w:r>
              <w:t>Responsable Qualité : ____________________</w:t>
            </w:r>
          </w:p>
        </w:tc>
        <w:tc>
          <w:tcPr>
            <w:tcW w:type="dxa" w:w="2635"/>
          </w:tcPr>
          <w:p>
            <w:r>
              <w:t>Date : ____________________</w:t>
            </w:r>
          </w:p>
        </w:tc>
        <w:tc>
          <w:tcPr>
            <w:tcW w:type="dxa" w:w="2635"/>
          </w:tcPr>
          <w:p>
            <w:r>
              <w:t>Référence : ____________________</w:t>
            </w:r>
          </w:p>
        </w:tc>
        <w:tc>
          <w:tcPr>
            <w:tcW w:type="dxa" w:w="2635"/>
          </w:tcPr>
          <w:p>
            <w:r>
              <w:t>Validation : ____________________</w:t>
            </w:r>
          </w:p>
        </w:tc>
      </w:tr>
      <w:tr>
        <w:tc>
          <w:tcPr>
            <w:tcW w:type="dxa" w:w="2635"/>
          </w:tcPr>
          <w:p>
            <w:r>
              <w:t>Téléphone : ____________________</w:t>
            </w:r>
          </w:p>
        </w:tc>
        <w:tc>
          <w:tcPr>
            <w:tcW w:type="dxa" w:w="2635"/>
          </w:tcPr>
          <w:p>
            <w:r>
              <w:t>Email : ____________________</w:t>
            </w:r>
          </w:p>
        </w:tc>
        <w:tc>
          <w:tcPr>
            <w:tcW w:type="dxa" w:w="2635"/>
          </w:tcPr>
          <w:p>
            <w:r>
              <w:t>Effectif : ____________________</w:t>
            </w:r>
          </w:p>
        </w:tc>
        <w:tc>
          <w:tcPr>
            <w:tcW w:type="dxa" w:w="2635"/>
          </w:tcPr>
          <w:p>
            <w:r>
              <w:t>Révision : ____________________</w:t>
            </w:r>
          </w:p>
        </w:tc>
      </w:tr>
    </w:tbl>
    <w:p>
      <w:pPr>
        <w:pStyle w:val="Heading2"/>
      </w:pPr>
      <w:r>
        <w:rPr>
          <w:color w:val="123C69"/>
        </w:rPr>
        <w:t>Table des matières</w:t>
      </w:r>
    </w:p>
    <w:p>
      <w:pPr>
        <w:pStyle w:val="ListBullet"/>
      </w:pPr>
      <w:r>
        <w:t>1. Présentation de l'établissement</w:t>
      </w:r>
    </w:p>
    <w:p>
      <w:pPr>
        <w:pStyle w:val="ListBullet"/>
      </w:pPr>
      <w:r>
        <w:t>2. Organisation HACCP</w:t>
      </w:r>
    </w:p>
    <w:p>
      <w:pPr>
        <w:pStyle w:val="ListBullet"/>
      </w:pPr>
      <w:r>
        <w:t>3. Plan de nettoyage et désinfection</w:t>
      </w:r>
    </w:p>
    <w:p>
      <w:pPr>
        <w:pStyle w:val="ListBullet"/>
      </w:pPr>
      <w:r>
        <w:t>4. Bonnes pratiques d'hygiène</w:t>
      </w:r>
    </w:p>
    <w:p>
      <w:pPr>
        <w:pStyle w:val="ListBullet"/>
      </w:pPr>
      <w:r>
        <w:t>5. Réception des marchandises</w:t>
      </w:r>
    </w:p>
    <w:p>
      <w:pPr>
        <w:pStyle w:val="ListBullet"/>
      </w:pPr>
      <w:r>
        <w:t>6. Stockage et températures</w:t>
      </w:r>
    </w:p>
    <w:p>
      <w:pPr>
        <w:pStyle w:val="ListBullet"/>
      </w:pPr>
      <w:r>
        <w:t>7. Traçabilité</w:t>
      </w:r>
    </w:p>
    <w:p>
      <w:pPr>
        <w:pStyle w:val="ListBullet"/>
      </w:pPr>
      <w:r>
        <w:t>8. Lutte contre les nuisibles</w:t>
      </w:r>
    </w:p>
    <w:p>
      <w:pPr>
        <w:pStyle w:val="ListBullet"/>
      </w:pPr>
      <w:r>
        <w:t>9. Gestion des non-conformités</w:t>
      </w:r>
    </w:p>
    <w:p>
      <w:pPr>
        <w:pStyle w:val="ListBullet"/>
      </w:pPr>
      <w:r>
        <w:t>10. Annexes</w:t>
      </w:r>
    </w:p>
    <w:p>
      <w:pPr>
        <w:pStyle w:val="Heading2"/>
      </w:pPr>
      <w:r>
        <w:rPr>
          <w:color w:val="123C69"/>
        </w:rPr>
        <w:t>Présentation de l'établissement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t>Description de l'activité</w:t>
            </w:r>
          </w:p>
        </w:tc>
        <w:tc>
          <w:tcPr>
            <w:tcW w:type="dxa" w:w="2635"/>
          </w:tcPr>
          <w:p>
            <w:r>
              <w:t>Plan des locaux</w:t>
            </w:r>
          </w:p>
        </w:tc>
        <w:tc>
          <w:tcPr>
            <w:tcW w:type="dxa" w:w="2635"/>
          </w:tcPr>
          <w:p>
            <w:r>
              <w:t>Organigramme</w:t>
            </w:r>
          </w:p>
        </w:tc>
        <w:tc>
          <w:tcPr>
            <w:tcW w:type="dxa" w:w="2635"/>
          </w:tcPr>
          <w:p>
            <w:r>
              <w:t>Produits fabriqués</w:t>
            </w:r>
          </w:p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</w:tbl>
    <w:p>
      <w:pPr>
        <w:pStyle w:val="Heading2"/>
      </w:pPr>
      <w:r>
        <w:rPr>
          <w:color w:val="123C69"/>
        </w:rPr>
        <w:t>Équipe HACCP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t>Fonction</w:t>
            </w:r>
          </w:p>
        </w:tc>
        <w:tc>
          <w:tcPr>
            <w:tcW w:type="dxa" w:w="2635"/>
          </w:tcPr>
          <w:p>
            <w:r>
              <w:t>Nom</w:t>
            </w:r>
          </w:p>
        </w:tc>
        <w:tc>
          <w:tcPr>
            <w:tcW w:type="dxa" w:w="2635"/>
          </w:tcPr>
          <w:p>
            <w:r>
              <w:t>Responsabilités</w:t>
            </w:r>
          </w:p>
        </w:tc>
        <w:tc>
          <w:tcPr>
            <w:tcW w:type="dxa" w:w="2635"/>
          </w:tcPr>
          <w:p>
            <w:r>
              <w:t>Signature</w:t>
            </w:r>
          </w:p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</w:tbl>
    <w:p>
      <w:pPr>
        <w:pStyle w:val="Heading2"/>
      </w:pPr>
      <w:r>
        <w:rPr>
          <w:color w:val="123C69"/>
        </w:rPr>
        <w:t>Plan de nettoyage et désinfection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</w:tcPr>
          <w:p>
            <w:r>
              <w:t>Zone</w:t>
            </w:r>
          </w:p>
        </w:tc>
        <w:tc>
          <w:tcPr>
            <w:tcW w:type="dxa" w:w="1757"/>
          </w:tcPr>
          <w:p>
            <w:r>
              <w:t>Produit</w:t>
            </w:r>
          </w:p>
        </w:tc>
        <w:tc>
          <w:tcPr>
            <w:tcW w:type="dxa" w:w="1757"/>
          </w:tcPr>
          <w:p>
            <w:r>
              <w:t>Méthode</w:t>
            </w:r>
          </w:p>
        </w:tc>
        <w:tc>
          <w:tcPr>
            <w:tcW w:type="dxa" w:w="1757"/>
          </w:tcPr>
          <w:p>
            <w:r>
              <w:t>Fréquence</w:t>
            </w:r>
          </w:p>
        </w:tc>
        <w:tc>
          <w:tcPr>
            <w:tcW w:type="dxa" w:w="1757"/>
          </w:tcPr>
          <w:p>
            <w:r>
              <w:t>Responsable</w:t>
            </w:r>
          </w:p>
        </w:tc>
        <w:tc>
          <w:tcPr>
            <w:tcW w:type="dxa" w:w="1757"/>
          </w:tcPr>
          <w:p>
            <w:r>
              <w:t>Contrôle</w:t>
            </w:r>
          </w:p>
        </w:tc>
      </w:tr>
      <w:tr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</w:tr>
      <w:tr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</w:tr>
      <w:tr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  <w:tc>
          <w:tcPr>
            <w:tcW w:type="dxa" w:w="1757"/>
          </w:tcPr>
          <w:p/>
        </w:tc>
      </w:tr>
    </w:tbl>
    <w:p>
      <w:pPr>
        <w:pStyle w:val="Heading2"/>
      </w:pPr>
      <w:r>
        <w:rPr>
          <w:color w:val="123C69"/>
        </w:rPr>
        <w:t>Contrôle des températures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Équipement</w:t>
            </w:r>
          </w:p>
        </w:tc>
        <w:tc>
          <w:tcPr>
            <w:tcW w:type="dxa" w:w="2108"/>
          </w:tcPr>
          <w:p>
            <w:r>
              <w:t>Mini</w:t>
            </w:r>
          </w:p>
        </w:tc>
        <w:tc>
          <w:tcPr>
            <w:tcW w:type="dxa" w:w="2108"/>
          </w:tcPr>
          <w:p>
            <w:r>
              <w:t>Maxi</w:t>
            </w:r>
          </w:p>
        </w:tc>
        <w:tc>
          <w:tcPr>
            <w:tcW w:type="dxa" w:w="2108"/>
          </w:tcPr>
          <w:p>
            <w:r>
              <w:t>Mesure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</w:tbl>
    <w:p>
      <w:pPr>
        <w:pStyle w:val="Heading2"/>
      </w:pPr>
      <w:r>
        <w:rPr>
          <w:color w:val="123C69"/>
        </w:rPr>
        <w:t>Réception fournisseurs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Date</w:t>
            </w:r>
          </w:p>
        </w:tc>
        <w:tc>
          <w:tcPr>
            <w:tcW w:type="dxa" w:w="2108"/>
          </w:tcPr>
          <w:p>
            <w:r>
              <w:t>Fournisseur</w:t>
            </w:r>
          </w:p>
        </w:tc>
        <w:tc>
          <w:tcPr>
            <w:tcW w:type="dxa" w:w="2108"/>
          </w:tcPr>
          <w:p>
            <w:r>
              <w:t>Température</w:t>
            </w:r>
          </w:p>
        </w:tc>
        <w:tc>
          <w:tcPr>
            <w:tcW w:type="dxa" w:w="2108"/>
          </w:tcPr>
          <w:p>
            <w:r>
              <w:t>Conforme</w:t>
            </w:r>
          </w:p>
        </w:tc>
        <w:tc>
          <w:tcPr>
            <w:tcW w:type="dxa" w:w="2108"/>
          </w:tcPr>
          <w:p>
            <w:r>
              <w:t>Observations</w:t>
            </w:r>
          </w:p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</w:tbl>
    <w:p>
      <w:pPr>
        <w:pStyle w:val="Heading2"/>
      </w:pPr>
      <w:r>
        <w:rPr>
          <w:color w:val="123C69"/>
        </w:rPr>
        <w:t>Traçabilité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Produit</w:t>
            </w:r>
          </w:p>
        </w:tc>
        <w:tc>
          <w:tcPr>
            <w:tcW w:type="dxa" w:w="2108"/>
          </w:tcPr>
          <w:p>
            <w:r>
              <w:t>Lot</w:t>
            </w:r>
          </w:p>
        </w:tc>
        <w:tc>
          <w:tcPr>
            <w:tcW w:type="dxa" w:w="2108"/>
          </w:tcPr>
          <w:p>
            <w:r>
              <w:t>DLC</w:t>
            </w:r>
          </w:p>
        </w:tc>
        <w:tc>
          <w:tcPr>
            <w:tcW w:type="dxa" w:w="2108"/>
          </w:tcPr>
          <w:p>
            <w:r>
              <w:t>Origine</w:t>
            </w:r>
          </w:p>
        </w:tc>
        <w:tc>
          <w:tcPr>
            <w:tcW w:type="dxa" w:w="2108"/>
          </w:tcPr>
          <w:p>
            <w:r>
              <w:t>Destination</w:t>
            </w:r>
          </w:p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</w:tbl>
    <w:p>
      <w:pPr>
        <w:pStyle w:val="Heading2"/>
      </w:pPr>
      <w:r>
        <w:rPr>
          <w:color w:val="123C69"/>
        </w:rPr>
        <w:t>Non-conformités</w:t>
      </w:r>
    </w:p>
    <w:p>
      <w:r>
        <w:t>Procédure : ........................................................................................................................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</w:tcPr>
          <w:p>
            <w:r>
              <w:t>Date</w:t>
            </w:r>
          </w:p>
        </w:tc>
        <w:tc>
          <w:tcPr>
            <w:tcW w:type="dxa" w:w="2108"/>
          </w:tcPr>
          <w:p>
            <w:r>
              <w:t>Constat</w:t>
            </w:r>
          </w:p>
        </w:tc>
        <w:tc>
          <w:tcPr>
            <w:tcW w:type="dxa" w:w="2108"/>
          </w:tcPr>
          <w:p>
            <w:r>
              <w:t>Action corrective</w:t>
            </w:r>
          </w:p>
        </w:tc>
        <w:tc>
          <w:tcPr>
            <w:tcW w:type="dxa" w:w="2108"/>
          </w:tcPr>
          <w:p>
            <w:r>
              <w:t>Responsable</w:t>
            </w:r>
          </w:p>
        </w:tc>
        <w:tc>
          <w:tcPr>
            <w:tcW w:type="dxa" w:w="2108"/>
          </w:tcPr>
          <w:p>
            <w:r>
              <w:t>Clôture</w:t>
            </w:r>
          </w:p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  <w:tr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  <w:tc>
          <w:tcPr>
            <w:tcW w:type="dxa" w:w="2108"/>
          </w:tcPr>
          <w:p/>
        </w:tc>
      </w:tr>
    </w:tbl>
    <w:p>
      <w:pPr>
        <w:pStyle w:val="Heading2"/>
      </w:pPr>
      <w:r>
        <w:rPr>
          <w:color w:val="123C69"/>
        </w:rPr>
        <w:t>Documents obligatoires à joindre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t>Annexe</w:t>
            </w:r>
          </w:p>
        </w:tc>
        <w:tc>
          <w:tcPr>
            <w:tcW w:type="dxa" w:w="3513"/>
          </w:tcPr>
          <w:p>
            <w:r>
              <w:t>Présente</w:t>
            </w:r>
          </w:p>
        </w:tc>
        <w:tc>
          <w:tcPr>
            <w:tcW w:type="dxa" w:w="3513"/>
          </w:tcPr>
          <w:p>
            <w:r>
              <w:t>Commentaires</w:t>
            </w:r>
          </w:p>
        </w:tc>
      </w:tr>
      <w:tr>
        <w:tc>
          <w:tcPr>
            <w:tcW w:type="dxa" w:w="3513"/>
          </w:tcPr>
          <w:p>
            <w:r>
              <w:t>Plan de nettoyage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Fiches techniques produits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Fiches de données de sécurité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Planning de nettoyage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Relevés de températures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Contrôles ATP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Plan HACCP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Registre nuisibles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Audit interne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  <w:tr>
        <w:tc>
          <w:tcPr>
            <w:tcW w:type="dxa" w:w="3513"/>
          </w:tcPr>
          <w:p>
            <w:r>
              <w:t>Registre formations</w:t>
            </w:r>
          </w:p>
        </w:tc>
        <w:tc>
          <w:tcPr>
            <w:tcW w:type="dxa" w:w="3513"/>
          </w:tcPr>
          <w:p>
            <w:r>
              <w:t>☐ Oui  ☐ Non</w:t>
            </w:r>
          </w:p>
        </w:tc>
        <w:tc>
          <w:tcPr>
            <w:tcW w:type="dxa" w:w="3513"/>
          </w:tcPr>
          <w:p/>
        </w:tc>
      </w:tr>
    </w:tbl>
    <w:p>
      <w:pPr>
        <w:pStyle w:val="Heading2"/>
      </w:pPr>
      <w:r>
        <w:rPr>
          <w:color w:val="123C69"/>
        </w:rPr>
        <w:t>Visa et approbation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t>Fonction</w:t>
            </w:r>
          </w:p>
        </w:tc>
        <w:tc>
          <w:tcPr>
            <w:tcW w:type="dxa" w:w="2635"/>
          </w:tcPr>
          <w:p>
            <w:r>
              <w:t>Nom</w:t>
            </w:r>
          </w:p>
        </w:tc>
        <w:tc>
          <w:tcPr>
            <w:tcW w:type="dxa" w:w="2635"/>
          </w:tcPr>
          <w:p>
            <w:r>
              <w:t>Signature</w:t>
            </w:r>
          </w:p>
        </w:tc>
        <w:tc>
          <w:tcPr>
            <w:tcW w:type="dxa" w:w="2635"/>
          </w:tcPr>
          <w:p>
            <w:r>
              <w:t>Date</w:t>
            </w:r>
          </w:p>
        </w:tc>
      </w:tr>
      <w:tr>
        <w:tc>
          <w:tcPr>
            <w:tcW w:type="dxa" w:w="2635"/>
          </w:tcPr>
          <w:p>
            <w:r>
              <w:t>Direction</w:t>
            </w:r>
          </w:p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>
            <w:r>
              <w:t>Responsable Qualité</w:t>
            </w:r>
          </w:p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  <w:tr>
        <w:tc>
          <w:tcPr>
            <w:tcW w:type="dxa" w:w="2635"/>
          </w:tcPr>
          <w:p>
            <w:r>
              <w:t>Chef de cuisine</w:t>
            </w:r>
          </w:p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  <w:tc>
          <w:tcPr>
            <w:tcW w:type="dxa" w:w="2635"/>
          </w:tcPr>
          <w:p/>
        </w:tc>
      </w:tr>
    </w:tbl>
    <w:sectPr w:rsidR="00FC693F" w:rsidRPr="0006063C" w:rsidSect="00034616"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