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28"/>
        </w:rPr>
        <w:t>Lettre de convocation - Exemple 1</w:t>
      </w:r>
    </w:p>
    <w:p>
      <w:r>
        <w:br/>
        <w:t>[Ville], le [JJ/MM/AAAA]</w:t>
        <w:br/>
      </w:r>
    </w:p>
    <w:p>
      <w:r>
        <w:t>Madame Claire Dupont</w:t>
        <w:br/>
        <w:t>12 rue des Lilas</w:t>
        <w:br/>
        <w:t>75012 Paris</w:t>
      </w:r>
    </w:p>
    <w:p>
      <w:r>
        <w:br/>
        <w:t>Objet : Convocation à un entretien préalable à une sanction disciplinaire</w:t>
        <w:br/>
      </w:r>
    </w:p>
    <w:p>
      <w:r>
        <w:t>Madame / Monsieur,</w:t>
      </w:r>
    </w:p>
    <w:p>
      <w:r>
        <w:t>Nous envisageons de prendre une sanction disciplinaire à votre encontre pour absences injustifiées constatées à plusieurs reprises les 5, 8 et 12 avril 2025.</w:t>
      </w:r>
    </w:p>
    <w:p>
      <w:r>
        <w:t>Nous vous convoquons donc à un entretien préalable qui se tiendra le lundi 12 mai 2025 à 10h00 dans le bureau RH, 2e étage, bâtiment principal.</w:t>
      </w:r>
    </w:p>
    <w:p>
      <w:r>
        <w:t>Lors de cet entretien, vous pourrez vous faire assister par une personne de votre choix appartenant à l’entreprise ou par un conseiller extérieur figurant sur la liste préfectorale.</w:t>
      </w:r>
    </w:p>
    <w:p>
      <w:r>
        <w:br/>
        <w:t>Veuillez agréer, Madame / Monsieur, l’expression de nos salutations distinguées.</w:t>
        <w:br/>
      </w:r>
    </w:p>
    <w:p>
      <w:r>
        <w:t>Sophie Martin</w:t>
        <w:br/>
        <w:t>Directrice des Ressources Humaines</w:t>
      </w:r>
    </w:p>
    <w:p>
      <w:r>
        <w:br/>
      </w:r>
    </w:p>
    <w:p>
      <w:r>
        <w:br w:type="page"/>
      </w:r>
    </w:p>
    <w:p>
      <w:pPr>
        <w:jc w:val="center"/>
      </w:pPr>
      <w:r>
        <w:rPr>
          <w:b/>
          <w:sz w:val="28"/>
        </w:rPr>
        <w:t>Lettre de convocation - Exemple 2</w:t>
      </w:r>
    </w:p>
    <w:p>
      <w:r>
        <w:br/>
        <w:t>[Ville], le [JJ/MM/AAAA]</w:t>
        <w:br/>
      </w:r>
    </w:p>
    <w:p>
      <w:r>
        <w:t>Monsieur Jean Lambert</w:t>
        <w:br/>
        <w:t>45 avenue du Général de Gaulle</w:t>
        <w:br/>
        <w:t>69003 Lyon</w:t>
      </w:r>
    </w:p>
    <w:p>
      <w:r>
        <w:br/>
        <w:t>Objet : Convocation à un entretien préalable à une sanction disciplinaire</w:t>
        <w:br/>
      </w:r>
    </w:p>
    <w:p>
      <w:r>
        <w:t>Madame / Monsieur,</w:t>
      </w:r>
    </w:p>
    <w:p>
      <w:r>
        <w:t>Des faits de non-respect répété des consignes de sécurité sur le site de production ont été constatés les 2 et 6 avril 2025.</w:t>
      </w:r>
    </w:p>
    <w:p>
      <w:r>
        <w:t>Nous vous invitons donc à un entretien préalable qui se déroulera le mercredi 15 mai 2025 à 14h30 dans le bureau du Responsable Sécurité, 1er étage, site industriel.</w:t>
      </w:r>
    </w:p>
    <w:p>
      <w:r>
        <w:t>Vous avez la possibilité de vous faire accompagner par un collègue de votre choix ou par un conseiller inscrit sur la liste préfectorale.</w:t>
      </w:r>
    </w:p>
    <w:p>
      <w:r>
        <w:br/>
        <w:t>Veuillez agréer, Madame / Monsieur, l’expression de nos salutations distinguées.</w:t>
        <w:br/>
      </w:r>
    </w:p>
    <w:p>
      <w:r>
        <w:t>Pauline Verdier</w:t>
        <w:br/>
        <w:t>Responsable Sécurité</w:t>
      </w:r>
    </w:p>
    <w:p>
      <w:r>
        <w:br/>
      </w:r>
    </w:p>
    <w:p>
      <w:r>
        <w:br w:type="page"/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