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Exemple de Lettre de Motivation Manuscrite</w:t>
      </w:r>
    </w:p>
    <w:p>
      <w:pPr/>
      <w:r>
        <w:t>Jean Dupont</w:t>
        <w:br/>
        <w:t>12 rue des Acacias</w:t>
        <w:br/>
        <w:t>75012 Paris</w:t>
        <w:br/>
        <w:t>06 12 34 56 78</w:t>
      </w:r>
    </w:p>
    <w:p/>
    <w:p>
      <w:pPr/>
      <w:r>
        <w:t>Direction des Ressources Humaines</w:t>
        <w:br/>
        <w:t>Mairie du 12e arrondissement</w:t>
        <w:br/>
        <w:t>75012 Paris</w:t>
      </w:r>
    </w:p>
    <w:p>
      <w:pPr>
        <w:jc w:val="right"/>
      </w:pPr>
      <w:r>
        <w:t>Paris, le 12 avril 2025</w:t>
      </w:r>
    </w:p>
    <w:p>
      <w:pPr/>
      <w:r>
        <w:t>Objet : Candidature au poste d’agent administratif</w:t>
      </w:r>
    </w:p>
    <w:p>
      <w:r>
        <w:t>Madame, Monsieur,</w:t>
      </w:r>
    </w:p>
    <w:p>
      <w:r>
        <w:t>Actuellement en recherche d’un poste dans la fonction publique territoriale, je vous propose ma candidature pour le poste d’agent administratif au sein de votre mairie.</w:t>
      </w:r>
    </w:p>
    <w:p>
      <w:r>
        <w:t>Rigoureux, ponctuel et à l’écoute, j’ai travaillé pendant cinq ans dans un service client où j’étais en charge du traitement des dossiers, de l’accueil physique et téléphonique, ainsi que de la mise à jour de bases de données. Ces expériences m’ont permis de développer une réelle polyvalence, une bonne capacité d’organisation et un contact facile avec le public.</w:t>
      </w:r>
    </w:p>
    <w:p>
      <w:r>
        <w:t>Intégrer votre équipe représente pour moi l’opportunité de mettre mes compétences au service des citoyens, dans un cadre structuré et utile.</w:t>
      </w:r>
    </w:p>
    <w:p>
      <w:r>
        <w:t>Je me tiens à votre disposition pour un entretien à votre convenance et vous remercie pour l’attention portée à ma candidature.</w:t>
      </w:r>
    </w:p>
    <w:p>
      <w:r>
        <w:t>Veuillez agréer, Madame, Monsieur, l’expression de mes salutations respectueuses.</w:t>
      </w:r>
    </w:p>
    <w:p>
      <w:r>
        <w:t>Jean Dupont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