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2"/>
        </w:rPr>
        <w:t>🏛️ DEMANDE DE FINANCEMENT DE FORMATION – CONSEIL RÉGIONAL</w:t>
      </w:r>
    </w:p>
    <w:p>
      <w:r>
        <w:br/>
      </w:r>
    </w:p>
    <w:p>
      <w:pPr>
        <w:pStyle w:val="Heading1"/>
      </w:pPr>
      <w:r>
        <w:t>🔹 Informations personnelles :</w:t>
      </w:r>
    </w:p>
    <w:p>
      <w:r>
        <w:t>• Prénom et Nom : [À remplir]</w:t>
        <w:br/>
        <w:t>• Adresse : [À remplir]</w:t>
        <w:br/>
        <w:t>• Téléphone : [À remplir]</w:t>
        <w:br/>
        <w:t>• Email : [À remplir]</w:t>
        <w:br/>
      </w:r>
    </w:p>
    <w:p>
      <w:pPr>
        <w:pStyle w:val="Heading1"/>
      </w:pPr>
      <w:r>
        <w:br/>
        <w:t>🔹 Informations sur la formation :</w:t>
      </w:r>
    </w:p>
    <w:p>
      <w:r>
        <w:t>• Intitulé de la formation : [À remplir]</w:t>
        <w:br/>
        <w:t>• Organisme de formation : [À remplir]</w:t>
        <w:br/>
        <w:t>• Dates de la formation : [À remplir]</w:t>
        <w:br/>
        <w:t>• Coût total de la formation : [À remplir]</w:t>
        <w:br/>
      </w:r>
    </w:p>
    <w:p>
      <w:pPr>
        <w:pStyle w:val="Heading1"/>
      </w:pPr>
      <w:r>
        <w:br/>
        <w:t>🔹 Lettre type :</w:t>
      </w:r>
    </w:p>
    <w:p>
      <w:r>
        <w:t>Objet : Demande de financement d'une formation professionnelle</w:t>
        <w:br/>
        <w:br/>
        <w:t>Madame, Monsieur,</w:t>
        <w:br/>
        <w:br/>
        <w:t>Engagé(e) dans une démarche active de retour à l’emploi / reconversion professionnelle, je souhaite solliciter votre soutien financier afin de suivre la formation intitulée « [Nom de la formation] » dispensée par [Nom de l'organisme], prévue du [Date début] au [Date fin].</w:t>
        <w:br/>
        <w:br/>
        <w:t>Cette formation me permettrait d’acquérir des compétences clés pour intégrer durablement le secteur de [secteur visé], en forte demande dans notre région.</w:t>
        <w:br/>
        <w:br/>
        <w:t>Je joins à cette demande le programme détaillé, le devis de la formation ainsi qu’une lettre motivant mon projet professionnel.</w:t>
        <w:br/>
        <w:br/>
        <w:t>Restant à votre disposition pour tout complément d'information, je vous prie d’agréer, Madame, Monsieur, l’expression de mes salutations respectueuses.</w:t>
        <w:br/>
        <w:br/>
        <w:t>[Votre prénom et nom]</w:t>
      </w:r>
    </w:p>
    <w:p>
      <w:pPr>
        <w:pStyle w:val="Heading1"/>
      </w:pPr>
      <w:r>
        <w:br/>
        <w:t>🔹 Checklist spéciale Conseil Régional :</w:t>
      </w:r>
    </w:p>
    <w:p>
      <w:r>
        <w:t>✅ Programme de la formation joint</w:t>
        <w:br/>
        <w:t>✅ Devis signé par l'organisme de formation</w:t>
        <w:br/>
        <w:t>✅ Lettre de motivation précisant le projet professionnel</w:t>
        <w:br/>
        <w:t>✅ Attestation de situation (inscription à Pôle emploi, statut RSA, jeune diplômé, etc.)</w:t>
        <w:br/>
        <w:t>✅ Justificatif de domicile récent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