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</w:p>
    <w:p>
      <w:pPr>
        <w:jc w:val="center"/>
      </w:pPr>
      <w:r>
        <w:rPr>
          <w:b/>
          <w:color w:val="00467F"/>
          <w:sz w:val="40"/>
        </w:rPr>
        <w:t>OFFRE TECHNIQUE ET FINANCIÈRE</w:t>
        <w:br/>
        <w:br/>
      </w:r>
    </w:p>
    <w:p>
      <w:pPr>
        <w:jc w:val="center"/>
      </w:pPr>
      <w:r>
        <w:t>Référence du TDR : [À compléter]</w:t>
      </w:r>
    </w:p>
    <w:p>
      <w:pPr>
        <w:jc w:val="center"/>
      </w:pPr>
      <w:r>
        <w:t>Soumissionnaire : [Nom de l'organisation]</w:t>
      </w:r>
    </w:p>
    <w:p>
      <w:pPr>
        <w:jc w:val="center"/>
      </w:pPr>
      <w:r>
        <w:t>Date : [À compléter]</w:t>
      </w:r>
    </w:p>
    <w:p>
      <w:r>
        <w:br w:type="page"/>
      </w:r>
    </w:p>
    <w:p>
      <w:pPr>
        <w:pStyle w:val="Heading1"/>
      </w:pPr>
      <w:r>
        <w:rPr>
          <w:color w:val="00467F"/>
          <w:sz w:val="28"/>
        </w:rPr>
        <w:t>1. Lettre de soumission</w:t>
      </w:r>
    </w:p>
    <w:p>
      <w:r>
        <w:t>Madame, Monsieur,</w:t>
        <w:br/>
        <w:br/>
        <w:t>Nous avons l’honneur de vous soumettre notre offre...</w:t>
      </w:r>
    </w:p>
    <w:p>
      <w:r>
        <w:t>[Compléter avec le contenu adapté]</w:t>
      </w:r>
    </w:p>
    <w:p>
      <w:pPr>
        <w:pStyle w:val="Heading1"/>
      </w:pPr>
      <w:r>
        <w:rPr>
          <w:color w:val="00467F"/>
          <w:sz w:val="28"/>
        </w:rPr>
        <w:t>2. Présentation du soumissionnaire</w:t>
      </w:r>
    </w:p>
    <w:p>
      <w:r>
        <w:t>Nom de l'organisation : [À compléter]</w:t>
      </w:r>
    </w:p>
    <w:p>
      <w:r>
        <w:t>Année de création : [À compléter]</w:t>
      </w:r>
    </w:p>
    <w:p>
      <w:r>
        <w:t>Domaines d'expertise : [À compléter]</w:t>
      </w:r>
    </w:p>
    <w:p>
      <w:pPr>
        <w:pStyle w:val="Heading1"/>
      </w:pPr>
      <w:r>
        <w:rPr>
          <w:color w:val="00467F"/>
          <w:sz w:val="28"/>
        </w:rPr>
        <w:t>3. Compréhension du besoin</w:t>
      </w:r>
    </w:p>
    <w:p>
      <w:r>
        <w:t>Notre compréhension des besoins exprimés dans le TDR se résume comme suit :</w:t>
      </w:r>
    </w:p>
    <w:p>
      <w:r>
        <w:t>[À compléter]</w:t>
      </w:r>
    </w:p>
    <w:p>
      <w:pPr>
        <w:pStyle w:val="Heading1"/>
      </w:pPr>
      <w:r>
        <w:rPr>
          <w:color w:val="00467F"/>
          <w:sz w:val="28"/>
        </w:rPr>
        <w:t>4. Méthodologie d’intervention</w:t>
      </w:r>
    </w:p>
    <w:p>
      <w:r>
        <w:t>La méthodologie proposée comprend les étapes suivantes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Étape</w:t>
            </w:r>
          </w:p>
        </w:tc>
        <w:tc>
          <w:tcPr>
            <w:tcW w:type="dxa" w:w="2880"/>
          </w:tcPr>
          <w:p>
            <w:r>
              <w:t>Activité</w:t>
            </w:r>
          </w:p>
        </w:tc>
        <w:tc>
          <w:tcPr>
            <w:tcW w:type="dxa" w:w="2880"/>
          </w:tcPr>
          <w:p>
            <w:r>
              <w:t>Livrable attendu</w:t>
            </w:r>
          </w:p>
        </w:tc>
      </w:tr>
      <w:tr>
        <w:tc>
          <w:tcPr>
            <w:tcW w:type="dxa" w:w="2880"/>
          </w:tcPr>
          <w:p>
            <w:r>
              <w:t>[Phase]</w:t>
            </w:r>
          </w:p>
        </w:tc>
        <w:tc>
          <w:tcPr>
            <w:tcW w:type="dxa" w:w="2880"/>
          </w:tcPr>
          <w:p>
            <w:r>
              <w:t>[Activités]</w:t>
            </w:r>
          </w:p>
        </w:tc>
        <w:tc>
          <w:tcPr>
            <w:tcW w:type="dxa" w:w="2880"/>
          </w:tcPr>
          <w:p>
            <w:r>
              <w:t>[Livrables]</w:t>
            </w:r>
          </w:p>
        </w:tc>
      </w:tr>
      <w:tr>
        <w:tc>
          <w:tcPr>
            <w:tcW w:type="dxa" w:w="2880"/>
          </w:tcPr>
          <w:p>
            <w:r>
              <w:t>[Phase]</w:t>
            </w:r>
          </w:p>
        </w:tc>
        <w:tc>
          <w:tcPr>
            <w:tcW w:type="dxa" w:w="2880"/>
          </w:tcPr>
          <w:p>
            <w:r>
              <w:t>[Activités]</w:t>
            </w:r>
          </w:p>
        </w:tc>
        <w:tc>
          <w:tcPr>
            <w:tcW w:type="dxa" w:w="2880"/>
          </w:tcPr>
          <w:p>
            <w:r>
              <w:t>[Livrables]</w:t>
            </w:r>
          </w:p>
        </w:tc>
      </w:tr>
      <w:tr>
        <w:tc>
          <w:tcPr>
            <w:tcW w:type="dxa" w:w="2880"/>
          </w:tcPr>
          <w:p>
            <w:r>
              <w:t>[Phase]</w:t>
            </w:r>
          </w:p>
        </w:tc>
        <w:tc>
          <w:tcPr>
            <w:tcW w:type="dxa" w:w="2880"/>
          </w:tcPr>
          <w:p>
            <w:r>
              <w:t>[Activités]</w:t>
            </w:r>
          </w:p>
        </w:tc>
        <w:tc>
          <w:tcPr>
            <w:tcW w:type="dxa" w:w="2880"/>
          </w:tcPr>
          <w:p>
            <w:r>
              <w:t>[Livrables]</w:t>
            </w:r>
          </w:p>
        </w:tc>
      </w:tr>
      <w:tr>
        <w:tc>
          <w:tcPr>
            <w:tcW w:type="dxa" w:w="2880"/>
          </w:tcPr>
          <w:p>
            <w:r>
              <w:t>[Phase]</w:t>
            </w:r>
          </w:p>
        </w:tc>
        <w:tc>
          <w:tcPr>
            <w:tcW w:type="dxa" w:w="2880"/>
          </w:tcPr>
          <w:p>
            <w:r>
              <w:t>[Activités]</w:t>
            </w:r>
          </w:p>
        </w:tc>
        <w:tc>
          <w:tcPr>
            <w:tcW w:type="dxa" w:w="2880"/>
          </w:tcPr>
          <w:p>
            <w:r>
              <w:t>[Livrables]</w:t>
            </w:r>
          </w:p>
        </w:tc>
      </w:tr>
    </w:tbl>
    <w:p>
      <w:pPr>
        <w:pStyle w:val="Heading1"/>
      </w:pPr>
      <w:r>
        <w:rPr>
          <w:color w:val="00467F"/>
          <w:sz w:val="28"/>
        </w:rPr>
        <w:t>5. Équipe projet</w:t>
      </w:r>
    </w:p>
    <w:p>
      <w:r>
        <w:t>L’équipe mobilisée est présentée ci-dessous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Nom</w:t>
            </w:r>
          </w:p>
        </w:tc>
        <w:tc>
          <w:tcPr>
            <w:tcW w:type="dxa" w:w="2880"/>
          </w:tcPr>
          <w:p>
            <w:r>
              <w:t>Rôle</w:t>
            </w:r>
          </w:p>
        </w:tc>
        <w:tc>
          <w:tcPr>
            <w:tcW w:type="dxa" w:w="2880"/>
          </w:tcPr>
          <w:p>
            <w:r>
              <w:t>Expérience pertinente</w:t>
            </w:r>
          </w:p>
        </w:tc>
      </w:tr>
      <w:tr>
        <w:tc>
          <w:tcPr>
            <w:tcW w:type="dxa" w:w="2880"/>
          </w:tcPr>
          <w:p>
            <w:r>
              <w:t>[Nom]</w:t>
            </w:r>
          </w:p>
        </w:tc>
        <w:tc>
          <w:tcPr>
            <w:tcW w:type="dxa" w:w="2880"/>
          </w:tcPr>
          <w:p>
            <w:r>
              <w:t>[Rôle]</w:t>
            </w:r>
          </w:p>
        </w:tc>
        <w:tc>
          <w:tcPr>
            <w:tcW w:type="dxa" w:w="2880"/>
          </w:tcPr>
          <w:p>
            <w:r>
              <w:t>[Expérience]</w:t>
            </w:r>
          </w:p>
        </w:tc>
      </w:tr>
      <w:tr>
        <w:tc>
          <w:tcPr>
            <w:tcW w:type="dxa" w:w="2880"/>
          </w:tcPr>
          <w:p>
            <w:r>
              <w:t>[Nom]</w:t>
            </w:r>
          </w:p>
        </w:tc>
        <w:tc>
          <w:tcPr>
            <w:tcW w:type="dxa" w:w="2880"/>
          </w:tcPr>
          <w:p>
            <w:r>
              <w:t>[Rôle]</w:t>
            </w:r>
          </w:p>
        </w:tc>
        <w:tc>
          <w:tcPr>
            <w:tcW w:type="dxa" w:w="2880"/>
          </w:tcPr>
          <w:p>
            <w:r>
              <w:t>[Expérience]</w:t>
            </w:r>
          </w:p>
        </w:tc>
      </w:tr>
      <w:tr>
        <w:tc>
          <w:tcPr>
            <w:tcW w:type="dxa" w:w="2880"/>
          </w:tcPr>
          <w:p>
            <w:r>
              <w:t>[Nom]</w:t>
            </w:r>
          </w:p>
        </w:tc>
        <w:tc>
          <w:tcPr>
            <w:tcW w:type="dxa" w:w="2880"/>
          </w:tcPr>
          <w:p>
            <w:r>
              <w:t>[Rôle]</w:t>
            </w:r>
          </w:p>
        </w:tc>
        <w:tc>
          <w:tcPr>
            <w:tcW w:type="dxa" w:w="2880"/>
          </w:tcPr>
          <w:p>
            <w:r>
              <w:t>[Expérience]</w:t>
            </w:r>
          </w:p>
        </w:tc>
      </w:tr>
    </w:tbl>
    <w:p>
      <w:pPr>
        <w:pStyle w:val="Heading1"/>
      </w:pPr>
      <w:r>
        <w:rPr>
          <w:color w:val="00467F"/>
          <w:sz w:val="28"/>
        </w:rPr>
        <w:t>6. Références similaires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Projet</w:t>
            </w:r>
          </w:p>
        </w:tc>
        <w:tc>
          <w:tcPr>
            <w:tcW w:type="dxa" w:w="2880"/>
          </w:tcPr>
          <w:p>
            <w:r>
              <w:t>Client</w:t>
            </w:r>
          </w:p>
        </w:tc>
        <w:tc>
          <w:tcPr>
            <w:tcW w:type="dxa" w:w="2880"/>
          </w:tcPr>
          <w:p>
            <w:r>
              <w:t>Année</w:t>
            </w:r>
          </w:p>
        </w:tc>
      </w:tr>
      <w:tr>
        <w:tc>
          <w:tcPr>
            <w:tcW w:type="dxa" w:w="2880"/>
          </w:tcPr>
          <w:p>
            <w:r>
              <w:t>[Projet]</w:t>
            </w:r>
          </w:p>
        </w:tc>
        <w:tc>
          <w:tcPr>
            <w:tcW w:type="dxa" w:w="2880"/>
          </w:tcPr>
          <w:p>
            <w:r>
              <w:t>[Client]</w:t>
            </w:r>
          </w:p>
        </w:tc>
        <w:tc>
          <w:tcPr>
            <w:tcW w:type="dxa" w:w="2880"/>
          </w:tcPr>
          <w:p>
            <w:r>
              <w:t>[Année]</w:t>
            </w:r>
          </w:p>
        </w:tc>
      </w:tr>
      <w:tr>
        <w:tc>
          <w:tcPr>
            <w:tcW w:type="dxa" w:w="2880"/>
          </w:tcPr>
          <w:p>
            <w:r>
              <w:t>[Projet]</w:t>
            </w:r>
          </w:p>
        </w:tc>
        <w:tc>
          <w:tcPr>
            <w:tcW w:type="dxa" w:w="2880"/>
          </w:tcPr>
          <w:p>
            <w:r>
              <w:t>[Client]</w:t>
            </w:r>
          </w:p>
        </w:tc>
        <w:tc>
          <w:tcPr>
            <w:tcW w:type="dxa" w:w="2880"/>
          </w:tcPr>
          <w:p>
            <w:r>
              <w:t>[Année]</w:t>
            </w:r>
          </w:p>
        </w:tc>
      </w:tr>
      <w:tr>
        <w:tc>
          <w:tcPr>
            <w:tcW w:type="dxa" w:w="2880"/>
          </w:tcPr>
          <w:p>
            <w:r>
              <w:t>[Projet]</w:t>
            </w:r>
          </w:p>
        </w:tc>
        <w:tc>
          <w:tcPr>
            <w:tcW w:type="dxa" w:w="2880"/>
          </w:tcPr>
          <w:p>
            <w:r>
              <w:t>[Client]</w:t>
            </w:r>
          </w:p>
        </w:tc>
        <w:tc>
          <w:tcPr>
            <w:tcW w:type="dxa" w:w="2880"/>
          </w:tcPr>
          <w:p>
            <w:r>
              <w:t>[Année]</w:t>
            </w:r>
          </w:p>
        </w:tc>
      </w:tr>
    </w:tbl>
    <w:p>
      <w:pPr>
        <w:pStyle w:val="Heading1"/>
      </w:pPr>
      <w:r>
        <w:rPr>
          <w:color w:val="00467F"/>
          <w:sz w:val="28"/>
        </w:rPr>
        <w:t>7. Offre financière</w:t>
      </w:r>
    </w:p>
    <w:p>
      <w:r>
        <w:t>Veuillez trouver ci-dessous notre proposition financière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Activité</w:t>
            </w:r>
          </w:p>
        </w:tc>
        <w:tc>
          <w:tcPr>
            <w:tcW w:type="dxa" w:w="2160"/>
          </w:tcPr>
          <w:p>
            <w:r>
              <w:t>Coût unitaire</w:t>
            </w:r>
          </w:p>
        </w:tc>
        <w:tc>
          <w:tcPr>
            <w:tcW w:type="dxa" w:w="2160"/>
          </w:tcPr>
          <w:p>
            <w:r>
              <w:t>Quantité</w:t>
            </w:r>
          </w:p>
        </w:tc>
        <w:tc>
          <w:tcPr>
            <w:tcW w:type="dxa" w:w="2160"/>
          </w:tcPr>
          <w:p>
            <w:r>
              <w:t>Total</w:t>
            </w:r>
          </w:p>
        </w:tc>
      </w:tr>
      <w:tr>
        <w:tc>
          <w:tcPr>
            <w:tcW w:type="dxa" w:w="2160"/>
          </w:tcPr>
          <w:p>
            <w:r>
              <w:t>[Activité]</w:t>
            </w:r>
          </w:p>
        </w:tc>
        <w:tc>
          <w:tcPr>
            <w:tcW w:type="dxa" w:w="2160"/>
          </w:tcPr>
          <w:p>
            <w:r>
              <w:t>[Coût unitaire]</w:t>
            </w:r>
          </w:p>
        </w:tc>
        <w:tc>
          <w:tcPr>
            <w:tcW w:type="dxa" w:w="2160"/>
          </w:tcPr>
          <w:p>
            <w:r>
              <w:t>[Quantité]</w:t>
            </w:r>
          </w:p>
        </w:tc>
        <w:tc>
          <w:tcPr>
            <w:tcW w:type="dxa" w:w="2160"/>
          </w:tcPr>
          <w:p>
            <w:r>
              <w:t>[Total]</w:t>
            </w:r>
          </w:p>
        </w:tc>
      </w:tr>
      <w:tr>
        <w:tc>
          <w:tcPr>
            <w:tcW w:type="dxa" w:w="2160"/>
          </w:tcPr>
          <w:p>
            <w:r>
              <w:t>[Activité]</w:t>
            </w:r>
          </w:p>
        </w:tc>
        <w:tc>
          <w:tcPr>
            <w:tcW w:type="dxa" w:w="2160"/>
          </w:tcPr>
          <w:p>
            <w:r>
              <w:t>[Coût unitaire]</w:t>
            </w:r>
          </w:p>
        </w:tc>
        <w:tc>
          <w:tcPr>
            <w:tcW w:type="dxa" w:w="2160"/>
          </w:tcPr>
          <w:p>
            <w:r>
              <w:t>[Quantité]</w:t>
            </w:r>
          </w:p>
        </w:tc>
        <w:tc>
          <w:tcPr>
            <w:tcW w:type="dxa" w:w="2160"/>
          </w:tcPr>
          <w:p>
            <w:r>
              <w:t>[Total]</w:t>
            </w:r>
          </w:p>
        </w:tc>
      </w:tr>
      <w:tr>
        <w:tc>
          <w:tcPr>
            <w:tcW w:type="dxa" w:w="2160"/>
          </w:tcPr>
          <w:p>
            <w:r>
              <w:t>[Activité]</w:t>
            </w:r>
          </w:p>
        </w:tc>
        <w:tc>
          <w:tcPr>
            <w:tcW w:type="dxa" w:w="2160"/>
          </w:tcPr>
          <w:p>
            <w:r>
              <w:t>[Coût unitaire]</w:t>
            </w:r>
          </w:p>
        </w:tc>
        <w:tc>
          <w:tcPr>
            <w:tcW w:type="dxa" w:w="2160"/>
          </w:tcPr>
          <w:p>
            <w:r>
              <w:t>[Quantité]</w:t>
            </w:r>
          </w:p>
        </w:tc>
        <w:tc>
          <w:tcPr>
            <w:tcW w:type="dxa" w:w="2160"/>
          </w:tcPr>
          <w:p>
            <w:r>
              <w:t>[Total]</w:t>
            </w:r>
          </w:p>
        </w:tc>
      </w:tr>
      <w:tr>
        <w:tc>
          <w:tcPr>
            <w:tcW w:type="dxa" w:w="2160"/>
          </w:tcPr>
          <w:p>
            <w:r>
              <w:t>[Activité]</w:t>
            </w:r>
          </w:p>
        </w:tc>
        <w:tc>
          <w:tcPr>
            <w:tcW w:type="dxa" w:w="2160"/>
          </w:tcPr>
          <w:p>
            <w:r>
              <w:t>[Coût unitaire]</w:t>
            </w:r>
          </w:p>
        </w:tc>
        <w:tc>
          <w:tcPr>
            <w:tcW w:type="dxa" w:w="2160"/>
          </w:tcPr>
          <w:p>
            <w:r>
              <w:t>[Quantité]</w:t>
            </w:r>
          </w:p>
        </w:tc>
        <w:tc>
          <w:tcPr>
            <w:tcW w:type="dxa" w:w="2160"/>
          </w:tcPr>
          <w:p>
            <w:r>
              <w:t>[Total]</w:t>
            </w:r>
          </w:p>
        </w:tc>
      </w:tr>
    </w:tbl>
    <w:p>
      <w:pPr>
        <w:pStyle w:val="Heading1"/>
      </w:pPr>
      <w:r>
        <w:rPr>
          <w:color w:val="00467F"/>
          <w:sz w:val="28"/>
        </w:rPr>
        <w:t>8. Annexes</w:t>
      </w:r>
    </w:p>
    <w:p>
      <w:r>
        <w:t>- CVs</w:t>
        <w:br/>
        <w:t>- Documents administratifs</w:t>
        <w:br/>
        <w:t>- Autres documents pertinents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