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Canevas de Rédaction : Note de Synthèse Administrative</w:t>
      </w:r>
    </w:p>
    <w:p>
      <w:r>
        <w:br/>
        <w:t>Nom de l’auteur : _______________________________</w:t>
      </w:r>
    </w:p>
    <w:p>
      <w:r>
        <w:t>Service : ________________________________________</w:t>
      </w:r>
    </w:p>
    <w:p>
      <w:r>
        <w:t>Date : ___ / ___ / ______</w:t>
      </w:r>
    </w:p>
    <w:p>
      <w:r>
        <w:t>Destinataire : ___________________________________</w:t>
      </w:r>
    </w:p>
    <w:p>
      <w:r>
        <w:br w:type="page"/>
      </w:r>
    </w:p>
    <w:p>
      <w:pPr>
        <w:pStyle w:val="Heading2"/>
      </w:pPr>
      <w:r>
        <w:t>Objet de la note :</w:t>
      </w:r>
    </w:p>
    <w:p>
      <w:pPr/>
      <w:r>
        <w:t>Résumé en une ligne du thème abordé.</w:t>
      </w:r>
    </w:p>
    <w:p>
      <w:pPr>
        <w:pStyle w:val="Heading2"/>
      </w:pPr>
      <w:r>
        <w:t>1. Introduction</w:t>
      </w:r>
    </w:p>
    <w:p>
      <w:r>
        <w:t>Présentez brièvement le contexte général et la raison de la note. Ex : nouvelle réforme, retour d’expérience, problème récurrent…</w:t>
      </w:r>
    </w:p>
    <w:p>
      <w:pPr>
        <w:pStyle w:val="Heading2"/>
      </w:pPr>
      <w:r>
        <w:t>2. Corps de la note</w:t>
      </w:r>
    </w:p>
    <w:p>
      <w:pPr>
        <w:pStyle w:val="Heading3"/>
      </w:pPr>
      <w:r>
        <w:t>I. Constat / Situation actuelle</w:t>
      </w:r>
    </w:p>
    <w:p>
      <w:r>
        <w:t>Exposez les données principales, les faits observés, les chiffres s’il y en a, et le contexte administratif ou juridique.</w:t>
      </w:r>
    </w:p>
    <w:p>
      <w:pPr>
        <w:pStyle w:val="Heading3"/>
      </w:pPr>
      <w:r>
        <w:t>II. Problèmes / Enjeux identifiés</w:t>
      </w:r>
    </w:p>
    <w:p>
      <w:r>
        <w:t>Analysez les points de blocage, les contradictions, les difficultés rencontrées ou les enjeux à venir.</w:t>
      </w:r>
    </w:p>
    <w:p>
      <w:pPr>
        <w:pStyle w:val="Heading3"/>
      </w:pPr>
      <w:r>
        <w:t>III. Pistes de solution / Propositions</w:t>
      </w:r>
    </w:p>
    <w:p>
      <w:r>
        <w:t>Formulez des orientations possibles, recommandations ou actions à envisager.</w:t>
      </w:r>
    </w:p>
    <w:p>
      <w:pPr>
        <w:pStyle w:val="Heading2"/>
      </w:pPr>
      <w:r>
        <w:t>3. Conclusion</w:t>
      </w:r>
    </w:p>
    <w:p>
      <w:r>
        <w:t>Résumez l'essentiel de la note. Si besoin, proposez une ouverture vers une décision à prendre ou un suivi à effectuer.</w:t>
      </w:r>
    </w:p>
    <w:p>
      <w:r>
        <w:br w:type="page"/>
      </w:r>
    </w:p>
    <w:p>
      <w:pPr>
        <w:pStyle w:val="Heading2"/>
      </w:pPr>
      <w:r>
        <w:t>🗒️ Espace de travail / Notes personnelles :</w:t>
      </w:r>
    </w:p>
    <w:p>
      <w:r>
        <w:br/>
        <w:br/>
        <w:br/>
        <w:br/>
        <w:br/>
        <w:br/>
        <w:br/>
        <w:br/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