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PROPOSITION DE SERVICE</w:t>
      </w:r>
    </w:p>
    <w:p>
      <w:r>
        <w:br/>
        <w:br/>
        <w:t>Nom de l'Entreprise : ___________________________</w:t>
      </w:r>
    </w:p>
    <w:p>
      <w:r>
        <w:t>Nom du Client : ___________________________</w:t>
      </w:r>
    </w:p>
    <w:p>
      <w:r>
        <w:t>Date de la Proposition : ___ / ___ / _____</w:t>
      </w:r>
    </w:p>
    <w:p>
      <w:r>
        <w:br/>
        <w:t>Résumé :</w:t>
      </w:r>
    </w:p>
    <w:p>
      <w:r>
        <w:t>[Ajoutez une brève présentation de la proposition et de ses objectifs]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1. Présentation de l’Entreprise</w:t>
      </w:r>
    </w:p>
    <w:p>
      <w:r>
        <w:t>[Décrivez brièvement votre entreprise, son expertise et son historique]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2. Contexte et Besoins du Client</w:t>
      </w:r>
    </w:p>
    <w:p>
      <w:r>
        <w:t>[Expliquez la situation du client et les problématiques auxquelles il fait face]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3. Description du Service Proposé</w:t>
      </w:r>
    </w:p>
    <w:p>
      <w:r>
        <w:t>[Détaillez les solutions et services que vous proposez pour répondre aux besoins du client]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4. Méthodologie et Déroulement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F4CCCC"/>
          </w:tcPr>
          <w:p>
            <w:r>
              <w:rPr>
                <w:b/>
                <w:sz w:val="24"/>
              </w:rPr>
              <w:t>Phase</w:t>
            </w:r>
          </w:p>
        </w:tc>
        <w:tc>
          <w:tcPr>
            <w:tcW w:type="dxa" w:w="2880"/>
            <w:shd w:fill="F4CCCC"/>
          </w:tcPr>
          <w:p>
            <w:r>
              <w:rPr>
                <w:b/>
                <w:sz w:val="24"/>
              </w:rPr>
              <w:t>Actions Clés</w:t>
            </w:r>
          </w:p>
        </w:tc>
        <w:tc>
          <w:tcPr>
            <w:tcW w:type="dxa" w:w="2880"/>
            <w:shd w:fill="F4CCCC"/>
          </w:tcPr>
          <w:p>
            <w:r>
              <w:rPr>
                <w:b/>
                <w:sz w:val="24"/>
              </w:rPr>
              <w:t>Échéance</w:t>
            </w:r>
          </w:p>
        </w:tc>
      </w:tr>
      <w:tr>
        <w:tc>
          <w:tcPr>
            <w:tcW w:type="dxa" w:w="2880"/>
          </w:tcPr>
          <w:p>
            <w:r>
              <w:t>Phase 1 : Analyse</w:t>
            </w:r>
          </w:p>
        </w:tc>
        <w:tc>
          <w:tcPr>
            <w:tcW w:type="dxa" w:w="2880"/>
          </w:tcPr>
          <w:p>
            <w:r>
              <w:t>[Évaluation des besoins et diagnostic]</w:t>
            </w:r>
          </w:p>
        </w:tc>
        <w:tc>
          <w:tcPr>
            <w:tcW w:type="dxa" w:w="2880"/>
          </w:tcPr>
          <w:p>
            <w:r>
              <w:t>[Date cible]</w:t>
            </w:r>
          </w:p>
        </w:tc>
      </w:tr>
      <w:tr>
        <w:tc>
          <w:tcPr>
            <w:tcW w:type="dxa" w:w="2880"/>
          </w:tcPr>
          <w:p>
            <w:r>
              <w:t>Phase 2 : Mise en œuvre</w:t>
            </w:r>
          </w:p>
        </w:tc>
        <w:tc>
          <w:tcPr>
            <w:tcW w:type="dxa" w:w="2880"/>
          </w:tcPr>
          <w:p>
            <w:r>
              <w:t>[Déploiement de la solution]</w:t>
            </w:r>
          </w:p>
        </w:tc>
        <w:tc>
          <w:tcPr>
            <w:tcW w:type="dxa" w:w="2880"/>
          </w:tcPr>
          <w:p>
            <w:r>
              <w:t>[Date cible]</w:t>
            </w:r>
          </w:p>
        </w:tc>
      </w:tr>
      <w:tr>
        <w:tc>
          <w:tcPr>
            <w:tcW w:type="dxa" w:w="2880"/>
          </w:tcPr>
          <w:p>
            <w:r>
              <w:t>Phase 3 : Suivi et Optimisation</w:t>
            </w:r>
          </w:p>
        </w:tc>
        <w:tc>
          <w:tcPr>
            <w:tcW w:type="dxa" w:w="2880"/>
          </w:tcPr>
          <w:p>
            <w:r>
              <w:t>[Évaluation des résultats et ajustements]</w:t>
            </w:r>
          </w:p>
        </w:tc>
        <w:tc>
          <w:tcPr>
            <w:tcW w:type="dxa" w:w="2880"/>
          </w:tcPr>
          <w:p>
            <w:r>
              <w:t>[Date cible]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5. Valeur Ajoutée et Bénéfices</w:t>
      </w:r>
    </w:p>
    <w:p>
      <w:r>
        <w:t>[Expliquez en quoi votre service se distingue et quels bénéfices le client peut en retirer]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6. Tarification et Modalités de Paiement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C9DAF8"/>
          </w:tcPr>
          <w:p>
            <w:r>
              <w:rPr>
                <w:b/>
                <w:sz w:val="24"/>
              </w:rPr>
              <w:t>Service</w:t>
            </w:r>
          </w:p>
        </w:tc>
        <w:tc>
          <w:tcPr>
            <w:tcW w:type="dxa" w:w="2880"/>
            <w:shd w:fill="C9DAF8"/>
          </w:tcPr>
          <w:p>
            <w:r>
              <w:rPr>
                <w:b/>
                <w:sz w:val="24"/>
              </w:rPr>
              <w:t>Tarif</w:t>
            </w:r>
          </w:p>
        </w:tc>
        <w:tc>
          <w:tcPr>
            <w:tcW w:type="dxa" w:w="2880"/>
            <w:shd w:fill="C9DAF8"/>
          </w:tcPr>
          <w:p>
            <w:r>
              <w:rPr>
                <w:b/>
                <w:sz w:val="24"/>
              </w:rPr>
              <w:t>Conditions</w:t>
            </w:r>
          </w:p>
        </w:tc>
      </w:tr>
      <w:tr>
        <w:tc>
          <w:tcPr>
            <w:tcW w:type="dxa" w:w="2880"/>
          </w:tcPr>
          <w:p>
            <w:r>
              <w:t>[Service 1]</w:t>
            </w:r>
          </w:p>
        </w:tc>
        <w:tc>
          <w:tcPr>
            <w:tcW w:type="dxa" w:w="2880"/>
          </w:tcPr>
          <w:p>
            <w:r>
              <w:t>[Prix]</w:t>
            </w:r>
          </w:p>
        </w:tc>
        <w:tc>
          <w:tcPr>
            <w:tcW w:type="dxa" w:w="2880"/>
          </w:tcPr>
          <w:p>
            <w:r>
              <w:t>[Modalités]</w:t>
            </w:r>
          </w:p>
        </w:tc>
      </w:tr>
      <w:tr>
        <w:tc>
          <w:tcPr>
            <w:tcW w:type="dxa" w:w="2880"/>
          </w:tcPr>
          <w:p>
            <w:r>
              <w:t>[Service 2]</w:t>
            </w:r>
          </w:p>
        </w:tc>
        <w:tc>
          <w:tcPr>
            <w:tcW w:type="dxa" w:w="2880"/>
          </w:tcPr>
          <w:p>
            <w:r>
              <w:t>[Prix]</w:t>
            </w:r>
          </w:p>
        </w:tc>
        <w:tc>
          <w:tcPr>
            <w:tcW w:type="dxa" w:w="2880"/>
          </w:tcPr>
          <w:p>
            <w:r>
              <w:t>[Modalités]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8"/>
        </w:rPr>
        <w:t>7. Engagements et Délais</w:t>
      </w:r>
    </w:p>
    <w:p>
      <w:r>
        <w:t>[Précisez les engagements en termes de qualité, délais et suivi]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8. Témoignages et Références Clients</w:t>
      </w:r>
    </w:p>
    <w:p>
      <w:r>
        <w:t>[Ajoutez des références ou des témoignages pour crédibiliser votre proposition]</w:t>
      </w:r>
    </w:p>
    <w:p>
      <w:r>
        <w:br w:type="page"/>
      </w:r>
    </w:p>
    <w:p>
      <w:pPr>
        <w:jc w:val="center"/>
      </w:pPr>
      <w:r>
        <w:rPr>
          <w:b/>
          <w:sz w:val="28"/>
        </w:rPr>
        <w:t>9. Conditions Générales et Validation de la Proposition</w:t>
      </w:r>
    </w:p>
    <w:p>
      <w:r>
        <w:t>[Précisez les clauses contractuelles et obtenez la validation du client]</w:t>
      </w:r>
    </w:p>
    <w:p>
      <w:r>
        <w:br/>
        <w:t xml:space="preserve">Signature du Client : ___________________________ </w:t>
        <w:br/>
      </w:r>
    </w:p>
    <w:p>
      <w:r>
        <w:br/>
        <w:t xml:space="preserve">Signature du Prestataire : ___________________________ 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