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Modèle de Présentation des Propositions d'Amendements</w:t>
      </w:r>
    </w:p>
    <w:p>
      <w:pPr>
        <w:jc w:val="center"/>
      </w:pPr>
      <w:r>
        <w:rPr>
          <w:b/>
          <w:sz w:val="24"/>
        </w:rPr>
        <w:t>1. Informations Générales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B6D7A8"/>
          </w:tcPr>
          <w:p>
            <w:r>
              <w:rPr>
                <w:b/>
                <w:sz w:val="22"/>
              </w:rPr>
              <w:t>Élément</w:t>
            </w:r>
          </w:p>
        </w:tc>
        <w:tc>
          <w:tcPr>
            <w:tcW w:type="dxa" w:w="4320"/>
            <w:shd w:fill="B6D7A8"/>
          </w:tcPr>
          <w:p>
            <w:r>
              <w:rPr>
                <w:b/>
                <w:sz w:val="22"/>
              </w:rPr>
              <w:t>Détail</w:t>
            </w:r>
          </w:p>
        </w:tc>
      </w:tr>
      <w:tr>
        <w:tc>
          <w:tcPr>
            <w:tcW w:type="dxa" w:w="4320"/>
          </w:tcPr>
          <w:p>
            <w:r>
              <w:t>Titre de l’amendement</w:t>
            </w:r>
          </w:p>
        </w:tc>
        <w:tc>
          <w:tcPr>
            <w:tcW w:type="dxa" w:w="4320"/>
          </w:tcPr>
          <w:p>
            <w:r>
              <w:t>[À remplir]</w:t>
            </w:r>
          </w:p>
        </w:tc>
      </w:tr>
      <w:tr>
        <w:tc>
          <w:tcPr>
            <w:tcW w:type="dxa" w:w="4320"/>
          </w:tcPr>
          <w:p>
            <w:r>
              <w:t>Auteur(s)</w:t>
            </w:r>
          </w:p>
        </w:tc>
        <w:tc>
          <w:tcPr>
            <w:tcW w:type="dxa" w:w="4320"/>
          </w:tcPr>
          <w:p>
            <w:r>
              <w:t>[À remplir]</w:t>
            </w:r>
          </w:p>
        </w:tc>
      </w:tr>
      <w:tr>
        <w:tc>
          <w:tcPr>
            <w:tcW w:type="dxa" w:w="4320"/>
          </w:tcPr>
          <w:p>
            <w:r>
              <w:t>Date de soumission</w:t>
            </w:r>
          </w:p>
        </w:tc>
        <w:tc>
          <w:tcPr>
            <w:tcW w:type="dxa" w:w="4320"/>
          </w:tcPr>
          <w:p>
            <w:r>
              <w:t>[JJ/MM/AAAA]</w:t>
            </w:r>
          </w:p>
        </w:tc>
      </w:tr>
      <w:tr>
        <w:tc>
          <w:tcPr>
            <w:tcW w:type="dxa" w:w="4320"/>
          </w:tcPr>
          <w:p>
            <w:r>
              <w:t>Texte concerné</w:t>
            </w:r>
          </w:p>
        </w:tc>
        <w:tc>
          <w:tcPr>
            <w:tcW w:type="dxa" w:w="4320"/>
          </w:tcPr>
          <w:p>
            <w:r>
              <w:t>[Nom du texte]</w:t>
            </w:r>
          </w:p>
        </w:tc>
      </w:tr>
      <w:tr>
        <w:tc>
          <w:tcPr>
            <w:tcW w:type="dxa" w:w="4320"/>
          </w:tcPr>
          <w:p>
            <w:r>
              <w:t>Article(s) visé(s)</w:t>
            </w:r>
          </w:p>
        </w:tc>
        <w:tc>
          <w:tcPr>
            <w:tcW w:type="dxa" w:w="4320"/>
          </w:tcPr>
          <w:p>
            <w:r>
              <w:t>[Article(s) concerné(s)]</w:t>
            </w:r>
          </w:p>
        </w:tc>
      </w:tr>
    </w:tbl>
    <w:p/>
    <w:p>
      <w:pPr>
        <w:jc w:val="center"/>
      </w:pPr>
      <w:r>
        <w:rPr>
          <w:b/>
          <w:sz w:val="24"/>
        </w:rPr>
        <w:t>2. Formulation de l’Amendement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4CCCC"/>
          </w:tcPr>
          <w:p>
            <w:r>
              <w:rPr>
                <w:b/>
                <w:sz w:val="22"/>
              </w:rPr>
              <w:t>Texte Actuel</w:t>
            </w:r>
          </w:p>
        </w:tc>
        <w:tc>
          <w:tcPr>
            <w:tcW w:type="dxa" w:w="4320"/>
            <w:shd w:fill="F4CCCC"/>
          </w:tcPr>
          <w:p>
            <w:r>
              <w:rPr>
                <w:b/>
                <w:sz w:val="22"/>
              </w:rPr>
              <w:t>Nouvelle Rédaction Proposée</w:t>
            </w:r>
          </w:p>
        </w:tc>
      </w:tr>
      <w:tr>
        <w:tc>
          <w:tcPr>
            <w:tcW w:type="dxa" w:w="4320"/>
          </w:tcPr>
          <w:p>
            <w:r>
              <w:t>[Texte initial]</w:t>
            </w:r>
          </w:p>
        </w:tc>
        <w:tc>
          <w:tcPr>
            <w:tcW w:type="dxa" w:w="4320"/>
          </w:tcPr>
          <w:p>
            <w:r>
              <w:t>[Texte modifié]</w:t>
            </w:r>
          </w:p>
        </w:tc>
      </w:tr>
    </w:tbl>
    <w:p/>
    <w:p>
      <w:pPr>
        <w:jc w:val="center"/>
      </w:pPr>
      <w:r>
        <w:rPr>
          <w:b/>
          <w:sz w:val="24"/>
        </w:rPr>
        <w:t>3. Justification de l’Amendement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C9DAF8"/>
          </w:tcPr>
          <w:p>
            <w:r>
              <w:rPr>
                <w:b/>
                <w:sz w:val="22"/>
              </w:rPr>
              <w:t>Élément</w:t>
            </w:r>
          </w:p>
        </w:tc>
        <w:tc>
          <w:tcPr>
            <w:tcW w:type="dxa" w:w="4320"/>
            <w:shd w:fill="C9DAF8"/>
          </w:tcPr>
          <w:p>
            <w:r>
              <w:rPr>
                <w:b/>
                <w:sz w:val="22"/>
              </w:rPr>
              <w:t>Détail</w:t>
            </w:r>
          </w:p>
        </w:tc>
      </w:tr>
      <w:tr>
        <w:tc>
          <w:tcPr>
            <w:tcW w:type="dxa" w:w="4320"/>
          </w:tcPr>
          <w:p>
            <w:r>
              <w:t>Problématique identifiée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  <w:tr>
        <w:tc>
          <w:tcPr>
            <w:tcW w:type="dxa" w:w="4320"/>
          </w:tcPr>
          <w:p>
            <w:r>
              <w:t>Objectif recherché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  <w:tr>
        <w:tc>
          <w:tcPr>
            <w:tcW w:type="dxa" w:w="4320"/>
          </w:tcPr>
          <w:p>
            <w:r>
              <w:t>Impact attendu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</w:tbl>
    <w:p/>
    <w:p>
      <w:pPr>
        <w:jc w:val="center"/>
      </w:pPr>
      <w:r>
        <w:rPr>
          <w:b/>
          <w:sz w:val="24"/>
        </w:rPr>
        <w:t>4. Références et Sources</w:t>
      </w:r>
    </w:p>
    <w:p>
      <w:r>
        <w:t>[Ajoutez ici les références légales ou documentaires pertinentes]</w:t>
      </w:r>
    </w:p>
    <w:p/>
    <w:p>
      <w:pPr>
        <w:jc w:val="center"/>
      </w:pPr>
      <w:r>
        <w:rPr>
          <w:b/>
          <w:sz w:val="24"/>
        </w:rPr>
        <w:t>5. Signature et Validation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9D2E9"/>
          </w:tcPr>
          <w:p>
            <w:r>
              <w:rPr>
                <w:b/>
                <w:sz w:val="22"/>
              </w:rPr>
              <w:t>Nom</w:t>
            </w:r>
          </w:p>
        </w:tc>
        <w:tc>
          <w:tcPr>
            <w:tcW w:type="dxa" w:w="2160"/>
            <w:shd w:fill="D9D2E9"/>
          </w:tcPr>
          <w:p>
            <w:r>
              <w:rPr>
                <w:b/>
                <w:sz w:val="22"/>
              </w:rPr>
              <w:t>Fonction</w:t>
            </w:r>
          </w:p>
        </w:tc>
        <w:tc>
          <w:tcPr>
            <w:tcW w:type="dxa" w:w="2160"/>
            <w:shd w:fill="D9D2E9"/>
          </w:tcPr>
          <w:p>
            <w:r>
              <w:rPr>
                <w:b/>
                <w:sz w:val="22"/>
              </w:rPr>
              <w:t>Signature</w:t>
            </w:r>
          </w:p>
        </w:tc>
        <w:tc>
          <w:tcPr>
            <w:tcW w:type="dxa" w:w="2160"/>
            <w:shd w:fill="D9D2E9"/>
          </w:tcPr>
          <w:p>
            <w:r>
              <w:rPr>
                <w:b/>
                <w:sz w:val="22"/>
              </w:rPr>
              <w:t>Date</w:t>
            </w:r>
          </w:p>
        </w:tc>
      </w:tr>
      <w:tr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[Fonction]</w:t>
            </w:r>
          </w:p>
        </w:tc>
        <w:tc>
          <w:tcPr>
            <w:tcW w:type="dxa" w:w="2160"/>
          </w:tcPr>
          <w:p>
            <w:r>
              <w:t>[Signature]</w:t>
            </w:r>
          </w:p>
        </w:tc>
        <w:tc>
          <w:tcPr>
            <w:tcW w:type="dxa" w:w="2160"/>
          </w:tcPr>
          <w:p>
            <w:r>
              <w:t>[JJ/MM/AAAA]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