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03399"/>
          <w:sz w:val="40"/>
        </w:rPr>
        <w:t>Modèle de Présentation Professionnelle</w:t>
      </w:r>
    </w:p>
    <w:p>
      <w:pPr>
        <w:pStyle w:val="Heading2"/>
      </w:pPr>
      <w:r>
        <w:rPr>
          <w:b/>
          <w:color w:val="003399"/>
          <w:sz w:val="32"/>
        </w:rPr>
        <w:t>1. Page de Garde</w:t>
      </w:r>
    </w:p>
    <w:p>
      <w:r>
        <w:t>Nom de l'organisation : _____________________________________</w:t>
      </w:r>
    </w:p>
    <w:p>
      <w:r>
        <w:t>Titre de la présentation : _____________________________________</w:t>
      </w:r>
    </w:p>
    <w:p>
      <w:r>
        <w:t>Auteur : _________________________________________________</w:t>
      </w:r>
    </w:p>
    <w:p>
      <w:r>
        <w:t>Date : ___________________________________________________</w:t>
      </w:r>
    </w:p>
    <w:p>
      <w:r>
        <w:t>Logo de l'organisation (Insérer ici)</w:t>
      </w:r>
    </w:p>
    <w:p>
      <w:pPr>
        <w:pStyle w:val="Heading2"/>
      </w:pPr>
      <w:r>
        <w:rPr>
          <w:b/>
          <w:color w:val="0066CC"/>
          <w:sz w:val="32"/>
        </w:rPr>
        <w:t>2. Introduction</w:t>
      </w:r>
    </w:p>
    <w:p>
      <w:r>
        <w:t>Contexte : ___________________________________________________________</w:t>
      </w:r>
    </w:p>
    <w:p>
      <w:r>
        <w:t>Objectifs de la présentation : ___________________________________________</w:t>
      </w:r>
    </w:p>
    <w:p>
      <w:r>
        <w:t>Public cible : _________________________________________________________</w:t>
      </w:r>
    </w:p>
    <w:p>
      <w:r>
        <w:t>Résumé de la présentation : _____________________________________________</w:t>
      </w:r>
    </w:p>
    <w:p>
      <w:pPr>
        <w:pStyle w:val="Heading2"/>
      </w:pPr>
      <w:r>
        <w:rPr>
          <w:b/>
          <w:color w:val="009900"/>
          <w:sz w:val="32"/>
        </w:rPr>
        <w:t>3. Présentation Générale</w:t>
      </w:r>
    </w:p>
    <w:p>
      <w:r>
        <w:t>Description de l'organisation : __________________________________________</w:t>
      </w:r>
    </w:p>
    <w:p>
      <w:r>
        <w:t>Mission et vision : _____________________________________________________</w:t>
      </w:r>
    </w:p>
    <w:p>
      <w:r>
        <w:t>Domaines d'activité : ___________________________________________________</w:t>
      </w:r>
    </w:p>
    <w:p>
      <w:r>
        <w:t>Structure organisationnelle : ____________________________________________</w:t>
      </w:r>
    </w:p>
    <w:p>
      <w:pPr>
        <w:pStyle w:val="Heading2"/>
      </w:pPr>
      <w:r>
        <w:rPr>
          <w:b/>
          <w:color w:val="FF8C00"/>
          <w:sz w:val="32"/>
        </w:rPr>
        <w:t>4. Projets et Activités</w:t>
      </w:r>
    </w:p>
    <w:p>
      <w:r>
        <w:t>Liste des projets en cours : _____________________________________________</w:t>
      </w:r>
    </w:p>
    <w:p>
      <w:r>
        <w:t>Projets récents réalisés : _______________________________________________</w:t>
      </w:r>
    </w:p>
    <w:p>
      <w:r>
        <w:t>Collaborations et partenariats : _________________________________________</w:t>
      </w:r>
    </w:p>
    <w:p>
      <w:pPr>
        <w:pStyle w:val="Heading2"/>
      </w:pPr>
      <w:r>
        <w:rPr>
          <w:b/>
          <w:color w:val="CC0000"/>
          <w:sz w:val="32"/>
        </w:rPr>
        <w:t>5. Objectifs Stratégiques</w:t>
      </w:r>
    </w:p>
    <w:p>
      <w:r>
        <w:t>Objectifs à court terme : ________________________________________________</w:t>
      </w:r>
    </w:p>
    <w:p>
      <w:r>
        <w:t>Objectifs à long terme : ________________________________________________</w:t>
      </w:r>
    </w:p>
    <w:p>
      <w:r>
        <w:t>Indicateurs de performance : ____________________________________________</w:t>
      </w:r>
    </w:p>
    <w:p>
      <w:pPr>
        <w:pStyle w:val="Heading2"/>
      </w:pPr>
      <w:r>
        <w:rPr>
          <w:b/>
          <w:color w:val="663399"/>
          <w:sz w:val="32"/>
        </w:rPr>
        <w:t>6. Ressources</w:t>
      </w:r>
    </w:p>
    <w:p>
      <w:r>
        <w:t>Ressources humaines : __________________________________________________</w:t>
      </w:r>
    </w:p>
    <w:p>
      <w:r>
        <w:t>Ressources matérielles : ________________________________________________</w:t>
      </w:r>
    </w:p>
    <w:p>
      <w:r>
        <w:t>Ressources financières : ________________________________________________</w:t>
      </w:r>
    </w:p>
    <w:p>
      <w:pPr>
        <w:pStyle w:val="Heading2"/>
      </w:pPr>
      <w:r>
        <w:rPr>
          <w:b/>
          <w:color w:val="000000"/>
          <w:sz w:val="32"/>
        </w:rPr>
        <w:t>7. Conclusion et Perspectives</w:t>
      </w:r>
    </w:p>
    <w:p>
      <w:r>
        <w:t>Résumé des points clés : ________________________________________________</w:t>
      </w:r>
    </w:p>
    <w:p>
      <w:r>
        <w:t>Perspectives futures : _________________________________________________</w:t>
      </w:r>
    </w:p>
    <w:p>
      <w:r>
        <w:t>Recommandations : 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de Présentation Professionnelle</dc:title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