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b/>
          <w:color w:val="003399"/>
          <w:sz w:val="48"/>
        </w:rPr>
        <w:t>Dossier de Demande de Subvention</w:t>
      </w:r>
    </w:p>
    <w:p>
      <w:pPr/>
      <w:r>
        <w:t>Nom de l’Organisation : Association Éco-Planète</w:t>
      </w:r>
    </w:p>
    <w:p>
      <w:pPr/>
      <w:r>
        <w:t>Titre du Projet : Sensibilisation à l'Éducation Environnementale</w:t>
      </w:r>
    </w:p>
    <w:p>
      <w:pPr/>
      <w:r>
        <w:t>Date : 25 Mars 2025</w:t>
      </w:r>
    </w:p>
    <w:p>
      <w:pPr/>
      <w:r>
        <w:t>Contact : contact@ecoplanete.org / 01 23 45 67 89</w:t>
      </w:r>
    </w:p>
    <w:p>
      <w:r>
        <w:br w:type="page"/>
      </w:r>
    </w:p>
    <w:p>
      <w:pPr>
        <w:pStyle w:val="Heading1"/>
        <w:jc w:val="center"/>
      </w:pPr>
      <w:r>
        <w:rPr>
          <w:b/>
          <w:color w:val="003399"/>
          <w:sz w:val="48"/>
        </w:rPr>
        <w:t>Table des Matières</w:t>
      </w:r>
    </w:p>
    <w:p>
      <w:pPr/>
      <w:r>
        <w:t>1. Résumé Exécutif</w:t>
        <w:br/>
        <w:t>2. Présentation de l’Organisation</w:t>
        <w:br/>
        <w:t>3. Présentation du Projet</w:t>
        <w:br/>
        <w:t>4. Budget Prévisionnel</w:t>
        <w:br/>
        <w:t>5. Plan de Financement</w:t>
        <w:br/>
        <w:t>6. Pièces Justificatives</w:t>
        <w:br/>
        <w:t>7. Signature et Engagement</w:t>
      </w:r>
    </w:p>
    <w:p>
      <w:r>
        <w:br w:type="page"/>
      </w:r>
    </w:p>
    <w:p>
      <w:pPr>
        <w:pStyle w:val="Heading2"/>
      </w:pPr>
      <w:r>
        <w:rPr>
          <w:b/>
          <w:color w:val="0066CC"/>
          <w:sz w:val="36"/>
        </w:rPr>
        <w:t>1. Résumé Exécutif</w:t>
      </w:r>
    </w:p>
    <w:p>
      <w:pPr>
        <w:spacing w:after="240"/>
      </w:pPr>
      <w:r>
        <w:t>Ce projet vise à sensibiliser les jeunes en milieu scolaire à l’importance de l’éducation environnementale. L’objectif est de former 1 000 élèves d’ici deux ans par le biais d’ateliers interactifs et pédagogiques. Le montant sollicité pour ce projet est de 50 000 € pour financer le matériel, les formations, et les campagnes de communication.</w:t>
      </w:r>
    </w:p>
    <w:p>
      <w:r>
        <w:br w:type="page"/>
      </w:r>
    </w:p>
    <w:p>
      <w:pPr>
        <w:pStyle w:val="Heading2"/>
      </w:pPr>
      <w:r>
        <w:rPr>
          <w:b/>
          <w:color w:val="009900"/>
          <w:sz w:val="36"/>
        </w:rPr>
        <w:t>2. Présentation de l’Organisation</w:t>
      </w:r>
    </w:p>
    <w:p>
      <w:pPr>
        <w:spacing w:after="240"/>
      </w:pPr>
      <w:r>
        <w:t>L’association Éco-Planète a été créée en 2010 avec pour mission de promouvoir l’éducation environnementale auprès des jeunes. Elle intervient principalement dans les écoles rurales et travaille en partenariat avec les collectivités locales.</w:t>
      </w:r>
    </w:p>
    <w:p>
      <w:pPr>
        <w:spacing w:after="240"/>
      </w:pPr>
      <w:r>
        <w:t>Principales Activités :</w:t>
        <w:br/>
        <w:t>- Organisation d’ateliers pédagogiques.</w:t>
        <w:br/>
        <w:t>- Collaboration avec les écoles primaires.</w:t>
        <w:br/>
        <w:t>- Publication de guides pratiques pour les enseignants.</w:t>
      </w:r>
    </w:p>
    <w:p>
      <w:r>
        <w:br w:type="page"/>
      </w:r>
    </w:p>
    <w:p>
      <w:pPr>
        <w:pStyle w:val="Heading2"/>
      </w:pPr>
      <w:r>
        <w:rPr>
          <w:b/>
          <w:color w:val="FF8C00"/>
          <w:sz w:val="36"/>
        </w:rPr>
        <w:t>3. Présentation du Projet</w:t>
      </w:r>
    </w:p>
    <w:p>
      <w:pPr>
        <w:spacing w:after="240"/>
      </w:pPr>
      <w:r>
        <w:t>Contexte : Le manque d’accès aux ressources éducatives sur l’écologie dans les zones rurales est préoccupant. Ce projet vise à combler cette lacune en sensibilisant les jeunes générations.</w:t>
      </w:r>
    </w:p>
    <w:p>
      <w:pPr>
        <w:spacing w:after="240"/>
      </w:pPr>
      <w:r>
        <w:t>Objectifs :</w:t>
        <w:br/>
        <w:t>- Former 1 000 élèves d’ici deux ans.</w:t>
        <w:br/>
        <w:t>- Développer des supports pédagogiques adaptés.</w:t>
        <w:br/>
        <w:t>- Collaborer avec 50 écoles rurales.</w:t>
      </w:r>
    </w:p>
    <w:p>
      <w:pPr>
        <w:spacing w:after="240"/>
      </w:pPr>
      <w:r>
        <w:t>Actions prévues :</w:t>
        <w:br/>
        <w:t>- Ateliers pratiques en milieu scolaire.</w:t>
        <w:br/>
        <w:t>- Campagnes de sensibilisation.</w:t>
        <w:br/>
        <w:t>- Formation des enseignants.</w:t>
      </w:r>
    </w:p>
    <w:p>
      <w:r>
        <w:br w:type="page"/>
      </w:r>
    </w:p>
    <w:p>
      <w:pPr>
        <w:pStyle w:val="Heading2"/>
      </w:pPr>
      <w:r>
        <w:rPr>
          <w:b/>
          <w:color w:val="CC0000"/>
          <w:sz w:val="36"/>
        </w:rPr>
        <w:t>4. Budget Prévisionnel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Dépenses</w:t>
            </w:r>
          </w:p>
        </w:tc>
        <w:tc>
          <w:tcPr>
            <w:tcW w:type="dxa" w:w="4320"/>
          </w:tcPr>
          <w:p>
            <w:r>
              <w:t>Montant (€)</w:t>
            </w:r>
          </w:p>
        </w:tc>
      </w:tr>
      <w:tr>
        <w:tc>
          <w:tcPr>
            <w:tcW w:type="dxa" w:w="4320"/>
          </w:tcPr>
          <w:p>
            <w:r>
              <w:t>Matériel pédagogique</w:t>
            </w:r>
          </w:p>
        </w:tc>
        <w:tc>
          <w:tcPr>
            <w:tcW w:type="dxa" w:w="4320"/>
          </w:tcPr>
          <w:p>
            <w:r>
              <w:t>20 000</w:t>
            </w:r>
          </w:p>
        </w:tc>
      </w:tr>
      <w:tr>
        <w:tc>
          <w:tcPr>
            <w:tcW w:type="dxa" w:w="4320"/>
          </w:tcPr>
          <w:p>
            <w:r>
              <w:t>Communication</w:t>
            </w:r>
          </w:p>
        </w:tc>
        <w:tc>
          <w:tcPr>
            <w:tcW w:type="dxa" w:w="4320"/>
          </w:tcPr>
          <w:p>
            <w:r>
              <w:t>5 000</w:t>
            </w:r>
          </w:p>
        </w:tc>
      </w:tr>
      <w:tr>
        <w:tc>
          <w:tcPr>
            <w:tcW w:type="dxa" w:w="4320"/>
          </w:tcPr>
          <w:p>
            <w:r>
              <w:t>Formation</w:t>
            </w:r>
          </w:p>
        </w:tc>
        <w:tc>
          <w:tcPr>
            <w:tcW w:type="dxa" w:w="4320"/>
          </w:tcPr>
          <w:p>
            <w:r>
              <w:t>10 000</w:t>
            </w:r>
          </w:p>
        </w:tc>
      </w:tr>
      <w:tr>
        <w:tc>
          <w:tcPr>
            <w:tcW w:type="dxa" w:w="4320"/>
          </w:tcPr>
          <w:p>
            <w:r>
              <w:t>Logistique</w:t>
            </w:r>
          </w:p>
        </w:tc>
        <w:tc>
          <w:tcPr>
            <w:tcW w:type="dxa" w:w="4320"/>
          </w:tcPr>
          <w:p>
            <w:r>
              <w:t>5 000</w:t>
            </w:r>
          </w:p>
        </w:tc>
      </w:tr>
      <w:tr>
        <w:tc>
          <w:tcPr>
            <w:tcW w:type="dxa" w:w="4320"/>
          </w:tcPr>
          <w:p>
            <w:r>
              <w:t>Total</w:t>
            </w:r>
          </w:p>
        </w:tc>
        <w:tc>
          <w:tcPr>
            <w:tcW w:type="dxa" w:w="4320"/>
          </w:tcPr>
          <w:p>
            <w:r>
              <w:t>40 000</w:t>
            </w:r>
          </w:p>
        </w:tc>
      </w:tr>
    </w:tbl>
    <w:p/>
    <w:p>
      <w:r>
        <w:br w:type="page"/>
      </w:r>
    </w:p>
    <w:p>
      <w:pPr>
        <w:pStyle w:val="Heading2"/>
      </w:pPr>
      <w:r>
        <w:rPr>
          <w:b/>
          <w:color w:val="663399"/>
          <w:sz w:val="36"/>
        </w:rPr>
        <w:t>5. Plan de Financement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Source de Financement</w:t>
            </w:r>
          </w:p>
        </w:tc>
        <w:tc>
          <w:tcPr>
            <w:tcW w:type="dxa" w:w="4320"/>
          </w:tcPr>
          <w:p>
            <w:r>
              <w:t>Montant (€)</w:t>
            </w:r>
          </w:p>
        </w:tc>
      </w:tr>
      <w:tr>
        <w:tc>
          <w:tcPr>
            <w:tcW w:type="dxa" w:w="4320"/>
          </w:tcPr>
          <w:p>
            <w:r>
              <w:t>Subvention demandée</w:t>
            </w:r>
          </w:p>
        </w:tc>
        <w:tc>
          <w:tcPr>
            <w:tcW w:type="dxa" w:w="4320"/>
          </w:tcPr>
          <w:p>
            <w:r>
              <w:t>30 000</w:t>
            </w:r>
          </w:p>
        </w:tc>
      </w:tr>
      <w:tr>
        <w:tc>
          <w:tcPr>
            <w:tcW w:type="dxa" w:w="4320"/>
          </w:tcPr>
          <w:p>
            <w:r>
              <w:t>Fonds propres</w:t>
            </w:r>
          </w:p>
        </w:tc>
        <w:tc>
          <w:tcPr>
            <w:tcW w:type="dxa" w:w="4320"/>
          </w:tcPr>
          <w:p>
            <w:r>
              <w:t>5 000</w:t>
            </w:r>
          </w:p>
        </w:tc>
      </w:tr>
      <w:tr>
        <w:tc>
          <w:tcPr>
            <w:tcW w:type="dxa" w:w="4320"/>
          </w:tcPr>
          <w:p>
            <w:r>
              <w:t>Partenariats privés</w:t>
            </w:r>
          </w:p>
        </w:tc>
        <w:tc>
          <w:tcPr>
            <w:tcW w:type="dxa" w:w="4320"/>
          </w:tcPr>
          <w:p>
            <w:r>
              <w:t>5 000</w:t>
            </w:r>
          </w:p>
        </w:tc>
      </w:tr>
      <w:tr>
        <w:tc>
          <w:tcPr>
            <w:tcW w:type="dxa" w:w="4320"/>
          </w:tcPr>
          <w:p>
            <w:r>
              <w:t>Total</w:t>
            </w:r>
          </w:p>
        </w:tc>
        <w:tc>
          <w:tcPr>
            <w:tcW w:type="dxa" w:w="4320"/>
          </w:tcPr>
          <w:p>
            <w:r>
              <w:t>40 000</w:t>
            </w:r>
          </w:p>
        </w:tc>
      </w:tr>
    </w:tbl>
    <w:p/>
    <w:p>
      <w:r>
        <w:br w:type="page"/>
      </w:r>
    </w:p>
    <w:p>
      <w:pPr>
        <w:pStyle w:val="Heading2"/>
      </w:pPr>
      <w:r>
        <w:rPr>
          <w:b/>
          <w:color w:val="000000"/>
          <w:sz w:val="36"/>
        </w:rPr>
        <w:t>6. Pièces Justificatives</w:t>
      </w:r>
    </w:p>
    <w:p>
      <w:pPr>
        <w:spacing w:after="240"/>
      </w:pPr>
      <w:r>
        <w:t>Statuts de l'association, Bilans financiers, Rapports d'activités précédentes, CV des porteurs de projet, etc.</w:t>
      </w:r>
    </w:p>
    <w:p>
      <w:pPr>
        <w:pStyle w:val="Heading2"/>
      </w:pPr>
      <w:r>
        <w:rPr>
          <w:b/>
          <w:color w:val="003399"/>
          <w:sz w:val="36"/>
        </w:rPr>
        <w:t>7. Signature et Engagement</w:t>
      </w:r>
    </w:p>
    <w:p>
      <w:pPr>
        <w:spacing w:after="240"/>
      </w:pPr>
      <w:r>
        <w:t>Je soussigné(e), _______________________, représentant(e) légal(e) de l’association Éco-Planète, certifie l’authenticité des informations fournies dans ce dossier.</w:t>
      </w:r>
    </w:p>
    <w:p>
      <w:pPr>
        <w:spacing w:after="240"/>
      </w:pPr>
      <w:r>
        <w:t>Signature : ______________________________</w:t>
        <w:br/>
        <w:t>Date : 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de Dossier de Demande</dc:title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