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99"/>
          <w:sz w:val="32"/>
        </w:rPr>
        <w:t>FICHE MÉTHODE : DÉFINITION ET CADRAGE DE LA STANDARDISATION DES PROCESSUS</w:t>
      </w:r>
    </w:p>
    <w:p>
      <w:r>
        <w:br/>
      </w:r>
    </w:p>
    <w:p>
      <w:r>
        <w:rPr>
          <w:b/>
          <w:color w:val="006633"/>
          <w:sz w:val="28"/>
        </w:rPr>
        <w:t>📌 Définition de la Standardisation des Processus</w:t>
      </w:r>
    </w:p>
    <w:p>
      <w:r>
        <w:t>La standardisation des processus consiste à formaliser et uniformiser les méthodes de travail afin de garantir une exécution cohérente et efficace des tâches au sein d’une organisation. Elle vise à améliorer la qualité, la traçabilité et la performance globale.</w:t>
      </w:r>
    </w:p>
    <w:p>
      <w:r>
        <w:rPr>
          <w:b/>
          <w:color w:val="006633"/>
          <w:sz w:val="28"/>
        </w:rPr>
        <w:t>📌 Objectifs de la Standardisation</w:t>
      </w:r>
    </w:p>
    <w:p>
      <w:r>
        <w:t>✔️ Assurer une homogénéité des pratiques et des résultats.</w:t>
        <w:br/>
        <w:t>✔️ Améliorer l’efficacité et la productivité.</w:t>
        <w:br/>
        <w:t>✔️ Réduire les erreurs et les incohérences.</w:t>
        <w:br/>
        <w:t>✔️ Faciliter l’intégration des nouveaux collaborateurs.</w:t>
        <w:br/>
        <w:t>✔️ Optimiser la traçabilité et garantir la conformité réglementaire.</w:t>
      </w:r>
    </w:p>
    <w:p>
      <w:r>
        <w:rPr>
          <w:b/>
          <w:color w:val="006633"/>
          <w:sz w:val="28"/>
        </w:rPr>
        <w:t>📌 Étapes pour Cadrer et Définir un Processus Standardisé</w:t>
      </w:r>
    </w:p>
    <w:p>
      <w:r>
        <w:t>1️⃣ **Analyse du Processus Actuel** : Identifier les tâches clés, les acteurs et les interactions.</w:t>
        <w:br/>
        <w:t>2️⃣ **Définition des Standards** : Déterminer les bonnes pratiques et structurer les workflows.</w:t>
        <w:br/>
        <w:t>3️⃣ **Validation et Tests** : Vérifier la faisabilité et ajuster si nécessaire.</w:t>
        <w:br/>
        <w:t>4️⃣ **Documentation du Processus** : Rédiger les procédures détaillées.</w:t>
        <w:br/>
        <w:t>5️⃣ **Formation et Déploiement** : Sensibiliser les équipes et mettre en application.</w:t>
        <w:br/>
        <w:t>6️⃣ **Suivi et Amélioration Continue** : Mesurer l’efficacité et ajuster les standards si besoin.</w:t>
      </w:r>
    </w:p>
    <w:p>
      <w:r>
        <w:rPr>
          <w:b/>
          <w:color w:val="006633"/>
          <w:sz w:val="28"/>
        </w:rPr>
        <w:t>📌 Outils et Supports Recommandés</w:t>
      </w:r>
    </w:p>
    <w:p>
      <w:r>
        <w:t>✔️ **Diagrammes de Processus** : Pour visualiser les flux de travail.</w:t>
        <w:br/>
        <w:t>✔️ **Checklists et Procédures** : Pour formaliser les étapes et garantir leur respect.</w:t>
        <w:br/>
        <w:t>✔️ **Systèmes de Gestion Documentaire** : Pour centraliser les processus standardisés.</w:t>
        <w:br/>
        <w:t>✔️ **Matrice RACI** : Pour définir clairement les rôles et responsabilités.</w:t>
      </w:r>
    </w:p>
    <w:p>
      <w:r>
        <w:rPr>
          <w:b/>
          <w:color w:val="006633"/>
          <w:sz w:val="28"/>
        </w:rPr>
        <w:t>📌 Indicateurs Clés de Performance</w:t>
      </w:r>
    </w:p>
    <w:p>
      <w:r>
        <w:t>🎯 Taux de conformité des processus.</w:t>
        <w:br/>
        <w:t>🎯 Réduction des erreurs et des écarts.</w:t>
        <w:br/>
        <w:t>🎯 Temps moyen d’exécution du processus.</w:t>
        <w:br/>
        <w:t>🎯 Niveau de satisfaction des utilisateurs.</w:t>
      </w:r>
    </w:p>
    <w:p>
      <w:r>
        <w:rPr>
          <w:b/>
          <w:color w:val="006633"/>
          <w:sz w:val="28"/>
        </w:rPr>
        <w:t>📌 Bonnes Pratiques</w:t>
      </w:r>
    </w:p>
    <w:p>
      <w:r>
        <w:t>✅ Impliquer les équipes dès la phase d’analyse.</w:t>
        <w:br/>
        <w:t>✅ Adopter une approche flexible et évolutive.</w:t>
        <w:br/>
        <w:t>✅ Automatiser lorsque c’est possible.</w:t>
        <w:br/>
        <w:t>✅ Maintenir une mise à jour régulière des standards.</w:t>
      </w:r>
    </w:p>
    <w:p>
      <w:r>
        <w:rPr>
          <w:b/>
          <w:color w:val="006633"/>
          <w:sz w:val="28"/>
        </w:rPr>
        <w:t>📌 Conclusion</w:t>
      </w:r>
    </w:p>
    <w:p>
      <w:r>
        <w:t>La standardisation des processus permet d’améliorer la **cohérence, la performance et la traçabilité** des activités. Elle doit être pensée comme un levier stratégique, facilitant la montée en compétence des équipes et garantissant l’efficacité opérationnelle. Une mise en œuvre réussie repose sur une **implication des acteurs, une documentation claire et un suivi régulier**.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