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📝 Fiche Méthode – Commentaire de Texte (À Remplir)</w:t>
      </w:r>
    </w:p>
    <w:p>
      <w:r>
        <w:t>Cette fiche te guide dans les étapes du commentaire de texte. Complète-la au fur et à mesure de ton analyse.</w:t>
      </w:r>
    </w:p>
    <w:p>
      <w:pPr>
        <w:pStyle w:val="Heading2"/>
      </w:pPr>
      <w:r>
        <w:t>📌 1. Informations sur le texte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Titre du texte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Auteur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/ Contexte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Genre / Type de texte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Courant littéraire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🔍 2. Lecture et repérage des éléments clés</w:t>
      </w:r>
    </w:p>
    <w:p>
      <w:r>
        <w:t>- Registres présents : ______________________________________</w:t>
      </w:r>
    </w:p>
    <w:p>
      <w:r>
        <w:t>- Figures de style repérées : ________________________________</w:t>
      </w:r>
    </w:p>
    <w:p>
      <w:r>
        <w:t>- Ton et rythme du texte : _________________________________</w:t>
      </w:r>
    </w:p>
    <w:p>
      <w:r>
        <w:t>- Thèmes majeurs : ________________________________________</w:t>
      </w:r>
    </w:p>
    <w:p>
      <w:pPr>
        <w:pStyle w:val="Heading2"/>
      </w:pPr>
      <w:r>
        <w:t>❓ 3. Problématique et plan</w:t>
      </w:r>
    </w:p>
    <w:p>
      <w:r>
        <w:t>Problématique posée :</w:t>
      </w:r>
    </w:p>
    <w:p>
      <w:r>
        <w:t>________________________________________________________</w:t>
      </w:r>
    </w:p>
    <w:p>
      <w:r>
        <w:t>________________________________________________________</w:t>
      </w:r>
    </w:p>
    <w:p>
      <w:r>
        <w:t>Annonce du plan (titres des parties) :</w:t>
      </w:r>
    </w:p>
    <w:p>
      <w:r>
        <w:t>I. _____________________________________________________</w:t>
      </w:r>
    </w:p>
    <w:p>
      <w:r>
        <w:t>II. ____________________________________________________</w:t>
      </w:r>
    </w:p>
    <w:p>
      <w:r>
        <w:t>III. ___________________________________________________</w:t>
      </w:r>
    </w:p>
    <w:p>
      <w:pPr>
        <w:pStyle w:val="Heading2"/>
      </w:pPr>
      <w:r>
        <w:t>🧱 4. Analyse par partie</w:t>
      </w:r>
    </w:p>
    <w:p>
      <w:r>
        <w:t>Partie 1 – Idée principale :</w:t>
      </w:r>
    </w:p>
    <w:p>
      <w:r>
        <w:t>________________________________________________________</w:t>
      </w:r>
    </w:p>
    <w:p>
      <w:r>
        <w:t>Citations utilisées : _____________________________________</w:t>
      </w:r>
    </w:p>
    <w:p>
      <w:r>
        <w:t>Analyse des procédés : ____________________________________</w:t>
      </w:r>
    </w:p>
    <w:p>
      <w:r>
        <w:t>Effet sur le lecteur : _____________________________________</w:t>
      </w:r>
    </w:p>
    <w:p/>
    <w:p>
      <w:r>
        <w:t>Partie 2 – Idée principale :</w:t>
      </w:r>
    </w:p>
    <w:p>
      <w:r>
        <w:t>________________________________________________________</w:t>
      </w:r>
    </w:p>
    <w:p>
      <w:r>
        <w:t>Citations utilisées : _____________________________________</w:t>
      </w:r>
    </w:p>
    <w:p>
      <w:r>
        <w:t>Analyse des procédés : ____________________________________</w:t>
      </w:r>
    </w:p>
    <w:p>
      <w:r>
        <w:t>Effet sur le lecteur : _____________________________________</w:t>
      </w:r>
    </w:p>
    <w:p/>
    <w:p>
      <w:r>
        <w:t>Partie 3 – Idée principale :</w:t>
      </w:r>
    </w:p>
    <w:p>
      <w:r>
        <w:t>________________________________________________________</w:t>
      </w:r>
    </w:p>
    <w:p>
      <w:r>
        <w:t>Citations utilisées : _____________________________________</w:t>
      </w:r>
    </w:p>
    <w:p>
      <w:r>
        <w:t>Analyse des procédés : ____________________________________</w:t>
      </w:r>
    </w:p>
    <w:p>
      <w:r>
        <w:t>Effet sur le lecteur : _____________________________________</w:t>
      </w:r>
    </w:p>
    <w:p/>
    <w:p>
      <w:pPr>
        <w:pStyle w:val="Heading2"/>
      </w:pPr>
      <w:r>
        <w:t>🧾 5. Conclusion</w:t>
      </w:r>
    </w:p>
    <w:p>
      <w:r>
        <w:t>Bilan général : ___________________________________________</w:t>
      </w:r>
    </w:p>
    <w:p>
      <w:r>
        <w:t>Réponse à la problématique : _____________________________</w:t>
      </w:r>
    </w:p>
    <w:p>
      <w:r>
        <w:t>Ouverture possible : 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