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b/>
          <w:sz w:val="32"/>
        </w:rPr>
        <w:t>Canevas pour la Méthode</w:t>
      </w:r>
    </w:p>
    <w:p>
      <w:r>
        <w:t>Ce canevas permet de structurer une méthode d'enseignement ou de travail en définissant les objectifs, les outils et les stratégies utilisées. Complétez chaque section avec les informations adaptées à votre situation.</w:t>
        <w:br/>
      </w:r>
    </w:p>
    <w:p>
      <w:pPr>
        <w:pStyle w:val="Heading2"/>
      </w:pPr>
      <w:r>
        <w:t>📌 Nom de la méthode :</w:t>
      </w:r>
    </w:p>
    <w:p>
      <w:r>
        <w:t>Indiquez le nom de la méthode que vous développez.</w:t>
      </w:r>
    </w:p>
    <w:p>
      <w:r>
        <w:t>______________________________________________________</w:t>
      </w:r>
    </w:p>
    <w:p>
      <w:pPr>
        <w:pStyle w:val="Heading2"/>
      </w:pPr>
      <w:r>
        <w:t>🎯 Objectif de la méthode :</w:t>
      </w:r>
    </w:p>
    <w:p>
      <w:r>
        <w:t>Quel est le but recherché avec cette méthode ?</w:t>
      </w:r>
    </w:p>
    <w:p>
      <w:r>
        <w:t>______________________________________________________</w:t>
      </w:r>
    </w:p>
    <w:p>
      <w:pPr>
        <w:pStyle w:val="Heading2"/>
      </w:pPr>
      <w:r>
        <w:t>🛠️ Outils et ressources :</w:t>
      </w:r>
    </w:p>
    <w:p>
      <w:r>
        <w:t>Quels outils, supports ou technologies sont nécessaires pour appliquer cette méthode ?</w:t>
      </w:r>
    </w:p>
    <w:p>
      <w:r>
        <w:t>______________________________________________________</w:t>
      </w:r>
    </w:p>
    <w:p>
      <w:pPr>
        <w:pStyle w:val="Heading2"/>
      </w:pPr>
      <w:r>
        <w:t>🔹 Étapes de mise en œuvre :</w:t>
      </w:r>
    </w:p>
    <w:p>
      <w:r>
        <w:t>Décrivez les étapes principales pour appliquer cette méthode efficacement.</w:t>
      </w:r>
    </w:p>
    <w:p>
      <w:r>
        <w:t>______________________________________________________</w:t>
      </w:r>
    </w:p>
    <w:p>
      <w:pPr>
        <w:pStyle w:val="Heading2"/>
      </w:pPr>
      <w:r>
        <w:t>📝 Exemples d’application :</w:t>
      </w:r>
    </w:p>
    <w:p>
      <w:r>
        <w:t>Dans quels contextes cette méthode peut-elle être utilisée ?</w:t>
      </w:r>
    </w:p>
    <w:p>
      <w:r>
        <w:t>______________________________________________________</w:t>
      </w:r>
    </w:p>
    <w:p>
      <w:pPr>
        <w:pStyle w:val="Heading2"/>
      </w:pPr>
      <w:r>
        <w:t>📊 Critères d’évaluation :</w:t>
      </w:r>
    </w:p>
    <w:p>
      <w:r>
        <w:t>Comment mesurer l’efficacité de cette méthode sur les apprenants ou utilisateurs ?</w:t>
      </w:r>
    </w:p>
    <w:p>
      <w:r>
        <w:t>______________________________________________________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