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rPr>
          <w:b/>
          <w:color w:val="0066CC"/>
          <w:sz w:val="32"/>
        </w:rPr>
        <w:t>📌 Guide de Rédaction d’une Note Conceptuelle</w:t>
      </w:r>
    </w:p>
    <w:p>
      <w:r>
        <w:br/>
      </w:r>
    </w:p>
    <w:p>
      <w:r>
        <w:rPr>
          <w:b/>
          <w:sz w:val="28"/>
        </w:rPr>
        <w:t>🔍 Introduction</w:t>
        <w:br/>
      </w:r>
      <w:r>
        <w:t>La note conceptuelle est un document clé servant à présenter brièvement une idée de projet, une initiative ou un programme. Elle vise à convaincre un partenaire, un bailleur ou une institution de la pertinence du projet.</w:t>
        <w:br/>
      </w:r>
    </w:p>
    <w:p>
      <w:r>
        <w:br/>
      </w:r>
    </w:p>
    <w:p>
      <w:r>
        <w:rPr>
          <w:b/>
          <w:sz w:val="28"/>
        </w:rPr>
        <w:t>📑 Structure d’une Note Conceptuelle</w:t>
        <w:br/>
      </w:r>
    </w:p>
    <w:p>
      <w:r>
        <w:t>Une note conceptuelle doit être concise, structurée et engageante. Voici les éléments essentiels qu’elle doit contenir :</w:t>
        <w:br/>
      </w:r>
    </w:p>
    <w:p>
      <w:r>
        <w:rPr>
          <w:b/>
        </w:rPr>
        <w:t xml:space="preserve">1️⃣ Titre du projet : </w:t>
      </w:r>
      <w:r>
        <w:t>Le titre doit être court, clair et représentatif du projet.</w:t>
      </w:r>
    </w:p>
    <w:p>
      <w:r>
        <w:rPr>
          <w:b/>
        </w:rPr>
        <w:t xml:space="preserve">2️⃣ Contexte et justification : </w:t>
      </w:r>
      <w:r>
        <w:t>Expliquez le problème ou l’opportunité qui justifie l’initiative. Appuyez-vous sur des données chiffrées et des références.</w:t>
      </w:r>
    </w:p>
    <w:p>
      <w:r>
        <w:rPr>
          <w:b/>
        </w:rPr>
        <w:t xml:space="preserve">3️⃣ Objectifs : </w:t>
      </w:r>
      <w:r>
        <w:t>Définissez les objectifs généraux et spécifiques du projet. Ils doivent être réalistes et mesurables.</w:t>
      </w:r>
    </w:p>
    <w:p>
      <w:r>
        <w:rPr>
          <w:b/>
        </w:rPr>
        <w:t xml:space="preserve">4️⃣ Public cible : </w:t>
      </w:r>
      <w:r>
        <w:t>Indiquez qui bénéficiera du projet et pourquoi ces groupes sont concernés.</w:t>
      </w:r>
    </w:p>
    <w:p>
      <w:r>
        <w:rPr>
          <w:b/>
        </w:rPr>
        <w:t xml:space="preserve">5️⃣ Activités principales : </w:t>
      </w:r>
      <w:r>
        <w:t>Décrivez brièvement les actions qui seront mises en place pour atteindre les objectifs.</w:t>
      </w:r>
    </w:p>
    <w:p>
      <w:r>
        <w:rPr>
          <w:b/>
        </w:rPr>
        <w:t xml:space="preserve">6️⃣ Résultats attendus : </w:t>
      </w:r>
      <w:r>
        <w:t>Présentez les impacts prévus du projet, en quantifiant autant que possible.</w:t>
      </w:r>
    </w:p>
    <w:p>
      <w:r>
        <w:rPr>
          <w:b/>
        </w:rPr>
        <w:t xml:space="preserve">7️⃣ Partenariats et parties prenantes : </w:t>
      </w:r>
      <w:r>
        <w:t>Listez les partenaires impliqués et leur rôle dans l’initiative.</w:t>
      </w:r>
    </w:p>
    <w:p>
      <w:r>
        <w:rPr>
          <w:b/>
        </w:rPr>
        <w:t xml:space="preserve">8️⃣ Budget estimatif : </w:t>
      </w:r>
      <w:r>
        <w:t>Donnez une idée des coûts globaux et des principales lignes budgétaires.</w:t>
      </w:r>
    </w:p>
    <w:p>
      <w:r>
        <w:rPr>
          <w:b/>
        </w:rPr>
        <w:t xml:space="preserve">9️⃣ Durée et calendrier : </w:t>
      </w:r>
      <w:r>
        <w:t>Indiquez la durée du projet et les grandes étapes de mise en œuvre.</w:t>
      </w:r>
    </w:p>
    <w:p>
      <w:r>
        <w:rPr>
          <w:b/>
        </w:rPr>
        <w:t xml:space="preserve">🔟 Conclusion et appel à action : </w:t>
      </w:r>
      <w:r>
        <w:t>Terminez par une conclusion engageante, incitant le lecteur à soutenir ou à approfondir la discussion.</w:t>
      </w:r>
    </w:p>
    <w:p>
      <w:r>
        <w:br/>
      </w:r>
    </w:p>
    <w:p>
      <w:r>
        <w:rPr>
          <w:b/>
          <w:sz w:val="28"/>
        </w:rPr>
        <w:t>✍️ Conseils de Rédaction</w:t>
        <w:br/>
      </w:r>
    </w:p>
    <w:p>
      <w:r>
        <w:t>✔ Soyez clair et concis : Évitez les longues explications et allez droit au but.</w:t>
        <w:br/>
        <w:t>✔ Utilisez un langage simple : Votre lecteur doit comprendre l’essentiel rapidement.</w:t>
        <w:br/>
        <w:t>✔ Mettez en avant les bénéfices du projet : Insistez sur l’impact positif.</w:t>
        <w:br/>
        <w:t>✔ Adaptez la note à votre audience : Un bailleur de fonds ne cherche pas les mêmes détails qu’un partenaire technique.</w:t>
        <w:br/>
        <w:t>✔ Relisez et corrigez : Une note bien rédigée inspire confiance et professionnalisme.</w:t>
        <w:br/>
      </w:r>
    </w:p>
    <w:p>
      <w:r>
        <w:br/>
      </w:r>
    </w:p>
    <w:p>
      <w:r>
        <w:rPr>
          <w:b/>
          <w:sz w:val="28"/>
        </w:rPr>
        <w:t>🎯 Conclusion</w:t>
        <w:br/>
      </w:r>
      <w:r>
        <w:t>Une note conceptuelle bien rédigée est un outil puissant pour mobiliser des ressources et convaincre des partenaires. En suivant cette structure et ces conseils, vous optimiserez vos chances d’obtenir du soutien pour votre projet.</w:t>
        <w:br/>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