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color w:val="00008B"/>
          <w:sz w:val="36"/>
          <w:u w:val="single"/>
        </w:rPr>
        <w:t>📜 FICHE MÉTHODE : LES PRONOMS RELATIFS 🎯</w:t>
      </w:r>
    </w:p>
    <w:p>
      <w:r>
        <w:br/>
      </w:r>
    </w:p>
    <w:p>
      <w:r>
        <w:rPr>
          <w:b/>
        </w:rPr>
        <w:t>🔹 Les pronoms relatifs servent à relier deux phrases et à éviter la répétition. Ils remplacent un mot déjà mentionné.</w:t>
        <w:br/>
      </w:r>
    </w:p>
    <w:p>
      <w:r>
        <w:br/>
      </w:r>
    </w:p>
    <w:p>
      <w:r>
        <w:rPr>
          <w:b/>
        </w:rPr>
        <w:t>📌 Tableau récapitulatif des pronoms relatifs :</w:t>
        <w:br/>
      </w:r>
    </w:p>
    <w:p>
      <w:r>
        <w:br/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Pronom relatif</w:t>
            </w:r>
          </w:p>
        </w:tc>
        <w:tc>
          <w:tcPr>
            <w:tcW w:type="dxa" w:w="2880"/>
          </w:tcPr>
          <w:p>
            <w:r>
              <w:t>Fonction</w:t>
            </w:r>
          </w:p>
        </w:tc>
        <w:tc>
          <w:tcPr>
            <w:tcW w:type="dxa" w:w="2880"/>
          </w:tcPr>
          <w:p>
            <w:r>
              <w:t>Exemple</w:t>
            </w:r>
          </w:p>
        </w:tc>
      </w:tr>
      <w:tr>
        <w:tc>
          <w:tcPr>
            <w:tcW w:type="dxa" w:w="2880"/>
          </w:tcPr>
          <w:p>
            <w:r>
              <w:t>QUI</w:t>
            </w:r>
          </w:p>
        </w:tc>
        <w:tc>
          <w:tcPr>
            <w:tcW w:type="dxa" w:w="2880"/>
          </w:tcPr>
          <w:p>
            <w:r>
              <w:t>Sujet</w:t>
            </w:r>
          </w:p>
        </w:tc>
        <w:tc>
          <w:tcPr>
            <w:tcW w:type="dxa" w:w="2880"/>
          </w:tcPr>
          <w:p>
            <w:r>
              <w:t>L’homme qui parle est mon ami.</w:t>
            </w:r>
          </w:p>
        </w:tc>
      </w:tr>
      <w:tr>
        <w:tc>
          <w:tcPr>
            <w:tcW w:type="dxa" w:w="2880"/>
          </w:tcPr>
          <w:p>
            <w:r>
              <w:t>QUE</w:t>
            </w:r>
          </w:p>
        </w:tc>
        <w:tc>
          <w:tcPr>
            <w:tcW w:type="dxa" w:w="2880"/>
          </w:tcPr>
          <w:p>
            <w:r>
              <w:t>Complément d’objet direct</w:t>
            </w:r>
          </w:p>
        </w:tc>
        <w:tc>
          <w:tcPr>
            <w:tcW w:type="dxa" w:w="2880"/>
          </w:tcPr>
          <w:p>
            <w:r>
              <w:t>Le livre que j’ai lu est intéressant.</w:t>
            </w:r>
          </w:p>
        </w:tc>
      </w:tr>
      <w:tr>
        <w:tc>
          <w:tcPr>
            <w:tcW w:type="dxa" w:w="2880"/>
          </w:tcPr>
          <w:p>
            <w:r>
              <w:t>DONT</w:t>
            </w:r>
          </w:p>
        </w:tc>
        <w:tc>
          <w:tcPr>
            <w:tcW w:type="dxa" w:w="2880"/>
          </w:tcPr>
          <w:p>
            <w:r>
              <w:t>Complément introduit par 'de'</w:t>
            </w:r>
          </w:p>
        </w:tc>
        <w:tc>
          <w:tcPr>
            <w:tcW w:type="dxa" w:w="2880"/>
          </w:tcPr>
          <w:p>
            <w:r>
              <w:t>Le film dont je parle est captivant.</w:t>
            </w:r>
          </w:p>
        </w:tc>
      </w:tr>
      <w:tr>
        <w:tc>
          <w:tcPr>
            <w:tcW w:type="dxa" w:w="2880"/>
          </w:tcPr>
          <w:p>
            <w:r>
              <w:t>OÙ</w:t>
            </w:r>
          </w:p>
        </w:tc>
        <w:tc>
          <w:tcPr>
            <w:tcW w:type="dxa" w:w="2880"/>
          </w:tcPr>
          <w:p>
            <w:r>
              <w:t>Complément de lieu ou de temps</w:t>
            </w:r>
          </w:p>
        </w:tc>
        <w:tc>
          <w:tcPr>
            <w:tcW w:type="dxa" w:w="2880"/>
          </w:tcPr>
          <w:p>
            <w:r>
              <w:t>L’année où j’ai voyagé était magnifique.</w:t>
            </w:r>
          </w:p>
        </w:tc>
      </w:tr>
      <w:tr>
        <w:tc>
          <w:tcPr>
            <w:tcW w:type="dxa" w:w="2880"/>
          </w:tcPr>
          <w:p>
            <w:r>
              <w:t>LEQUEL / LAQUELLE</w:t>
            </w:r>
          </w:p>
        </w:tc>
        <w:tc>
          <w:tcPr>
            <w:tcW w:type="dxa" w:w="2880"/>
          </w:tcPr>
          <w:p>
            <w:r>
              <w:t>Complément prépositionnel</w:t>
            </w:r>
          </w:p>
        </w:tc>
        <w:tc>
          <w:tcPr>
            <w:tcW w:type="dxa" w:w="2880"/>
          </w:tcPr>
          <w:p>
            <w:r>
              <w:t>Le musée dans lequel je suis allé est célèbre.</w:t>
            </w:r>
          </w:p>
        </w:tc>
      </w:tr>
    </w:tbl>
    <w:p>
      <w:r>
        <w:br/>
      </w:r>
    </w:p>
    <w:p>
      <w:r>
        <w:rPr>
          <w:b/>
        </w:rPr>
        <w:t>📢 COMMENT BIEN CHOISIR LE PRONOM RELATIF ?</w:t>
        <w:br/>
      </w:r>
      <w:r>
        <w:t>✅ Si le pronom est sujet → utilisez 'QUI'.</w:t>
        <w:br/>
      </w:r>
      <w:r>
        <w:t>✅ Si le pronom est COD → utilisez 'QUE'.</w:t>
        <w:br/>
      </w:r>
      <w:r>
        <w:t>✅ Si le verbe est suivi de 'DE' → utilisez 'DONT'.</w:t>
        <w:br/>
      </w:r>
      <w:r>
        <w:t>✅ Pour un lieu ou un moment → utilisez 'OÙ'.</w:t>
        <w:br/>
      </w:r>
      <w:r>
        <w:t>✅ Avec une préposition → utilisez 'LEQUEL' et ses variantes.</w:t>
        <w:br/>
      </w:r>
    </w:p>
    <w:p>
      <w:r>
        <w:br/>
      </w:r>
    </w:p>
    <w:p>
      <w:r>
        <w:rPr>
          <w:b/>
        </w:rPr>
        <w:t>🎯 EXERCICES RAPIDES : Complète avec le bon pronom relatif</w:t>
        <w:br/>
      </w:r>
    </w:p>
    <w:p>
      <w:r>
        <w:t>1️⃣ Le film ______ j’ai vu hier était passionnant.</w:t>
        <w:br/>
      </w:r>
      <w:r>
        <w:t>2️⃣ L’homme ______ parle est mon professeur.</w:t>
        <w:br/>
      </w:r>
      <w:r>
        <w:t>3️⃣ C’est le jour ______ nous nous sommes rencontrés.</w:t>
        <w:br/>
      </w:r>
      <w:r>
        <w:t>4️⃣ La femme ______ je t’ai parlé est avocate.</w:t>
        <w:br/>
      </w:r>
      <w:r>
        <w:t>5️⃣ La pièce dans ______ l’enquête a eu lieu est fermée.</w:t>
        <w:br/>
      </w:r>
    </w:p>
    <w:p>
      <w:r>
        <w:br/>
      </w:r>
    </w:p>
    <w:p>
      <w:r>
        <w:rPr>
          <w:b/>
        </w:rPr>
        <w:t>🔎 RÉPONSES (ne regarde qu’après avoir essayé !) :</w:t>
        <w:br/>
      </w:r>
    </w:p>
    <w:p>
      <w:r>
        <w:t>1️⃣ QUE</w:t>
        <w:br/>
        <w:t>2️⃣ QUI</w:t>
        <w:br/>
        <w:t>3️⃣ OÙ</w:t>
        <w:br/>
        <w:t>4️⃣ DONT</w:t>
        <w:br/>
        <w:t>5️⃣ LAQUELLE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