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Canevas pour la Rédaction d’un Mémoire Bibliographique</w:t>
      </w:r>
    </w:p>
    <w:p>
      <w:pPr>
        <w:pStyle w:val="Heading2"/>
      </w:pPr>
      <w:r>
        <w:t>Page de Couverture</w:t>
      </w:r>
    </w:p>
    <w:p>
      <w:r>
        <w:t>Titre du Mémoire</w:t>
        <w:br/>
        <w:t>Auteur</w:t>
        <w:br/>
        <w:t>Université</w:t>
        <w:br/>
        <w:t>Faculté</w:t>
        <w:br/>
        <w:t>Département</w:t>
        <w:br/>
        <w:t>Année académique</w:t>
      </w:r>
    </w:p>
    <w:p>
      <w:pPr>
        <w:pStyle w:val="Heading2"/>
      </w:pPr>
      <w:r>
        <w:t>Remerciements</w:t>
      </w:r>
    </w:p>
    <w:p>
      <w:r>
        <w:t>Cette section est facultative mais permet d’exprimer votre gratitude envers ceux qui ont contribué à votre travail.</w:t>
      </w:r>
    </w:p>
    <w:p>
      <w:pPr>
        <w:pStyle w:val="Heading2"/>
      </w:pPr>
      <w:r>
        <w:t>Résumé et Mots-clés</w:t>
      </w:r>
    </w:p>
    <w:p>
      <w:r>
        <w:t>Un résumé synthétique du mémoire (200-300 mots) et une liste de mots-clés pertinents.</w:t>
      </w:r>
    </w:p>
    <w:p>
      <w:pPr>
        <w:pStyle w:val="Heading1"/>
      </w:pPr>
      <w:r>
        <w:t>Introduction</w:t>
      </w:r>
    </w:p>
    <w:p>
      <w:r>
        <w:t>1. Présentation du sujet et justification</w:t>
        <w:br/>
        <w:t>2. Objectifs et problématique</w:t>
        <w:br/>
        <w:t>3. Méthodologie adoptée</w:t>
        <w:br/>
        <w:t>4. Plan du mémoire</w:t>
      </w:r>
    </w:p>
    <w:p>
      <w:pPr>
        <w:pStyle w:val="Heading1"/>
      </w:pPr>
      <w:r>
        <w:t>Chapitre 1 : Cadre Théorique et Contexte</w:t>
      </w:r>
    </w:p>
    <w:p>
      <w:r>
        <w:t>1.1 Définition des concepts clés</w:t>
        <w:br/>
        <w:t>1.2 Contexte historique et scientifique</w:t>
        <w:br/>
        <w:t>1.3 Travaux antérieurs et perspectives</w:t>
        <w:br/>
        <w:t>1.4 Positionnement de l’étude</w:t>
      </w:r>
    </w:p>
    <w:p>
      <w:pPr>
        <w:pStyle w:val="Heading1"/>
      </w:pPr>
      <w:r>
        <w:t>Chapitre 2 : Analyse des Sources Bibliographiques</w:t>
      </w:r>
    </w:p>
    <w:p>
      <w:r>
        <w:t>2.1 Présentation des principales sources</w:t>
        <w:br/>
        <w:t>2.2 Synthèse des apports théoriques</w:t>
        <w:br/>
        <w:t>2.3 Comparaison des différentes approches</w:t>
        <w:br/>
        <w:t>2.4 Débats et controverses académiques</w:t>
      </w:r>
    </w:p>
    <w:p>
      <w:pPr>
        <w:pStyle w:val="Heading1"/>
      </w:pPr>
      <w:r>
        <w:t>Chapitre 3 : Discussions et Perspectives</w:t>
      </w:r>
    </w:p>
    <w:p>
      <w:r>
        <w:t>3.1 Impact des résultats bibliographiques</w:t>
        <w:br/>
        <w:t>3.2 Limites et critiques des sources</w:t>
        <w:br/>
        <w:t>3.3 Perspectives pour les recherches futures</w:t>
      </w:r>
    </w:p>
    <w:p>
      <w:pPr>
        <w:pStyle w:val="Heading1"/>
      </w:pPr>
      <w:r>
        <w:t>Conclusion</w:t>
      </w:r>
    </w:p>
    <w:p>
      <w:r>
        <w:t>Synthèse des principaux apports et réflexion sur l’évolution du sujet.</w:t>
      </w:r>
    </w:p>
    <w:p>
      <w:pPr>
        <w:pStyle w:val="Heading1"/>
      </w:pPr>
      <w:r>
        <w:t>Bibliographie</w:t>
      </w:r>
    </w:p>
    <w:p>
      <w:r>
        <w:t>Liste des références citées selon les normes APA, MLA ou autre format académique.</w:t>
      </w:r>
    </w:p>
    <w:p>
      <w:pPr>
        <w:pStyle w:val="Heading1"/>
      </w:pPr>
      <w:r>
        <w:t>Annexes</w:t>
      </w:r>
    </w:p>
    <w:p>
      <w:r>
        <w:t>Documents supplémentaires, tableaux, graphiques, etc.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