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4320"/>
        <w:gridCol w:w="4320"/>
      </w:tblGrid>
      <w:tr>
        <w:tc>
          <w:tcPr>
            <w:tcW w:type="dxa" w:w="4320"/>
            <w:shd w:fill="0F3C4C"/>
          </w:tcPr>
          <w:p>
            <w:pPr>
              <w:jc w:val="center"/>
            </w:pPr>
            <w:r>
              <w:rPr>
                <w:b/>
                <w:color w:val="FFFFFF"/>
                <w:sz w:val="36"/>
              </w:rPr>
              <w:t>VOTRE NOM</w:t>
              <w:br/>
              <w:t>PRÉNOM</w:t>
            </w:r>
          </w:p>
        </w:tc>
        <w:tc>
          <w:tcPr>
            <w:tcW w:type="dxa" w:w="4320"/>
            <w:shd w:fill="E8F1F4"/>
          </w:tcPr>
          <w:p>
            <w:pPr>
              <w:jc w:val="center"/>
            </w:pPr>
            <w:r>
              <w:rPr>
                <w:color w:val="0F3C4C"/>
                <w:sz w:val="22"/>
              </w:rPr>
              <w:t>Assistante commerciale</w:t>
              <w:br/>
              <w:t>📞 Téléphone</w:t>
              <w:br/>
              <w:t>✉️ Email</w:t>
              <w:br/>
              <w:t>📍 Adresse</w:t>
            </w:r>
          </w:p>
        </w:tc>
      </w:tr>
    </w:tbl>
    <w:p/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4320"/>
        <w:gridCol w:w="4320"/>
      </w:tblGrid>
      <w:tr>
        <w:tc>
          <w:tcPr>
            <w:tcW w:type="dxa" w:w="4320"/>
            <w:shd w:fill="F4F8FA"/>
          </w:tcPr>
          <w:p>
            <w:r>
              <w:rPr>
                <w:b/>
              </w:rPr>
              <w:t>COMPÉTENCES</w:t>
              <w:br/>
              <w:br/>
            </w:r>
          </w:p>
          <w:p>
            <w:r>
              <w:t>• Suivi clients</w:t>
            </w:r>
          </w:p>
          <w:p>
            <w:r>
              <w:t>• Gestion commandes</w:t>
            </w:r>
          </w:p>
          <w:p>
            <w:r>
              <w:t>• CRM / Excel</w:t>
            </w:r>
          </w:p>
          <w:p>
            <w:r>
              <w:t>• Relation client</w:t>
            </w:r>
          </w:p>
          <w:p>
            <w:r>
              <w:t>• Organisation</w:t>
            </w:r>
          </w:p>
        </w:tc>
        <w:tc>
          <w:tcPr>
            <w:tcW w:type="dxa" w:w="4320"/>
          </w:tcPr>
          <w:p>
            <w:r>
              <w:rPr>
                <w:b/>
              </w:rPr>
              <w:t>Entreprise : Nom entreprise</w:t>
              <w:br/>
              <w:t>Adresse : Ville</w:t>
              <w:br/>
              <w:br/>
              <w:t>Lieu, Date</w:t>
              <w:br/>
              <w:br/>
            </w:r>
          </w:p>
          <w:p>
            <w:r>
              <w:rPr>
                <w:b/>
                <w:color w:val="0F3C4C"/>
              </w:rPr>
              <w:t>OBJET : CANDIDATURE ASSISTANTE COMMERCIALE</w:t>
              <w:br/>
            </w:r>
          </w:p>
          <w:p>
            <w:r>
              <w:t>Madame, Monsieur,</w:t>
            </w:r>
          </w:p>
          <w:p>
            <w:r>
              <w:t>Attirée par les fonctions commerciales, je souhaite mettre mes compétences au service de votre entreprise.</w:t>
            </w:r>
          </w:p>
          <w:p>
            <w:r>
              <w:t>Je maîtrise le suivi administratif, la gestion des commandes et la coordination commerciale.</w:t>
            </w:r>
          </w:p>
          <w:p>
            <w:r>
              <w:t>Rigoureuse et organisée, je contribue à la satisfaction client et à la performance commerciale.</w:t>
            </w:r>
          </w:p>
          <w:p>
            <w:r>
              <w:t>Je suis motivée à intégrer votre équipe.</w:t>
            </w:r>
          </w:p>
          <w:p>
            <w:r>
              <w:t>Je reste à votre disposition pour un entretien.</w:t>
            </w:r>
          </w:p>
          <w:p>
            <w:r>
              <w:t>Cordialement,</w:t>
            </w:r>
          </w:p>
          <w:p>
            <w:r>
              <w:br/>
              <w:t>Votre Nom</w:t>
            </w:r>
          </w:p>
        </w:tc>
      </w:tr>
    </w:tbl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