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08000"/>
          <w:sz w:val="36"/>
        </w:rPr>
        <w:t>🎮 Jeux Gamifiés : Le Passé Composé 🎮</w:t>
      </w:r>
    </w:p>
    <w:p/>
    <w:p>
      <w:pPr>
        <w:pStyle w:val="Heading1"/>
      </w:pPr>
      <w:r>
        <w:t>1. Introduction</w:t>
      </w:r>
    </w:p>
    <w:p>
      <w:pPr>
        <w:pStyle w:val="BodyText"/>
      </w:pPr>
      <w:r>
        <w:t>Le passé composé est un temps clé pour exprimer des actions accomplies dans le passé. Ce document propose des jeux interactifs et amusants pour pratiquer la formation et l'utilisation du passé composé, avec l'auxiliaire 'avoir' et 'être'. Ces exercices vous aideront à le maîtriser dans divers contextes.</w:t>
      </w:r>
    </w:p>
    <w:p>
      <w:pPr>
        <w:pStyle w:val="Heading1"/>
      </w:pPr>
      <w:r>
        <w:br/>
        <w:t>2. Jeu 1 : Complétez les Conjugaisons</w:t>
      </w:r>
    </w:p>
    <w:p>
      <w:pPr>
        <w:pStyle w:val="BodyText"/>
      </w:pPr>
      <w:r>
        <w:t>🎯 **Règles du jeu :** Complétez les phrases avec le verbe entre parenthèses au passé composé.</w:t>
        <w:br/>
        <w:br/>
        <w:t>1. Hier, j'___ (manger) un délicieux gâteau.</w:t>
        <w:br/>
        <w:t>2. Nous ___ (aller) au cinéma pour voir un nouveau film.</w:t>
        <w:br/>
        <w:t>3. Ils ___ (prendre) le train pour Paris ce matin.</w:t>
        <w:br/>
        <w:t>4. Elle ___ (arriver) en retard à la réunion.</w:t>
        <w:br/>
        <w:t>5. Vous ___ (finir) vos devoirs avant de sortir ?</w:t>
        <w:br/>
      </w:r>
    </w:p>
    <w:p>
      <w:pPr>
        <w:pStyle w:val="Heading1"/>
      </w:pPr>
      <w:r>
        <w:br/>
        <w:t>3. Jeu 2 : Reliez les Sujets</w:t>
      </w:r>
    </w:p>
    <w:p>
      <w:pPr>
        <w:pStyle w:val="BodyText"/>
      </w:pPr>
      <w:r>
        <w:t>🎯 **Règles du jeu :** Associez chaque sujet à la phrase correcte conjuguée au passé composé.</w:t>
        <w:br/>
        <w:br/>
        <w:t>1. Nous ___                        A. avons terminé notre projet hier soir.</w:t>
        <w:br/>
        <w:t>2. Elle ___                        B. est partie en voyage la semaine dernière.</w:t>
        <w:br/>
        <w:t>3. Ils ___                         C. ont étudié pour leur examen toute la journée.</w:t>
        <w:br/>
        <w:t>4. Tu ___                          D. as acheté un cadeau pour l’anniversaire de ton ami.</w:t>
        <w:br/>
      </w:r>
    </w:p>
    <w:p>
      <w:pPr>
        <w:pStyle w:val="Heading1"/>
      </w:pPr>
      <w:r>
        <w:br/>
        <w:t>4. Jeu 3 : Complétez le Récit</w:t>
      </w:r>
    </w:p>
    <w:p>
      <w:pPr>
        <w:pStyle w:val="BodyText"/>
      </w:pPr>
      <w:r>
        <w:t>🎯 **Règles du jeu :** Complétez ce court récit en utilisant le passé composé pour les verbes entre parenthèses.</w:t>
        <w:br/>
        <w:br/>
        <w:t>**Récit :**</w:t>
        <w:br/>
        <w:t>Hier, nous ___ (partir) pour une randonnée en montagne. La journée ___ (être) magnifique, et nous ___ (admirer) de superbes paysages. À midi, nous ___ (s’arrêter) pour déjeuner. Finalement, nous ___ (revenir) chez nous fatigués mais heureux.</w:t>
        <w:br/>
      </w:r>
    </w:p>
    <w:p>
      <w:pPr>
        <w:pStyle w:val="Heading1"/>
      </w:pPr>
      <w:r>
        <w:br/>
        <w:t>5. Jeu 4 : Identifiez les Erreurs</w:t>
      </w:r>
    </w:p>
    <w:p>
      <w:pPr>
        <w:pStyle w:val="BodyText"/>
      </w:pPr>
      <w:r>
        <w:t>🎯 **Règles du jeu :** Trouvez et corrigez les erreurs dans les phrases suivantes.</w:t>
        <w:br/>
        <w:br/>
        <w:t>1. Il as pris son petit déjeuner ce matin.</w:t>
        <w:br/>
        <w:t>2. Nous sommes allés au musée hier, et nous avons vus une exposition.</w:t>
        <w:br/>
        <w:t>3. Tu as retournée le livre à la bibliothèque la semaine dernière.</w:t>
        <w:br/>
        <w:t>4. Elles ont arriver en avance pour la réunion.</w:t>
        <w:br/>
      </w:r>
    </w:p>
    <w:p>
      <w:pPr>
        <w:pStyle w:val="Heading1"/>
      </w:pPr>
      <w:r>
        <w:br/>
        <w:t>6. Jeu 5 : Invention Créative</w:t>
      </w:r>
    </w:p>
    <w:p>
      <w:pPr>
        <w:pStyle w:val="BodyText"/>
      </w:pPr>
      <w:r>
        <w:t>🎯 **Règles du jeu :** Imaginez une journée et décrivez-la en utilisant au moins cinq phrases au passé composé.</w:t>
        <w:br/>
        <w:br/>
        <w:t>**Exemple :**</w:t>
        <w:br/>
        <w:t>- Ce matin, je me suis réveillé(e) à 7 heures.</w:t>
        <w:br/>
        <w:t>- J’ai pris un bon petit déjeuner.</w:t>
        <w:br/>
        <w:t>- Ensuite, je suis allé(e) au marché pour acheter des fruits frais.</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