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🎮 Jeux de Conjugaison : Verbes en -ER au Présent</w:t>
      </w:r>
    </w:p>
    <w:p>
      <w:pPr>
        <w:pStyle w:val="Heading2"/>
      </w:pPr>
      <w:r>
        <w:t>1️⃣ Mots Croisés</w:t>
      </w:r>
    </w:p>
    <w:p>
      <w:r>
        <w:rPr>
          <w:color w:val="0000FF"/>
        </w:rPr>
        <w:t>Trouvez les verbes en -ER conjugués au présent qui correspondent aux définitions suivantes :</w:t>
      </w:r>
    </w:p>
    <w:p>
      <w:r>
        <w:rPr>
          <w:color w:val="FF0000"/>
        </w:rPr>
        <w:t>1. Ce que je fais quand je déplace un pinceau sur une toile. ➡️ ______</w:t>
      </w:r>
    </w:p>
    <w:p>
      <w:r>
        <w:rPr>
          <w:color w:val="FF0000"/>
        </w:rPr>
        <w:t>2. Ce que nous faisons quand nous utilisons nos yeux. ➡️ ______</w:t>
      </w:r>
    </w:p>
    <w:p>
      <w:r>
        <w:rPr>
          <w:color w:val="FF0000"/>
        </w:rPr>
        <w:t>3. Ce que vous faites quand vous utilisez un stylo. ➡️ ______</w:t>
      </w:r>
    </w:p>
    <w:p>
      <w:r>
        <w:rPr>
          <w:color w:val="FF0000"/>
        </w:rPr>
        <w:t>4. Ce que les enfants font souvent dans un parc. ➡️ ______</w:t>
      </w:r>
    </w:p>
    <w:p>
      <w:r>
        <w:rPr>
          <w:color w:val="FF0000"/>
        </w:rPr>
        <w:t>5. Ce que tu fais quand tu dis quelque chose à haute voix. ➡️ ______</w:t>
      </w:r>
    </w:p>
    <w:p>
      <w:pPr>
        <w:pStyle w:val="Heading2"/>
      </w:pPr>
      <w:r>
        <w:t>2️⃣ Complétez les Dialogues</w:t>
      </w:r>
    </w:p>
    <w:p>
      <w:r>
        <w:rPr>
          <w:color w:val="008000"/>
        </w:rPr>
        <w:t>Complétez ces dialogues en conjuguant les verbes en -ER :</w:t>
      </w:r>
    </w:p>
    <w:p>
      <w:r>
        <w:rPr>
          <w:color w:val="800080"/>
        </w:rPr>
        <w:t>**A** : Que ______ (faire) tu ce week-end ?</w:t>
      </w:r>
    </w:p>
    <w:p>
      <w:r>
        <w:rPr>
          <w:color w:val="800080"/>
        </w:rPr>
        <w:t>**B** : Je ______ (préparer) un gâteau. Et toi ?</w:t>
      </w:r>
    </w:p>
    <w:p>
      <w:r>
        <w:rPr>
          <w:color w:val="800080"/>
        </w:rPr>
        <w:t>**A** : Moi, je ______ (regarder) un film avec mes amis.</w:t>
      </w:r>
    </w:p>
    <w:p>
      <w:r>
        <w:rPr>
          <w:color w:val="800080"/>
        </w:rPr>
        <w:t>**B** : Super ! Nous ______ (jouer) aux cartes après ?</w:t>
      </w:r>
    </w:p>
    <w:p>
      <w:r>
        <w:rPr>
          <w:color w:val="800080"/>
        </w:rPr>
        <w:t>**A** : Oui, pourquoi pas !</w:t>
      </w:r>
    </w:p>
    <w:p>
      <w:pPr>
        <w:pStyle w:val="Heading2"/>
      </w:pPr>
      <w:r>
        <w:t>3️⃣ Phrase Mystère</w:t>
      </w:r>
    </w:p>
    <w:p>
      <w:r>
        <w:rPr>
          <w:color w:val="00008B"/>
        </w:rPr>
        <w:t>Remettez les mots dans le bon ordre pour former une phrase :</w:t>
      </w:r>
    </w:p>
    <w:p>
      <w:r>
        <w:rPr>
          <w:color w:val="FF4500"/>
        </w:rPr>
        <w:t>1. (préparons / nous / le dîner / chaque soir)</w:t>
      </w:r>
    </w:p>
    <w:p>
      <w:r>
        <w:rPr>
          <w:color w:val="FF4500"/>
        </w:rPr>
        <w:t>2. (joue / souvent / elle / au tennis)</w:t>
      </w:r>
    </w:p>
    <w:p>
      <w:r>
        <w:rPr>
          <w:color w:val="FF4500"/>
        </w:rPr>
        <w:t>3. (visitez / quand / vous / un musée / allez / en vacances)</w:t>
      </w:r>
    </w:p>
    <w:p>
      <w:r>
        <w:rPr>
          <w:color w:val="FF4500"/>
        </w:rPr>
        <w:t>4. (regarde / la télévision / il / après / l’école)</w:t>
      </w:r>
    </w:p>
    <w:p>
      <w:r>
        <w:rPr>
          <w:color w:val="FF4500"/>
        </w:rPr>
        <w:t>5. (écoutent / en classe / attentivement / les élèves / toujours)</w:t>
      </w:r>
    </w:p>
    <w:p>
      <w:pPr>
        <w:pStyle w:val="Heading2"/>
      </w:pPr>
      <w:r>
        <w:t>4️⃣ Associez les Phrases</w:t>
      </w:r>
    </w:p>
    <w:p>
      <w:r>
        <w:rPr>
          <w:color w:val="8B008B"/>
        </w:rPr>
        <w:t>Associez les sujets aux verbes conjugués pour former des phrases correctes :</w:t>
      </w:r>
    </w:p>
    <w:p>
      <w:r>
        <w:rPr>
          <w:color w:val="FF0000"/>
        </w:rPr>
        <w:t>Sujets :</w:t>
        <w:br/>
        <w:t>- a) Les enfants</w:t>
        <w:br/>
        <w:t>- b) Je</w:t>
        <w:br/>
        <w:t>- c) Nous</w:t>
        <w:br/>
        <w:t>- d) Vous</w:t>
        <w:br/>
        <w:t>- e) Elle</w:t>
      </w:r>
    </w:p>
    <w:p>
      <w:r>
        <w:rPr>
          <w:color w:val="0000FF"/>
        </w:rPr>
        <w:t>Verbes :</w:t>
        <w:br/>
        <w:t>- 1) regardez</w:t>
        <w:br/>
        <w:t>- 2) chantons</w:t>
        <w:br/>
        <w:t>- 3) jouent</w:t>
        <w:br/>
        <w:t>- 4) parle</w:t>
        <w:br/>
        <w:t>- 5) écoute</w:t>
      </w:r>
    </w:p>
    <w:p>
      <w:pPr>
        <w:pStyle w:val="Heading2"/>
      </w:pPr>
      <w:r>
        <w:t>5️⃣ Création d’Histoire</w:t>
      </w:r>
    </w:p>
    <w:p>
      <w:r>
        <w:rPr>
          <w:color w:val="006400"/>
        </w:rPr>
        <w:t>Créez une courte histoire en utilisant au moins 6 verbes en -ER au présent. Ajoutez une situation amusante ou intéressante pour rendre votre histoire vivante !</w:t>
      </w:r>
    </w:p>
    <w:p>
      <w:pPr>
        <w:pStyle w:val="Heading2"/>
      </w:pPr>
      <w:r>
        <w:t>6️⃣ Tableau des Scores</w:t>
      </w:r>
    </w:p>
    <w:p>
      <w:r>
        <w:rPr>
          <w:color w:val="00008B"/>
        </w:rPr>
        <w:t>Attribuez des points à chaque participant pour évaluer leur performance :</w:t>
      </w:r>
    </w:p>
    <w:p>
      <w:r>
        <w:rPr>
          <w:rFonts w:ascii="Courier New" w:hAnsi="Courier New"/>
        </w:rPr>
        <w:t>| Joueur       | Réponses Correctes | Points Bonus | Total |</w:t>
        <w:br/>
        <w:t>|--------------|--------------------|--------------|-------|</w:t>
        <w:br/>
        <w:t>| Alice        | 8                  | 2            | 10    |</w:t>
        <w:br/>
        <w:t>| Thomas       | 6                  | 3            | 9     |</w:t>
        <w:br/>
        <w:t>| Léa          | 9                  | 4            | 13    |</w:t>
      </w:r>
    </w:p>
    <w:p>
      <w:pPr>
        <w:pStyle w:val="Heading2"/>
      </w:pPr>
      <w:r>
        <w:t>✅ Corrigés</w:t>
      </w:r>
    </w:p>
    <w:p>
      <w:pPr>
        <w:pStyle w:val="Heading3"/>
      </w:pPr>
      <w:r>
        <w:t>1️⃣ Mots Croisés - Corrigés</w:t>
      </w:r>
    </w:p>
    <w:p>
      <w:r>
        <w:rPr>
          <w:color w:val="228B22"/>
        </w:rPr>
        <w:t>1. Peindre</w:t>
      </w:r>
    </w:p>
    <w:p>
      <w:r>
        <w:rPr>
          <w:color w:val="228B22"/>
        </w:rPr>
        <w:t>2. Regarder</w:t>
      </w:r>
    </w:p>
    <w:p>
      <w:r>
        <w:rPr>
          <w:color w:val="228B22"/>
        </w:rPr>
        <w:t>3. Écrire</w:t>
      </w:r>
    </w:p>
    <w:p>
      <w:r>
        <w:rPr>
          <w:color w:val="228B22"/>
        </w:rPr>
        <w:t>4. Jouer</w:t>
      </w:r>
    </w:p>
    <w:p>
      <w:r>
        <w:rPr>
          <w:color w:val="228B22"/>
        </w:rPr>
        <w:t>5. Parler</w:t>
      </w:r>
    </w:p>
    <w:p>
      <w:pPr>
        <w:pStyle w:val="Heading3"/>
      </w:pPr>
      <w:r>
        <w:t>2️⃣ Complétez les Dialogues - Corrigés</w:t>
      </w:r>
    </w:p>
    <w:p>
      <w:r>
        <w:rPr>
          <w:color w:val="228B22"/>
        </w:rPr>
        <w:t>**A** : Que fais-tu ce week-end ?</w:t>
      </w:r>
    </w:p>
    <w:p>
      <w:r>
        <w:rPr>
          <w:color w:val="228B22"/>
        </w:rPr>
        <w:t>**B** : Je prépare un gâteau. Et toi ?</w:t>
      </w:r>
    </w:p>
    <w:p>
      <w:r>
        <w:rPr>
          <w:color w:val="228B22"/>
        </w:rPr>
        <w:t>**A** : Moi, je regarde un film avec mes amis.</w:t>
      </w:r>
    </w:p>
    <w:p>
      <w:r>
        <w:rPr>
          <w:color w:val="228B22"/>
        </w:rPr>
        <w:t>**B** : Super ! Nous jouons aux cartes après ?</w:t>
      </w:r>
    </w:p>
    <w:p>
      <w:r>
        <w:rPr>
          <w:color w:val="228B22"/>
        </w:rPr>
        <w:t>**A** : Oui, pourquoi pas !</w:t>
      </w:r>
    </w:p>
    <w:p>
      <w:pPr>
        <w:pStyle w:val="Heading3"/>
      </w:pPr>
      <w:r>
        <w:t>3️⃣ Phrase Mystère - Corrigés</w:t>
      </w:r>
    </w:p>
    <w:p>
      <w:r>
        <w:rPr>
          <w:color w:val="228B22"/>
        </w:rPr>
        <w:t>1. Nous préparons le dîner chaque soir.</w:t>
      </w:r>
    </w:p>
    <w:p>
      <w:r>
        <w:rPr>
          <w:color w:val="228B22"/>
        </w:rPr>
        <w:t>2. Elle joue souvent au tennis.</w:t>
      </w:r>
    </w:p>
    <w:p>
      <w:r>
        <w:rPr>
          <w:color w:val="228B22"/>
        </w:rPr>
        <w:t>3. Vous visitez un musée quand vous allez en vacances.</w:t>
      </w:r>
    </w:p>
    <w:p>
      <w:r>
        <w:rPr>
          <w:color w:val="228B22"/>
        </w:rPr>
        <w:t>4. Il regarde la télévision après l’école.</w:t>
      </w:r>
    </w:p>
    <w:p>
      <w:r>
        <w:rPr>
          <w:color w:val="228B22"/>
        </w:rPr>
        <w:t>5. Les élèves écoutent toujours attentivement en classe.</w:t>
      </w:r>
    </w:p>
    <w:p>
      <w:pPr>
        <w:pStyle w:val="Heading3"/>
      </w:pPr>
      <w:r>
        <w:t>4️⃣ Associez les Phrases - Corrigés</w:t>
      </w:r>
    </w:p>
    <w:p>
      <w:r>
        <w:rPr>
          <w:color w:val="228B22"/>
        </w:rPr>
        <w:t>a) Les enfants jouent</w:t>
        <w:br/>
        <w:t>b) Je parle</w:t>
        <w:br/>
        <w:t>c) Nous chantons</w:t>
        <w:br/>
        <w:t>d) Vous regardez</w:t>
        <w:br/>
        <w:t>e) Elle écoute</w:t>
      </w:r>
    </w:p>
    <w:p>
      <w:pPr>
        <w:pStyle w:val="Heading3"/>
      </w:pPr>
      <w:r>
        <w:t>5️⃣ Création d’Histoire</w:t>
      </w:r>
    </w:p>
    <w:p>
      <w:r>
        <w:rPr>
          <w:color w:val="228B22"/>
        </w:rPr>
        <w:t>Ce jeu est libre, il n’a pas de corrigé prédéfini. Les participants peuvent écrire une histoire créative en utilisant des verbes en -ER au présent.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