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Fiche : Ne Pas Faire les Erreurs - Conjuguer les Verbes en Français 📚</w:t>
      </w:r>
    </w:p>
    <w:p>
      <w:r>
        <w:rPr>
          <w:sz w:val="24"/>
        </w:rPr>
        <w:t>La conjugaison des verbes en français peut être source de nombreuses erreurs. Cette fiche vous aide à éviter les pièges les plus courants en vous donnant des exemples pratiques et des rappels utiles. Maîtrisez vos verbes et conjuguez sans faute ! 💪</w:t>
      </w:r>
    </w:p>
    <w:p>
      <w:pPr>
        <w:pStyle w:val="Heading2"/>
      </w:pPr>
      <w:r>
        <w:t>1. Les Erreurs Fréquentes à Éviter 🚫</w:t>
      </w:r>
    </w:p>
    <w:p>
      <w:r>
        <w:rPr>
          <w:sz w:val="22"/>
        </w:rPr>
        <w:t>❌ Confondre les auxiliaires 'avoir' et 'être' au passé composé</w:t>
        <w:br/>
        <w:t>➡️ Exemple : Erreur : Elle a partie en voyage. → Correction : Elle **est partie** en voyage.</w:t>
      </w:r>
    </w:p>
    <w:p>
      <w:r>
        <w:rPr>
          <w:sz w:val="22"/>
        </w:rPr>
        <w:t>❌ Oublier l'accord du participe passé avec 'être'</w:t>
        <w:br/>
        <w:t>➡️ Exemple : Erreur : Elles sont allé au marché. → Correction : Elles sont **allées** au marché.</w:t>
      </w:r>
    </w:p>
    <w:p>
      <w:r>
        <w:rPr>
          <w:sz w:val="22"/>
        </w:rPr>
        <w:t>❌ Ne pas accorder le participe passé avec le complément d'objet direct placé avant le verbe</w:t>
        <w:br/>
        <w:t>➡️ Exemple : Erreur : Les fleurs que j’ai offert. → Correction : Les fleurs que j’ai **offertes**.</w:t>
      </w:r>
    </w:p>
    <w:p>
      <w:r>
        <w:rPr>
          <w:sz w:val="22"/>
        </w:rPr>
        <w:t>❌ Mal conjuguer les verbes irréguliers</w:t>
        <w:br/>
        <w:t>➡️ Exemple : Erreur : Nous venons de prendu une décision. → Correction : Nous venons de **prendre** une décision.</w:t>
      </w:r>
    </w:p>
    <w:p>
      <w:r>
        <w:rPr>
          <w:sz w:val="22"/>
        </w:rPr>
        <w:t>❌ Utiliser la mauvaise terminaison au futur</w:t>
        <w:br/>
        <w:t>➡️ Exemple : Erreur : Je courrai vite. → Correction : Je **courrai** vite.</w:t>
      </w:r>
    </w:p>
    <w:p>
      <w:pPr>
        <w:pStyle w:val="Heading2"/>
      </w:pPr>
      <w:r>
        <w:t>2. Astuces pour Éviter les Erreurs 💡</w:t>
      </w:r>
    </w:p>
    <w:p>
      <w:r>
        <w:t>💡 **Astuce 1 :** Apprenez à repérer les auxiliaires et leurs rôles dans les temps composés.</w:t>
        <w:br/>
        <w:t>💡 **Astuce 2 :** Toujours accorder le participe passé avec le sujet pour les verbes pronominaux et avec le complément d'objet direct placé avant le verbe.</w:t>
        <w:br/>
        <w:t>💡 **Astuce 3 :** Consultez une liste de verbes irréguliers pour mémoriser leurs conjugaisons atypiques.</w:t>
        <w:br/>
        <w:t>💡 **Astuce 4 :** Faites attention aux homophones grammaticaux (ex. : 'a' et 'à', 'es' et 'est').</w:t>
      </w:r>
    </w:p>
    <w:p>
      <w:pPr>
        <w:pStyle w:val="Heading2"/>
      </w:pPr>
      <w:r>
        <w:t>3. Rappels Essentiels 📋</w:t>
      </w:r>
    </w:p>
    <w:p>
      <w:r>
        <w:t>📌 **Les auxiliaires 'être' et 'avoir' au passé composé**</w:t>
        <w:br/>
        <w:t>- 'Être' s'utilise avec les verbes de mouvement et les verbes pronominaux.</w:t>
        <w:br/>
        <w:t>- 'Avoir' s'utilise avec la majorité des autres verbes.</w:t>
        <w:br/>
        <w:br/>
        <w:t>📌 **Les accords du participe passé**</w:t>
        <w:br/>
        <w:t>- Avec 'être', le participe passé s'accorde en genre et en nombre avec le sujet.</w:t>
        <w:br/>
        <w:t>- Avec 'avoir', il s'accorde seulement si le complément d'objet direct est placé avant le verbe.</w:t>
        <w:br/>
        <w:br/>
        <w:t>📌 **Les conjugaisons irrégulières**</w:t>
        <w:br/>
        <w:t>- Faites attention aux verbes comme 'faire', 'venir', 'prendre', qui ne suivent pas les règles générales.</w:t>
      </w:r>
    </w:p>
    <w:p>
      <w:pPr>
        <w:pStyle w:val="Heading2"/>
      </w:pPr>
      <w:r>
        <w:t>4. Exemples Pratiques ✍️</w:t>
      </w:r>
    </w:p>
    <w:p>
      <w:r>
        <w:t>❌ Il a monté sur la colline.</w:t>
        <w:br/>
        <w:t>✔️ Il **est monté** sur la colline.</w:t>
      </w:r>
    </w:p>
    <w:p>
      <w:r>
        <w:t>❌ Elle a retourné à la maison.</w:t>
        <w:br/>
        <w:t>✔️ Elle **est retournée** à la maison.</w:t>
      </w:r>
    </w:p>
    <w:p>
      <w:r>
        <w:t>❌ Les lettres que j’ai écris.</w:t>
        <w:br/>
        <w:t>✔️ Les lettres que j’ai **écrites**.</w:t>
      </w:r>
    </w:p>
    <w:p>
      <w:r>
        <w:t>❌ Nous avons venue à l’heure.</w:t>
        <w:br/>
        <w:t>✔️ Nous **sommes venus** à l’heure.</w:t>
      </w:r>
    </w:p>
    <w:p>
      <w:pPr>
        <w:pStyle w:val="Heading2"/>
      </w:pPr>
      <w:r>
        <w:t>Conclusion 🎉</w:t>
      </w:r>
    </w:p>
    <w:p>
      <w:r>
        <w:t>Avec ces conseils, vous pouvez éviter les erreurs fréquentes et conjuguer vos verbes en toute confiance. La clé est la pratique et l’attention aux détails. Bon apprentissage ! 🚀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