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A2D4E"/>
          <w:sz w:val="48"/>
        </w:rPr>
        <w:t>LETTRE DE RECOMMANDATION</w:t>
      </w:r>
    </w:p>
    <w:p>
      <w:pPr>
        <w:jc w:val="center"/>
      </w:pPr>
      <w:r>
        <w:rPr>
          <w:i/>
          <w:color w:val="5A5A5A"/>
          <w:sz w:val="22"/>
        </w:rPr>
        <w:t>Modèle professionnel premium à personnaliser</w:t>
      </w:r>
    </w:p>
    <w:p>
      <w:pPr>
        <w:jc w:val="center"/>
      </w:pPr>
      <w:r>
        <w:rPr>
          <w:color w:val="B4B4B4"/>
        </w:rPr>
        <w:t>━━━━━━━━━━━━━━━━━━━━━━━━━━━━━━━━━━━━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rFonts w:ascii="Calibri" w:hAnsi="Calibri"/>
                <w:sz w:val="20"/>
              </w:rPr>
              <w:t>Entreprise / Organisation</w:t>
            </w:r>
          </w:p>
        </w:tc>
        <w:tc>
          <w:tcPr>
            <w:tcW w:type="dxa" w:w="5112"/>
          </w:tcPr>
          <w:p>
            <w:r>
              <w:rPr>
                <w:rFonts w:ascii="Calibri" w:hAnsi="Calibri"/>
                <w:sz w:val="20"/>
              </w:rPr>
              <w:t>Coordonnées</w:t>
            </w:r>
          </w:p>
        </w:tc>
      </w:tr>
      <w:tr>
        <w:tc>
          <w:tcPr>
            <w:tcW w:type="dxa" w:w="5112"/>
          </w:tcPr>
          <w:p>
            <w:r>
              <w:rPr>
                <w:rFonts w:ascii="Calibri" w:hAnsi="Calibri"/>
                <w:sz w:val="20"/>
              </w:rPr>
              <w:t>Nom de l’entreprise</w:t>
              <w:br/>
              <w:t>Adresse</w:t>
              <w:br/>
              <w:t>Ville – Code postal</w:t>
            </w:r>
          </w:p>
        </w:tc>
        <w:tc>
          <w:tcPr>
            <w:tcW w:type="dxa" w:w="5112"/>
          </w:tcPr>
          <w:p>
            <w:r>
              <w:rPr>
                <w:rFonts w:ascii="Calibri" w:hAnsi="Calibri"/>
                <w:sz w:val="20"/>
              </w:rPr>
              <w:t>Téléphone</w:t>
              <w:br/>
              <w:t>E-mail</w:t>
              <w:br/>
              <w:t>Site web</w:t>
            </w:r>
          </w:p>
        </w:tc>
      </w:tr>
    </w:tbl>
    <w:p/>
    <w:p>
      <w:r>
        <w:rPr>
          <w:b/>
          <w:sz w:val="22"/>
        </w:rPr>
        <w:t xml:space="preserve">À l’attention de : </w:t>
      </w:r>
      <w:r>
        <w:t>[Nom du destinataire]</w:t>
        <w:br/>
        <w:t>[Entreprise / Institution]</w:t>
        <w:br/>
        <w:t>[Adresse]</w:t>
      </w:r>
    </w:p>
    <w:p>
      <w:pPr>
        <w:jc w:val="right"/>
      </w:pPr>
      <w:r>
        <w:rPr>
          <w:i/>
          <w:sz w:val="20"/>
        </w:rPr>
        <w:t>Paris, le ../../20..</w:t>
      </w:r>
    </w:p>
    <w:p>
      <w:r>
        <w:rPr>
          <w:b/>
          <w:color w:val="AA7814"/>
          <w:sz w:val="24"/>
        </w:rPr>
        <w:t>Objet : Lettre de recommandation</w:t>
      </w:r>
    </w:p>
    <w:p>
      <w:pPr/>
    </w:p>
    <w:p>
      <w:pPr>
        <w:spacing w:after="200" w:line="324" w:lineRule="auto"/>
      </w:pPr>
      <w:r>
        <w:rPr>
          <w:sz w:val="22"/>
        </w:rPr>
        <w:t>Madame, Monsieur,</w:t>
      </w:r>
    </w:p>
    <w:p>
      <w:pPr>
        <w:spacing w:after="200" w:line="324" w:lineRule="auto"/>
      </w:pPr>
      <w:r>
        <w:rPr>
          <w:sz w:val="22"/>
        </w:rPr>
        <w:t>Par la présente, je souhaite recommander chaleureusement [Nom et prénom] avec qui j’ai eu l’opportunité de collaborer durant [durée / contexte professionnel ou académique]. Tout au long de cette période, cette personne a démontré un sens remarquable du professionnalisme, une grande rigueur ainsi qu’une capacité constante à travailler avec sérieux et efficacité.</w:t>
      </w:r>
    </w:p>
    <w:p>
      <w:pPr>
        <w:spacing w:after="200" w:line="324" w:lineRule="auto"/>
      </w:pPr>
      <w:r>
        <w:rPr>
          <w:sz w:val="22"/>
        </w:rPr>
        <w:t>Au sein de notre structure, [Nom] s’est distingué(e) par son implication, sa qualité d’analyse et son aptitude à gérer différentes responsabilités avec autonomie. Sa capacité à communiquer avec clarté, à collaborer avec les équipes et à maintenir un excellent niveau d’organisation a largement contribué au bon déroulement des projets confiés.</w:t>
      </w:r>
    </w:p>
    <w:p>
      <w:pPr>
        <w:spacing w:after="200" w:line="324" w:lineRule="auto"/>
      </w:pPr>
      <w:r>
        <w:rPr>
          <w:sz w:val="22"/>
        </w:rPr>
        <w:t>Au-delà des compétences techniques, [Nom] possède également des qualités humaines appréciées dans tout environnement professionnel : sens de l’écoute, adaptabilité, ponctualité et esprit d’initiative.</w:t>
      </w:r>
    </w:p>
    <w:p>
      <w:pPr>
        <w:spacing w:after="200" w:line="324" w:lineRule="auto"/>
      </w:pPr>
      <w:r>
        <w:rPr>
          <w:sz w:val="22"/>
        </w:rPr>
        <w:t>Je reste convaincu(e) que son profil représentera une réelle valeur ajoutée pour toute organisation souhaitant bénéficier d’une personne engagée, fiable et motivée.</w:t>
      </w:r>
    </w:p>
    <w:p>
      <w:pPr>
        <w:spacing w:after="200" w:line="324" w:lineRule="auto"/>
      </w:pPr>
      <w:r>
        <w:rPr>
          <w:sz w:val="22"/>
        </w:rPr>
        <w:t>Je me tiens naturellement à votre disposition pour toute information complémentaire.</w:t>
      </w:r>
    </w:p>
    <w:p>
      <w:pPr>
        <w:spacing w:after="200" w:line="324" w:lineRule="auto"/>
      </w:pPr>
      <w:r>
        <w:rPr>
          <w:sz w:val="22"/>
        </w:rPr>
        <w:t>Veuillez agréer, Madame, Monsieur, l’expression de mes salutations distinguées.</w:t>
      </w:r>
    </w:p>
    <w:p>
      <w:r>
        <w:br/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sz w:val="20"/>
              </w:rPr>
              <w:t>Nom et fonction du signataire</w:t>
              <w:br/>
              <w:br/>
              <w:t>Signature :</w:t>
            </w:r>
          </w:p>
        </w:tc>
        <w:tc>
          <w:tcPr>
            <w:tcW w:type="dxa" w:w="5112"/>
          </w:tcPr>
          <w:p>
            <w:r>
              <w:rPr>
                <w:sz w:val="20"/>
              </w:rPr>
              <w:t>Cachet de l’entreprise</w:t>
              <w:br/>
              <w:br/>
              <w:t>Espace réservé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de lettre de recommandation professionnel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