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fixed"/>
        <w:tblLook w:firstColumn="1" w:firstRow="1" w:lastColumn="0" w:lastRow="0" w:noHBand="0" w:noVBand="1" w:val="04A0"/>
      </w:tblPr>
      <w:tblGrid>
        <w:gridCol w:w="6803"/>
        <w:gridCol w:w="2268"/>
      </w:tblGrid>
      <w:tr>
        <w:tc>
          <w:tcPr>
            <w:tcW w:type="dxa" w:w="5270"/>
            <w:shd w:fill="0A2D4E"/>
          </w:tcPr>
          <w:p>
            <w:pPr>
              <w:jc w:val="left"/>
            </w:pPr>
            <w:r>
              <w:rPr>
                <w:b/>
                <w:color w:val="FFFFFF"/>
                <w:sz w:val="56"/>
              </w:rPr>
              <w:t>LETTRE DE</w:t>
              <w:br/>
              <w:t>RECOMMANDATION</w:t>
            </w:r>
          </w:p>
          <w:p>
            <w:r>
              <w:rPr>
                <w:color w:val="E6E6E6"/>
                <w:sz w:val="20"/>
              </w:rPr>
              <w:t>Modèle professionnel premium • Design corporate moderne</w:t>
            </w:r>
          </w:p>
        </w:tc>
        <w:tc>
          <w:tcPr>
            <w:tcW w:type="dxa" w:w="5270"/>
            <w:shd w:fill="D8B25A"/>
          </w:tcPr>
          <w:p>
            <w:pPr>
              <w:jc w:val="center"/>
            </w:pPr>
            <w:r>
              <w:rPr>
                <w:b/>
                <w:color w:val="FFFFFF"/>
                <w:sz w:val="40"/>
              </w:rPr>
              <w:t>✓</w:t>
              <w:br/>
              <w:t>RH</w:t>
              <w:br/>
              <w:t>PRO</w:t>
            </w:r>
          </w:p>
        </w:tc>
      </w:tr>
    </w:tbl>
    <w:p/>
    <w:tbl>
      <w:tblPr>
        <w:tblStyle w:val="TableGrid"/>
        <w:tblW w:type="auto" w:w="0"/>
        <w:jc w:val="center"/>
        <w:tblLook w:firstColumn="1" w:firstRow="1" w:lastColumn="0" w:lastRow="0" w:noHBand="0" w:noVBand="1" w:val="04A0"/>
      </w:tblPr>
      <w:tblGrid>
        <w:gridCol w:w="3513"/>
        <w:gridCol w:w="3513"/>
        <w:gridCol w:w="3513"/>
      </w:tblGrid>
      <w:tr>
        <w:tc>
          <w:tcPr>
            <w:tcW w:type="dxa" w:w="3513"/>
            <w:shd w:fill="EAF1F8"/>
          </w:tcPr>
          <w:p>
            <w:pPr>
              <w:jc w:val="center"/>
            </w:pPr>
            <w:r>
              <w:rPr>
                <w:b/>
                <w:color w:val="0A2D4E"/>
                <w:sz w:val="20"/>
              </w:rPr>
              <w:t>Entreprise</w:t>
            </w:r>
          </w:p>
        </w:tc>
        <w:tc>
          <w:tcPr>
            <w:tcW w:type="dxa" w:w="3513"/>
            <w:shd w:fill="EAF1F8"/>
          </w:tcPr>
          <w:p>
            <w:pPr>
              <w:jc w:val="center"/>
            </w:pPr>
            <w:r>
              <w:rPr>
                <w:b/>
                <w:color w:val="0A2D4E"/>
                <w:sz w:val="20"/>
              </w:rPr>
              <w:t>Référence</w:t>
            </w:r>
          </w:p>
        </w:tc>
        <w:tc>
          <w:tcPr>
            <w:tcW w:type="dxa" w:w="3513"/>
            <w:shd w:fill="EAF1F8"/>
          </w:tcPr>
          <w:p>
            <w:pPr>
              <w:jc w:val="center"/>
            </w:pPr>
            <w:r>
              <w:rPr>
                <w:b/>
                <w:color w:val="0A2D4E"/>
                <w:sz w:val="20"/>
              </w:rPr>
              <w:t>Date</w:t>
            </w:r>
          </w:p>
        </w:tc>
      </w:tr>
      <w:tr>
        <w:tc>
          <w:tcPr>
            <w:tcW w:type="dxa" w:w="3513"/>
          </w:tcPr>
          <w:p>
            <w:pPr>
              <w:jc w:val="center"/>
            </w:pPr>
            <w:r>
              <w:rPr>
                <w:sz w:val="20"/>
              </w:rPr>
              <w:t>[Nom de l’entreprise]</w:t>
              <w:br/>
              <w:t>Adresse complète</w:t>
            </w:r>
          </w:p>
        </w:tc>
        <w:tc>
          <w:tcPr>
            <w:tcW w:type="dxa" w:w="3513"/>
          </w:tcPr>
          <w:p>
            <w:pPr>
              <w:jc w:val="center"/>
            </w:pPr>
            <w:r>
              <w:rPr>
                <w:sz w:val="20"/>
              </w:rPr>
              <w:t>REF-LR-2026</w:t>
            </w:r>
          </w:p>
        </w:tc>
        <w:tc>
          <w:tcPr>
            <w:tcW w:type="dxa" w:w="3513"/>
          </w:tcPr>
          <w:p>
            <w:pPr>
              <w:jc w:val="center"/>
            </w:pPr>
            <w:r>
              <w:rPr>
                <w:sz w:val="20"/>
              </w:rPr>
              <w:t>____ / ____ / 20__</w:t>
            </w:r>
          </w:p>
        </w:tc>
      </w:tr>
    </w:tbl>
    <w:p/>
    <w:tbl>
      <w:tblPr>
        <w:tblW w:type="auto" w:w="0"/>
        <w:tblLook w:firstColumn="1" w:firstRow="1" w:lastColumn="0" w:lastRow="0" w:noHBand="0" w:noVBand="1" w:val="04A0"/>
      </w:tblPr>
      <w:tblGrid>
        <w:gridCol w:w="10540"/>
      </w:tblGrid>
      <w:tr>
        <w:tc>
          <w:tcPr>
            <w:tcW w:type="dxa" w:w="10540"/>
            <w:shd w:fill="F7F7F7"/>
          </w:tcPr>
          <w:p>
            <w:r>
              <w:rPr>
                <w:b/>
                <w:color w:val="0A2D4E"/>
                <w:sz w:val="24"/>
              </w:rPr>
              <w:t>DESTINATAIRE</w:t>
              <w:br/>
            </w:r>
            <w:r>
              <w:rPr>
                <w:sz w:val="20"/>
              </w:rPr>
              <w:br/>
              <w:t>À l’attention de : [Nom du destinataire]</w:t>
              <w:br/>
              <w:t>[Fonction]</w:t>
              <w:br/>
              <w:t>[Entreprise / Organisation]</w:t>
              <w:br/>
              <w:t>[Adresse]</w:t>
            </w:r>
          </w:p>
        </w:tc>
      </w:tr>
    </w:tbl>
    <w:p/>
    <w:p>
      <w:pPr>
        <w:jc w:val="left"/>
      </w:pPr>
      <w:r>
        <w:rPr>
          <w:b/>
          <w:color w:val="B48228"/>
          <w:sz w:val="28"/>
        </w:rPr>
        <w:t>Objet : Recommandation professionnelle</w:t>
      </w:r>
    </w:p>
    <w:p>
      <w:pPr>
        <w:spacing w:line="336" w:lineRule="auto" w:after="160"/>
      </w:pPr>
      <w:r>
        <w:rPr>
          <w:b/>
          <w:sz w:val="22"/>
        </w:rPr>
        <w:t>Madame, Monsieur,</w:t>
      </w:r>
    </w:p>
    <w:p>
      <w:pPr>
        <w:spacing w:line="336" w:lineRule="auto" w:after="160"/>
      </w:pPr>
      <w:r>
        <w:rPr>
          <w:sz w:val="22"/>
        </w:rPr>
        <w:t>C’est avec un réel plaisir que je recommande aujourd’hui [Nom et prénom], avec qui j’ai collaboré dans un cadre professionnel exigeant durant plusieurs années. Son sérieux, sa capacité d’adaptation et la qualité constante de son travail ont marqué positivement les équipes ainsi que les différents projets auxquels cette personne a contribué.</w:t>
      </w:r>
    </w:p>
    <w:p>
      <w:pPr>
        <w:spacing w:line="336" w:lineRule="auto" w:after="160"/>
      </w:pPr>
      <w:r>
        <w:rPr>
          <w:sz w:val="22"/>
        </w:rPr>
        <w:t>Au fil de notre collaboration, [Nom] a démontré une excellente maîtrise de ses responsabilités, un sens de l’organisation particulièrement efficace ainsi qu’une aptitude naturelle à travailler dans des environnements dynamiques. Son professionnalisme s’accompagne également d’un excellent relationnel, apprécié aussi bien par les collaborateurs que par les partenaires externes.</w:t>
      </w:r>
    </w:p>
    <w:p>
      <w:pPr>
        <w:spacing w:line="336" w:lineRule="auto" w:after="160"/>
      </w:pPr>
      <w:r>
        <w:rPr>
          <w:sz w:val="22"/>
        </w:rPr>
        <w:t>Par ailleurs, [Nom] se distingue par une grande implication, une communication claire et une volonté permanente d’apporter des solutions constructives. Cette attitude contribue fortement à instaurer un climat de confiance et une dynamique de travail positive.</w:t>
      </w:r>
    </w:p>
    <w:p>
      <w:pPr>
        <w:spacing w:line="336" w:lineRule="auto" w:after="160"/>
      </w:pPr>
      <w:r>
        <w:rPr>
          <w:sz w:val="22"/>
        </w:rPr>
        <w:t>Je suis convaincu(e) que son profil représentera une valeur ajoutée importante pour toute structure recherchant une personne fiable, motivée et pleinement investie dans ses missions.</w:t>
      </w:r>
    </w:p>
    <w:p>
      <w:pPr>
        <w:spacing w:line="336" w:lineRule="auto" w:after="160"/>
      </w:pPr>
      <w:r>
        <w:rPr>
          <w:sz w:val="22"/>
        </w:rPr>
        <w:t>Je reste naturellement disponible pour tout complément d’information.</w:t>
      </w:r>
    </w:p>
    <w:p>
      <w:pPr>
        <w:spacing w:line="336" w:lineRule="auto" w:after="160"/>
      </w:pPr>
      <w:r>
        <w:rPr>
          <w:b/>
          <w:sz w:val="22"/>
        </w:rPr>
        <w:t>Veuillez agréer, Madame, Monsieur, l’expression de mes salutations distinguées.</w:t>
      </w:r>
    </w:p>
    <w:p/>
    <w:tbl>
      <w:tblPr>
        <w:tblStyle w:val="TableGrid"/>
        <w:tblW w:type="auto" w:w="0"/>
        <w:jc w:val="center"/>
        <w:tblLook w:firstColumn="1" w:firstRow="1" w:lastColumn="0" w:lastRow="0" w:noHBand="0" w:noVBand="1" w:val="04A0"/>
      </w:tblPr>
      <w:tblGrid>
        <w:gridCol w:w="5270"/>
        <w:gridCol w:w="5270"/>
      </w:tblGrid>
      <w:tr>
        <w:tc>
          <w:tcPr>
            <w:tcW w:type="dxa" w:w="5270"/>
            <w:shd w:fill="F3F7FB"/>
          </w:tcPr>
          <w:p>
            <w:r>
              <w:rPr>
                <w:b/>
                <w:color w:val="0A2D4E"/>
                <w:sz w:val="24"/>
              </w:rPr>
              <w:t>SIGNATAIRE</w:t>
              <w:br/>
              <w:br/>
            </w:r>
            <w:r>
              <w:rPr>
                <w:sz w:val="20"/>
              </w:rPr>
              <w:t>Nom : ______________________</w:t>
              <w:br/>
              <w:t>Fonction : __________________</w:t>
              <w:br/>
              <w:t>Signature :</w:t>
            </w:r>
          </w:p>
        </w:tc>
        <w:tc>
          <w:tcPr>
            <w:tcW w:type="dxa" w:w="5270"/>
            <w:shd w:fill="FFF7E5"/>
          </w:tcPr>
          <w:p>
            <w:r>
              <w:rPr>
                <w:b/>
                <w:color w:val="B48228"/>
                <w:sz w:val="24"/>
              </w:rPr>
              <w:t>CACHET / VALIDATION</w:t>
              <w:br/>
              <w:br/>
            </w:r>
            <w:r>
              <w:rPr>
                <w:sz w:val="20"/>
              </w:rPr>
              <w:t>Espace réservé au cachet</w:t>
              <w:br/>
              <w:t>et à la validation officielle</w:t>
            </w:r>
          </w:p>
        </w:tc>
      </w:tr>
    </w:tbl>
    <w:sectPr w:rsidR="00FC693F" w:rsidRPr="0006063C" w:rsidSect="00034616">
      <w:footerReference w:type="default" r:id="rId9"/>
      <w:pgSz w:w="12240" w:h="15840"/>
      <w:pgMar w:top="680" w:right="850" w:bottom="680" w:left="8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Modèle premium de lettre de recommandation professionnelle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