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5760"/>
        <w:gridCol w:w="2880"/>
      </w:tblGrid>
      <w:tr>
        <w:tc>
          <w:tcPr>
            <w:tcW w:type="dxa" w:w="5112"/>
            <w:shd w:fill="0F4C81"/>
          </w:tcPr>
          <w:p>
            <w:r>
              <w:rPr>
                <w:b/>
                <w:color w:val="FFFFFF"/>
                <w:sz w:val="36"/>
              </w:rPr>
              <w:t>LETTRE DE MOTIVATION</w:t>
              <w:br/>
              <w:t>FONCTION PUBLIQUE</w:t>
            </w:r>
          </w:p>
        </w:tc>
        <w:tc>
          <w:tcPr>
            <w:tcW w:type="dxa" w:w="5112"/>
            <w:shd w:fill="0F4C81"/>
          </w:tcPr>
          <w:p>
            <w:pPr>
              <w:jc w:val="right"/>
            </w:pPr>
            <w:r>
              <w:rPr>
                <w:color w:val="FFFFFF"/>
              </w:rPr>
              <w:t>Nom Prénom</w:t>
              <w:br/>
              <w:t>Poste actuel</w:t>
              <w:br/>
              <w:t>Service</w:t>
            </w:r>
          </w:p>
        </w:tc>
      </w:tr>
    </w:tbl>
    <w:p/>
    <w:p>
      <w:pPr>
        <w:jc w:val="center"/>
      </w:pPr>
      <w:r>
        <w:rPr>
          <w:i/>
          <w:sz w:val="22"/>
        </w:rPr>
        <w:t>Candidature interne – Avancement de grade / Mobilité</w:t>
      </w:r>
    </w:p>
    <w:p/>
    <w:tbl>
      <w:tblPr>
        <w:tblW w:type="auto" w:w="0"/>
        <w:tblLayout w:type="fixed"/>
        <w:tblLook w:firstColumn="1" w:firstRow="1" w:lastColumn="0" w:lastRow="0" w:noHBand="0" w:noVBand="1" w:val="04A0"/>
      </w:tblPr>
      <w:tblGrid>
        <w:gridCol w:w="3168"/>
        <w:gridCol w:w="5472"/>
      </w:tblGrid>
      <w:tr>
        <w:tc>
          <w:tcPr>
            <w:tcW w:type="dxa" w:w="5112"/>
            <w:shd w:fill="F4F7FB"/>
          </w:tcPr>
          <w:p>
            <w:r>
              <w:rPr>
                <w:b/>
              </w:rPr>
              <w:t>PROFIL</w:t>
              <w:br/>
            </w:r>
          </w:p>
          <w:p>
            <w:r>
              <w:t>Grade : [Grade actuel]</w:t>
            </w:r>
          </w:p>
          <w:p>
            <w:r>
              <w:t>Échelon : [Échelon]</w:t>
            </w:r>
          </w:p>
          <w:p>
            <w:r>
              <w:t>Ancienneté : [X années]</w:t>
            </w:r>
          </w:p>
          <w:p>
            <w:r>
              <w:rPr>
                <w:b/>
              </w:rPr>
              <w:br/>
              <w:t>COMPÉTENCES</w:t>
              <w:br/>
            </w:r>
          </w:p>
          <w:p>
            <w:r>
              <w:t>• Gestion administrative</w:t>
            </w:r>
          </w:p>
          <w:p>
            <w:r>
              <w:t>• Relation usagers</w:t>
            </w:r>
          </w:p>
          <w:p>
            <w:r>
              <w:t>• Organisation interne</w:t>
            </w:r>
          </w:p>
          <w:p>
            <w:r>
              <w:rPr>
                <w:b/>
              </w:rPr>
              <w:br/>
              <w:t>RÉSULTATS</w:t>
              <w:br/>
            </w:r>
          </w:p>
          <w:p>
            <w:r>
              <w:t>• Amélioration délais</w:t>
            </w:r>
          </w:p>
          <w:p>
            <w:r>
              <w:t>• Optimisation procédures</w:t>
            </w:r>
          </w:p>
          <w:p>
            <w:r>
              <w:t>• Coordination service</w:t>
            </w:r>
          </w:p>
        </w:tc>
        <w:tc>
          <w:tcPr>
            <w:tcW w:type="dxa" w:w="5112"/>
          </w:tcPr>
          <w:p>
            <w:r>
              <w:rPr>
                <w:b/>
              </w:rPr>
              <w:t>Madame, Monsieur,</w:t>
              <w:br/>
            </w:r>
          </w:p>
          <w:p>
            <w:r>
              <w:t>Agent au sein de la fonction publique depuis plusieurs années, j’ai développé une connaissance approfondie des procédures administratives et des exigences liées au service public.</w:t>
            </w:r>
          </w:p>
          <w:p>
            <w:r>
              <w:t>Les missions qui m’ont été confiées m’ont permis de renforcer mes compétences, d’assurer un suivi rigoureux des dossiers et de contribuer à l’amélioration du fonctionnement du service.</w:t>
            </w:r>
          </w:p>
          <w:p>
            <w:r>
              <w:t>Dans cette continuité, je souhaite aujourd’hui évoluer vers [poste visé / grade supérieur], afin d’assumer des responsabilités élargies et de participer davantage à la performance de l’administration.</w:t>
            </w:r>
          </w:p>
          <w:p>
            <w:r>
              <w:t>Cette démarche s’inscrit dans une logique d’engagement durable, de progression professionnelle et de contribution active au service rendu aux usagers.</w:t>
            </w:r>
          </w:p>
          <w:p>
            <w:r>
              <w:br/>
              <w:t>Je reste à votre disposition pour tout échange.</w:t>
              <w:br/>
              <w:br/>
              <w:t>Cordialement,</w:t>
              <w:br/>
              <w:t>Nom Prénom</w:t>
            </w:r>
          </w:p>
        </w:tc>
      </w:tr>
    </w:tbl>
    <w:sectPr w:rsidR="00FC693F" w:rsidRPr="0006063C" w:rsidSect="00034616">
      <w:pgSz w:w="12240" w:h="15840"/>
      <w:pgMar w:top="720" w:right="1008" w:bottom="720" w:left="1008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