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Lettre de Recommandation / Recommendation Letter</w:t>
      </w:r>
    </w:p>
    <w:p>
      <w:pPr>
        <w:pStyle w:val="Heading2"/>
      </w:pPr>
      <w:r>
        <w:t>En Français</w:t>
      </w:r>
    </w:p>
    <w:p>
      <w:r>
        <w:t>À qui de droit,</w:t>
      </w:r>
    </w:p>
    <w:p>
      <w:r>
        <w:t>Je soussigné(e), [Votre Prénom et Nom], Manager Marketing chez XYZ Corporation, recommande vivement Alice Dupont qui a travaillé avec moi en tant que Manager Marketing pendant 3 ans.</w:t>
      </w:r>
    </w:p>
    <w:p>
      <w:r>
        <w:t>Alice Dupont a démontré des compétences exceptionnelles en stratégie marketing et leadership. Un exemple marquant de leur travail est leur contribution au projet lancement d'un produit global, où ils ont dirigé une équipe de 10 personnes, atteignant une croissance de 25% des ventes en 6 mois.</w:t>
      </w:r>
    </w:p>
    <w:p>
      <w:r>
        <w:t>Je suis convaincu(e) qu'elle excédera toutes les attentes dans sa future position.</w:t>
      </w:r>
    </w:p>
    <w:p>
      <w:r>
        <w:t>Cordialement,</w:t>
      </w:r>
    </w:p>
    <w:p>
      <w:r>
        <w:t>[Votre Nom]</w:t>
      </w:r>
    </w:p>
    <w:p>
      <w:pPr>
        <w:pStyle w:val="Heading2"/>
      </w:pPr>
      <w:r>
        <w:t>In English</w:t>
      </w:r>
    </w:p>
    <w:p>
      <w:r>
        <w:t>To Whom It May Concern,</w:t>
      </w:r>
    </w:p>
    <w:p>
      <w:r>
        <w:t>I, [Your Name], Manager Marketing at XYZ Corporation, am writing to strongly recommend Alice Dupont, who worked with me as a Manager Marketing for 3 ans.</w:t>
      </w:r>
    </w:p>
    <w:p>
      <w:r>
        <w:t>Alice Dupont demonstrated exceptional skills in stratégie marketing et leadership. A notable example of their work was their contribution to the lancement d'un produit global project, where they dirigé une équipe de 10 personnes, atteignant une croissance de 25% des ventes en 6 mois.</w:t>
      </w:r>
    </w:p>
    <w:p>
      <w:r>
        <w:t>Je suis convaincu(e) qu'elle excédera toutes les attentes dans sa future position.</w:t>
      </w:r>
    </w:p>
    <w:p>
      <w:r>
        <w:t>Sincerely,</w:t>
      </w:r>
    </w:p>
    <w:p>
      <w:r>
        <w:t>[Your Name]</w:t>
      </w:r>
    </w:p>
    <w:p>
      <w:pPr>
        <w:pStyle w:val="Heading1"/>
      </w:pPr>
      <w:r>
        <w:t>Lettre de Recommandation / Recommendation Letter</w:t>
      </w:r>
    </w:p>
    <w:p>
      <w:pPr>
        <w:pStyle w:val="Heading2"/>
      </w:pPr>
      <w:r>
        <w:t>En Français</w:t>
      </w:r>
    </w:p>
    <w:p>
      <w:r>
        <w:t>À qui de droit,</w:t>
      </w:r>
    </w:p>
    <w:p>
      <w:r>
        <w:t>Je soussigné(e), [Votre Prénom et Nom], Développeur Logiciel chez TechSolutions Inc., recommande vivement John Smith qui a travaillé avec moi en tant que Développeur Logiciel pendant 2 ans.</w:t>
      </w:r>
    </w:p>
    <w:p>
      <w:r>
        <w:t>John Smith a démontré des compétences exceptionnelles en développement logiciel et résolution de problèmes complexes. Un exemple marquant de leur travail est leur contribution au projet développement d'une application mobile, où ils ont implémenté des fonctionnalités clés, améliorant la satisfaction client de 40%.</w:t>
      </w:r>
    </w:p>
    <w:p>
      <w:r>
        <w:t>Je recommande vivement John pour tout rôle en ingénierie logicielle ou développement produit.</w:t>
      </w:r>
    </w:p>
    <w:p>
      <w:r>
        <w:t>Cordialement,</w:t>
      </w:r>
    </w:p>
    <w:p>
      <w:r>
        <w:t>[Votre Nom]</w:t>
      </w:r>
    </w:p>
    <w:p>
      <w:pPr>
        <w:pStyle w:val="Heading2"/>
      </w:pPr>
      <w:r>
        <w:t>In English</w:t>
      </w:r>
    </w:p>
    <w:p>
      <w:r>
        <w:t>To Whom It May Concern,</w:t>
      </w:r>
    </w:p>
    <w:p>
      <w:r>
        <w:t>I, [Your Name], Développeur Logiciel at TechSolutions Inc., am writing to strongly recommend John Smith, who worked with me as a Développeur Logiciel for 2 ans.</w:t>
      </w:r>
    </w:p>
    <w:p>
      <w:r>
        <w:t>John Smith demonstrated exceptional skills in développement logiciel et résolution de problèmes complexes. A notable example of their work was their contribution to the développement d'une application mobile project, where they implémenté des fonctionnalités clés, améliorant la satisfaction client de 40%.</w:t>
      </w:r>
    </w:p>
    <w:p>
      <w:r>
        <w:t>Je recommande vivement John pour tout rôle en ingénierie logicielle ou développement produit.</w:t>
      </w:r>
    </w:p>
    <w:p>
      <w:r>
        <w:t>Sincerely,</w:t>
      </w:r>
    </w:p>
    <w:p>
      <w:r>
        <w:t>[Your Name]</w:t>
      </w:r>
    </w:p>
    <w:p>
      <w:pPr>
        <w:pStyle w:val="Heading1"/>
      </w:pPr>
      <w:r>
        <w:t>Lettre de Recommandation / Recommendation Letter</w:t>
      </w:r>
    </w:p>
    <w:p>
      <w:pPr>
        <w:pStyle w:val="Heading2"/>
      </w:pPr>
      <w:r>
        <w:t>En Français</w:t>
      </w:r>
    </w:p>
    <w:p>
      <w:r>
        <w:t>À qui de droit,</w:t>
      </w:r>
    </w:p>
    <w:p>
      <w:r>
        <w:t>Je soussigné(e), [Votre Prénom et Nom], Analyste Financier chez FinancePro, recommande vivement Marie Bernard qui a travaillé avec moi en tant que Analyste Financier pendant 4 ans.</w:t>
      </w:r>
    </w:p>
    <w:p>
      <w:r>
        <w:t>Marie Bernard a démontré des compétences exceptionnelles en analyse financière et planification stratégique. Un exemple marquant de leur travail est leur contribution au projet optimisation des coûts pour plusieurs départements, où ils ont généré une économie annuelle de 500,000€ grâce à des recommandations avisées.</w:t>
      </w:r>
    </w:p>
    <w:p>
      <w:r>
        <w:t>Je suis certain(e) qu'elle apportera une valeur significative à toute organisation.</w:t>
      </w:r>
    </w:p>
    <w:p>
      <w:r>
        <w:t>Cordialement,</w:t>
      </w:r>
    </w:p>
    <w:p>
      <w:r>
        <w:t>[Votre Nom]</w:t>
      </w:r>
    </w:p>
    <w:p>
      <w:pPr>
        <w:pStyle w:val="Heading2"/>
      </w:pPr>
      <w:r>
        <w:t>In English</w:t>
      </w:r>
    </w:p>
    <w:p>
      <w:r>
        <w:t>To Whom It May Concern,</w:t>
      </w:r>
    </w:p>
    <w:p>
      <w:r>
        <w:t>I, [Your Name], Analyste Financier at FinancePro, am writing to strongly recommend Marie Bernard, who worked with me as a Analyste Financier for 4 ans.</w:t>
      </w:r>
    </w:p>
    <w:p>
      <w:r>
        <w:t>Marie Bernard demonstrated exceptional skills in analyse financière et planification stratégique. A notable example of their work was their contribution to the optimisation des coûts pour plusieurs départements project, where they généré une économie annuelle de 500,000€ grâce à des recommandations avisées.</w:t>
      </w:r>
    </w:p>
    <w:p>
      <w:r>
        <w:t>Je suis certain(e) qu'elle apportera une valeur significative à toute organisation.</w:t>
      </w:r>
    </w:p>
    <w:p>
      <w:r>
        <w:t>Sincerely,</w:t>
      </w:r>
    </w:p>
    <w:p>
      <w:r>
        <w:t>[Your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