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32"/>
        <w:gridCol w:w="7056"/>
        <w:gridCol w:w="2376"/>
      </w:tblGrid>
      <w:tr>
        <w:tc>
          <w:tcPr>
            <w:tcW w:type="dxa" w:w="3648"/>
            <w:tcBorders>
              <w:top w:val="single" w:sz="8" w:space="0" w:color="1E3A8A"/>
              <w:left w:val="single" w:sz="8" w:space="0" w:color="1E3A8A"/>
              <w:bottom w:val="single" w:sz="8" w:space="0" w:color="1E3A8A"/>
              <w:right w:val="single" w:sz="8" w:space="0" w:color="1E3A8A"/>
              <w:insideH w:val="single" w:sz="8" w:space="0" w:color="1E3A8A"/>
              <w:insideV w:val="single" w:sz="8" w:space="0" w:color="1E3A8A"/>
            </w:tcBorders>
            <w:shd w:fill="1E3A8A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LOGO</w:t>
              <w:br/>
              <w:t>ENTREPRISE</w:t>
            </w:r>
          </w:p>
        </w:tc>
        <w:tc>
          <w:tcPr>
            <w:tcW w:type="dxa" w:w="3648"/>
            <w:tcBorders>
              <w:top w:val="single" w:sz="8" w:space="0" w:color="1E3A8A"/>
              <w:left w:val="single" w:sz="8" w:space="0" w:color="1E3A8A"/>
              <w:bottom w:val="single" w:sz="8" w:space="0" w:color="1E3A8A"/>
              <w:right w:val="single" w:sz="8" w:space="0" w:color="1E3A8A"/>
              <w:insideH w:val="single" w:sz="8" w:space="0" w:color="1E3A8A"/>
              <w:insideV w:val="single" w:sz="8" w:space="0" w:color="1E3A8A"/>
            </w:tcBorders>
            <w:shd w:fill="1E3A8A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FICHE DE NON-CONFORMITÉ</w:t>
            </w:r>
          </w:p>
          <w:p>
            <w:pPr>
              <w:jc w:val="center"/>
            </w:pPr>
            <w:r>
              <w:rPr>
                <w:color w:val="DBEAFE"/>
                <w:sz w:val="17"/>
              </w:rPr>
              <w:t>Référence ISO 9001:2015 - Traitement, analyse, action corrective et clôture</w:t>
            </w:r>
          </w:p>
        </w:tc>
        <w:tc>
          <w:tcPr>
            <w:tcW w:type="dxa" w:w="3648"/>
            <w:tcBorders>
              <w:top w:val="single" w:sz="8" w:space="0" w:color="1E3A8A"/>
              <w:left w:val="single" w:sz="8" w:space="0" w:color="1E3A8A"/>
              <w:bottom w:val="single" w:sz="8" w:space="0" w:color="1E3A8A"/>
              <w:right w:val="single" w:sz="8" w:space="0" w:color="1E3A8A"/>
              <w:insideH w:val="single" w:sz="8" w:space="0" w:color="1E3A8A"/>
              <w:insideV w:val="single" w:sz="8" w:space="0" w:color="1E3A8A"/>
            </w:tcBorders>
            <w:shd w:fill="1E3A8A"/>
          </w:tcPr>
          <w:p>
            <w:pPr>
              <w:jc w:val="center"/>
            </w:pPr>
            <w:r/>
            <w:r>
              <w:rPr>
                <w:b/>
                <w:color w:val="FFFFFF"/>
                <w:sz w:val="17"/>
              </w:rPr>
              <w:t>N° FNC : FNC-____</w:t>
              <w:br/>
              <w:t>Version : __</w:t>
              <w:br/>
              <w:t>Page : 1/2</w:t>
            </w:r>
          </w:p>
        </w:tc>
      </w:tr>
    </w:tbl>
    <w:p>
      <w:pPr>
        <w:spacing w:before="200" w:after="80"/>
      </w:pPr>
      <w:r>
        <w:rPr>
          <w:b/>
          <w:color w:val="1E3A8A"/>
          <w:sz w:val="24"/>
        </w:rPr>
        <w:t>1. IDENTIFICATION DE LA FICHE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736"/>
        <w:gridCol w:w="2736"/>
        <w:gridCol w:w="2736"/>
        <w:gridCol w:w="2736"/>
      </w:tblGrid>
      <w:tr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8"/>
              </w:rPr>
              <w:t>Date de création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8"/>
              </w:rPr>
              <w:t>__/__/____</w:t>
            </w:r>
          </w:p>
        </w:tc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8"/>
              </w:rPr>
              <w:t>Rédigée par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8"/>
              </w:rPr>
              <w:t>Nom / fonction</w:t>
            </w:r>
          </w:p>
        </w:tc>
      </w:tr>
      <w:tr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8"/>
              </w:rPr>
              <w:t>Service / processus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8"/>
              </w:rPr>
              <w:t>Production / Qualité / Logistique</w:t>
            </w:r>
          </w:p>
        </w:tc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8"/>
              </w:rPr>
              <w:t>Source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8"/>
              </w:rPr>
              <w:t>Audit / contrôle / client / fournisseur</w:t>
            </w:r>
          </w:p>
        </w:tc>
      </w:tr>
    </w:tbl>
    <w:p>
      <w:pPr>
        <w:spacing w:before="200" w:after="80"/>
      </w:pPr>
      <w:r>
        <w:rPr>
          <w:b/>
          <w:color w:val="1E3A8A"/>
          <w:sz w:val="24"/>
        </w:rPr>
        <w:t>2. CLASSIFICATION ET NIVEAU DE CRITICITÉ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736"/>
        <w:gridCol w:w="2736"/>
        <w:gridCol w:w="2736"/>
        <w:gridCol w:w="2736"/>
      </w:tblGrid>
      <w:tr>
        <w:tc>
          <w:tcPr>
            <w:tcW w:type="dxa" w:w="2736"/>
            <w:shd w:fill="DBEAFE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1E3A8A"/>
                <w:sz w:val="18"/>
              </w:rPr>
              <w:t>Type</w:t>
            </w:r>
          </w:p>
        </w:tc>
        <w:tc>
          <w:tcPr>
            <w:tcW w:type="dxa" w:w="2736"/>
            <w:shd w:fill="DBEAFE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1E3A8A"/>
                <w:sz w:val="18"/>
              </w:rPr>
              <w:t>Gravité</w:t>
            </w:r>
          </w:p>
        </w:tc>
        <w:tc>
          <w:tcPr>
            <w:tcW w:type="dxa" w:w="2736"/>
            <w:shd w:fill="DBEAFE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1E3A8A"/>
                <w:sz w:val="18"/>
              </w:rPr>
              <w:t>Statut</w:t>
            </w:r>
          </w:p>
        </w:tc>
        <w:tc>
          <w:tcPr>
            <w:tcW w:type="dxa" w:w="2736"/>
            <w:shd w:fill="DBEAFE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1E3A8A"/>
                <w:sz w:val="18"/>
              </w:rPr>
              <w:t>Priorité</w:t>
            </w:r>
          </w:p>
        </w:tc>
      </w:tr>
      <w:tr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7"/>
              </w:rPr>
              <w:t>☐ Produit  ☐ Service  ☐ Processus  ☐ Document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7"/>
              </w:rPr>
              <w:t>☐ Mineure  ☐ Majeure  ☐ Critique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7"/>
              </w:rPr>
              <w:t>☐ Ouverte  ☐ En cours  ☐ Clôturée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7"/>
              </w:rPr>
              <w:t>☐ Haute  ☐ Moyenne  ☐ Basse</w:t>
            </w:r>
          </w:p>
        </w:tc>
      </w:tr>
    </w:tbl>
    <w:p>
      <w:pPr>
        <w:spacing w:before="200" w:after="80"/>
      </w:pPr>
      <w:r>
        <w:rPr>
          <w:b/>
          <w:color w:val="1E3A8A"/>
          <w:sz w:val="24"/>
        </w:rPr>
        <w:t>3. DESCRIPTION DE LA NON-CONFORMITÉ</w:t>
      </w:r>
    </w:p>
    <w:p>
      <w:pPr>
        <w:spacing w:after="60"/>
      </w:pPr>
      <w:r>
        <w:rPr>
          <w:color w:val="64748B"/>
          <w:sz w:val="17"/>
        </w:rPr>
        <w:t>Décrire le fait observé, l’exigence concernée, le lieu, le lot, le produit ou le document impacté.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736"/>
        <w:gridCol w:w="2736"/>
        <w:gridCol w:w="2736"/>
        <w:gridCol w:w="2736"/>
      </w:tblGrid>
      <w:tr>
        <w:tc>
          <w:tcPr>
            <w:tcW w:type="dxa" w:w="10944"/>
            <w:gridSpan w:val="4"/>
            <w:shd w:fill="F8FAFC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top"/>
          </w:tcPr>
          <w:p>
            <w:r/>
            <w:r>
              <w:rPr>
                <w:b/>
                <w:color w:val="111827"/>
                <w:sz w:val="18"/>
              </w:rPr>
              <w:t>Constat détaillé :</w:t>
            </w:r>
          </w:p>
        </w:tc>
      </w:tr>
      <w:tr>
        <w:trPr>
          <w:trHeight w:val="1368"/>
        </w:trPr>
        <w:tc>
          <w:tcPr>
            <w:tcW w:type="dxa" w:w="10944"/>
            <w:gridSpan w:val="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top"/>
          </w:tcPr>
          <w:p>
            <w:r/>
            <w:r>
              <w:rPr>
                <w:b w:val="0"/>
                <w:color w:val="9CA3AF"/>
                <w:sz w:val="18"/>
              </w:rPr>
              <w:t>Saisir ici la description factuelle de la non-conformité...</w:t>
            </w:r>
          </w:p>
        </w:tc>
      </w:tr>
      <w:tr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top"/>
          </w:tcPr>
          <w:p>
            <w:r/>
            <w:r>
              <w:rPr>
                <w:b/>
                <w:color w:val="1E3A8A"/>
                <w:sz w:val="17"/>
              </w:rPr>
              <w:t>Produit / service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top"/>
          </w:tcPr>
          <w:p>
            <w:r/>
            <w:r>
              <w:rPr>
                <w:b w:val="0"/>
                <w:color w:val="6B7280"/>
                <w:sz w:val="17"/>
              </w:rPr>
              <w:t>Référence</w:t>
            </w:r>
          </w:p>
        </w:tc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top"/>
          </w:tcPr>
          <w:p>
            <w:r/>
            <w:r>
              <w:rPr>
                <w:b/>
                <w:color w:val="1E3A8A"/>
                <w:sz w:val="17"/>
              </w:rPr>
              <w:t>Lot / batch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top"/>
          </w:tcPr>
          <w:p>
            <w:r/>
            <w:r>
              <w:rPr>
                <w:b w:val="0"/>
                <w:color w:val="6B7280"/>
                <w:sz w:val="17"/>
              </w:rPr>
              <w:t>Numéro</w:t>
            </w:r>
          </w:p>
        </w:tc>
      </w:tr>
      <w:tr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top"/>
          </w:tcPr>
          <w:p>
            <w:r/>
            <w:r>
              <w:rPr>
                <w:b/>
                <w:color w:val="1E3A8A"/>
                <w:sz w:val="17"/>
              </w:rPr>
              <w:t>Exigence / norme</w:t>
            </w:r>
          </w:p>
        </w:tc>
        <w:tc>
          <w:tcPr>
            <w:tcW w:type="dxa" w:w="8208"/>
            <w:gridSpan w:val="3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top"/>
          </w:tcPr>
          <w:p>
            <w:r/>
            <w:r>
              <w:rPr>
                <w:b w:val="0"/>
                <w:color w:val="6B7280"/>
                <w:sz w:val="17"/>
              </w:rPr>
              <w:t>Clause, procédure interne, cahier des charges, spécification...</w:t>
            </w:r>
          </w:p>
        </w:tc>
      </w:tr>
      <w:tr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top"/>
          </w:tcPr>
          <w:p>
            <w:r/>
            <w:r>
              <w:rPr>
                <w:b/>
                <w:color w:val="1E3A8A"/>
                <w:sz w:val="17"/>
              </w:rPr>
              <w:t>Impact constaté ou potentiel</w:t>
            </w:r>
          </w:p>
        </w:tc>
        <w:tc>
          <w:tcPr>
            <w:tcW w:type="dxa" w:w="8208"/>
            <w:gridSpan w:val="3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top"/>
          </w:tcPr>
          <w:p>
            <w:r/>
            <w:r>
              <w:rPr>
                <w:b w:val="0"/>
                <w:color w:val="6B7280"/>
                <w:sz w:val="17"/>
              </w:rPr>
              <w:t>Client, sécurité, coût, délai, conformité réglementaire, image...</w:t>
            </w:r>
          </w:p>
        </w:tc>
      </w:tr>
    </w:tbl>
    <w:p>
      <w:pPr>
        <w:spacing w:before="200" w:after="80"/>
      </w:pPr>
      <w:r>
        <w:rPr>
          <w:b/>
          <w:color w:val="1E3A8A"/>
          <w:sz w:val="24"/>
        </w:rPr>
        <w:t>4. DÉTECTION ET DISPOSITION IMMÉDIATE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736"/>
        <w:gridCol w:w="2736"/>
        <w:gridCol w:w="2736"/>
        <w:gridCol w:w="2736"/>
      </w:tblGrid>
      <w:tr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Détectée par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7"/>
              </w:rPr>
              <w:t>Nom / service</w:t>
            </w:r>
          </w:p>
        </w:tc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Date de détection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7"/>
              </w:rPr>
              <w:t>__/__/____</w:t>
            </w:r>
          </w:p>
        </w:tc>
      </w:tr>
      <w:tr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Lieu / poste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7"/>
              </w:rPr>
              <w:t>Atelier, ligne, agence...</w:t>
            </w:r>
          </w:p>
        </w:tc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Quantité concernée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7"/>
              </w:rPr>
              <w:t>Nombre / unité</w:t>
            </w:r>
          </w:p>
        </w:tc>
      </w:tr>
      <w:tr>
        <w:tc>
          <w:tcPr>
            <w:tcW w:type="dxa" w:w="10944"/>
            <w:gridSpan w:val="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</w:tcPr>
          <w:p>
            <w:r/>
            <w:r>
              <w:rPr>
                <w:b w:val="0"/>
                <w:color w:val="374151"/>
                <w:sz w:val="17"/>
              </w:rPr>
              <w:t>Disposition immédiate : ☐ Isolement  ☐ Retouche  ☐ Blocage livraison  ☐ Information client  ☐ Dérogation  ☐ Autre : __________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472"/>
        <w:gridCol w:w="5472"/>
      </w:tblGrid>
      <w:tr>
        <w:tc>
          <w:tcPr>
            <w:tcW w:type="dxa" w:w="5472"/>
            <w:shd w:fill="1E3A8A"/>
            <w:tcBorders>
              <w:top w:val="single" w:sz="8" w:space="0" w:color="1E3A8A"/>
              <w:left w:val="single" w:sz="8" w:space="0" w:color="1E3A8A"/>
              <w:bottom w:val="single" w:sz="8" w:space="0" w:color="1E3A8A"/>
              <w:right w:val="single" w:sz="8" w:space="0" w:color="1E3A8A"/>
              <w:insideH w:val="single" w:sz="8" w:space="0" w:color="1E3A8A"/>
              <w:insideV w:val="single" w:sz="8" w:space="0" w:color="1E3A8A"/>
            </w:tcBorders>
          </w:tcPr>
          <w:p>
            <w:r/>
            <w:r>
              <w:rPr>
                <w:b/>
                <w:color w:val="FFFFFF"/>
                <w:sz w:val="24"/>
              </w:rPr>
              <w:t>FICHE DE NON-CONFORMITÉ - SUITE</w:t>
            </w:r>
          </w:p>
        </w:tc>
        <w:tc>
          <w:tcPr>
            <w:tcW w:type="dxa" w:w="5472"/>
            <w:shd w:fill="1E3A8A"/>
            <w:tcBorders>
              <w:top w:val="single" w:sz="8" w:space="0" w:color="1E3A8A"/>
              <w:left w:val="single" w:sz="8" w:space="0" w:color="1E3A8A"/>
              <w:bottom w:val="single" w:sz="8" w:space="0" w:color="1E3A8A"/>
              <w:right w:val="single" w:sz="8" w:space="0" w:color="1E3A8A"/>
              <w:insideH w:val="single" w:sz="8" w:space="0" w:color="1E3A8A"/>
              <w:insideV w:val="single" w:sz="8" w:space="0" w:color="1E3A8A"/>
            </w:tcBorders>
          </w:tcPr>
          <w:p>
            <w:pPr>
              <w:jc w:val="right"/>
            </w:pPr>
            <w:r/>
            <w:r>
              <w:rPr>
                <w:b/>
                <w:color w:val="FFFFFF"/>
                <w:sz w:val="18"/>
              </w:rPr>
              <w:t>N° FNC : FNC-____  |  Page : 2/2</w:t>
            </w:r>
          </w:p>
        </w:tc>
      </w:tr>
    </w:tbl>
    <w:p>
      <w:pPr>
        <w:spacing w:before="200" w:after="80"/>
      </w:pPr>
      <w:r>
        <w:rPr>
          <w:b/>
          <w:color w:val="1E3A8A"/>
          <w:sz w:val="24"/>
        </w:rPr>
        <w:t>5. ANALYSE DES CAUSES</w:t>
      </w:r>
    </w:p>
    <w:p>
      <w:pPr>
        <w:spacing w:after="60"/>
      </w:pPr>
      <w:r>
        <w:rPr>
          <w:color w:val="64748B"/>
          <w:sz w:val="17"/>
        </w:rPr>
        <w:t>Utiliser au besoin les 5 pourquoi, Ishikawa ou une analyse terrain documentée.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736"/>
        <w:gridCol w:w="2736"/>
        <w:gridCol w:w="2736"/>
        <w:gridCol w:w="2736"/>
      </w:tblGrid>
      <w:tr>
        <w:trPr>
          <w:trHeight w:val="605"/>
        </w:trPr>
        <w:tc>
          <w:tcPr>
            <w:tcW w:type="dxa" w:w="5472"/>
            <w:gridSpan w:val="2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Cause immédiate</w:t>
            </w:r>
          </w:p>
        </w:tc>
        <w:tc>
          <w:tcPr>
            <w:tcW w:type="dxa" w:w="5472"/>
            <w:gridSpan w:val="2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7"/>
              </w:rPr>
              <w:t>Décrire la cause visible ou directe observée</w:t>
            </w:r>
          </w:p>
        </w:tc>
      </w:tr>
      <w:tr>
        <w:trPr>
          <w:trHeight w:val="605"/>
        </w:trPr>
        <w:tc>
          <w:tcPr>
            <w:tcW w:type="dxa" w:w="5472"/>
            <w:gridSpan w:val="2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Cause racine</w:t>
            </w:r>
          </w:p>
        </w:tc>
        <w:tc>
          <w:tcPr>
            <w:tcW w:type="dxa" w:w="5472"/>
            <w:gridSpan w:val="2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7"/>
              </w:rPr>
              <w:t>Décrire la cause profonde validée</w:t>
            </w:r>
          </w:p>
        </w:tc>
      </w:tr>
      <w:tr>
        <w:trPr>
          <w:trHeight w:val="605"/>
        </w:trPr>
        <w:tc>
          <w:tcPr>
            <w:tcW w:type="dxa" w:w="5472"/>
            <w:gridSpan w:val="2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Méthode d’analyse utilisée</w:t>
            </w:r>
          </w:p>
        </w:tc>
        <w:tc>
          <w:tcPr>
            <w:tcW w:type="dxa" w:w="5472"/>
            <w:gridSpan w:val="2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7"/>
              </w:rPr>
              <w:t>☐ 5 pourquoi  ☐ Ishikawa  ☐ Audit terrain  ☐ Autre</w:t>
            </w:r>
          </w:p>
        </w:tc>
      </w:tr>
      <w:tr>
        <w:trPr>
          <w:trHeight w:val="605"/>
        </w:trPr>
        <w:tc>
          <w:tcPr>
            <w:tcW w:type="dxa" w:w="5472"/>
            <w:gridSpan w:val="2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Preuves ou pièces jointes</w:t>
            </w:r>
          </w:p>
        </w:tc>
        <w:tc>
          <w:tcPr>
            <w:tcW w:type="dxa" w:w="5472"/>
            <w:gridSpan w:val="2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7"/>
              </w:rPr>
              <w:t>Photo, rapport contrôle, mail client, enregistrement qualité...</w:t>
            </w:r>
          </w:p>
        </w:tc>
      </w:tr>
    </w:tbl>
    <w:p>
      <w:pPr>
        <w:spacing w:before="200" w:after="80"/>
      </w:pPr>
      <w:r>
        <w:rPr>
          <w:b/>
          <w:color w:val="1E3A8A"/>
          <w:sz w:val="24"/>
        </w:rPr>
        <w:t>6. PLAN D’ACTIONS CORRECTIVE ET PRÉVENTIVE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824"/>
        <w:gridCol w:w="1824"/>
        <w:gridCol w:w="1824"/>
        <w:gridCol w:w="1824"/>
        <w:gridCol w:w="1824"/>
        <w:gridCol w:w="1824"/>
      </w:tblGrid>
      <w:tr>
        <w:trPr>
          <w:trHeight w:val="605"/>
        </w:trPr>
        <w:tc>
          <w:tcPr>
            <w:tcW w:type="dxa" w:w="1824"/>
            <w:shd w:fill="DBEAFE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1E3A8A"/>
                <w:sz w:val="16"/>
              </w:rPr>
              <w:t>Action</w:t>
            </w:r>
          </w:p>
        </w:tc>
        <w:tc>
          <w:tcPr>
            <w:tcW w:type="dxa" w:w="1824"/>
            <w:shd w:fill="DBEAFE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1E3A8A"/>
                <w:sz w:val="16"/>
              </w:rPr>
              <w:t>Type</w:t>
            </w:r>
          </w:p>
        </w:tc>
        <w:tc>
          <w:tcPr>
            <w:tcW w:type="dxa" w:w="1824"/>
            <w:shd w:fill="DBEAFE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1E3A8A"/>
                <w:sz w:val="16"/>
              </w:rPr>
              <w:t>Responsable</w:t>
            </w:r>
          </w:p>
        </w:tc>
        <w:tc>
          <w:tcPr>
            <w:tcW w:type="dxa" w:w="1824"/>
            <w:shd w:fill="DBEAFE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1E3A8A"/>
                <w:sz w:val="16"/>
              </w:rPr>
              <w:t>Échéance</w:t>
            </w:r>
          </w:p>
        </w:tc>
        <w:tc>
          <w:tcPr>
            <w:tcW w:type="dxa" w:w="1824"/>
            <w:shd w:fill="DBEAFE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1E3A8A"/>
                <w:sz w:val="16"/>
              </w:rPr>
              <w:t>Preuve attendue</w:t>
            </w:r>
          </w:p>
        </w:tc>
        <w:tc>
          <w:tcPr>
            <w:tcW w:type="dxa" w:w="1824"/>
            <w:shd w:fill="DBEAFE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/>
                <w:color w:val="1E3A8A"/>
                <w:sz w:val="16"/>
              </w:rPr>
              <w:t>Statut</w:t>
            </w:r>
          </w:p>
        </w:tc>
      </w:tr>
      <w:tr>
        <w:trPr>
          <w:trHeight w:val="605"/>
        </w:trPr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5"/>
              </w:rPr>
              <w:t>Action 1 à renseigner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☐ Corrective</w:t>
              <w:br/>
              <w:t>☐ Préventive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Nom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__/__/____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Document / photo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☐ À faire</w:t>
              <w:br/>
              <w:t>☐ Fait</w:t>
            </w:r>
          </w:p>
        </w:tc>
      </w:tr>
      <w:tr>
        <w:trPr>
          <w:trHeight w:val="605"/>
        </w:trPr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5"/>
              </w:rPr>
              <w:t>Action 2 à renseigner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☐ Corrective</w:t>
              <w:br/>
              <w:t>☐ Préventive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Nom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__/__/____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Document / photo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☐ À faire</w:t>
              <w:br/>
              <w:t>☐ Fait</w:t>
            </w:r>
          </w:p>
        </w:tc>
      </w:tr>
      <w:tr>
        <w:trPr>
          <w:trHeight w:val="605"/>
        </w:trPr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5"/>
              </w:rPr>
              <w:t>Action 3 à renseigner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☐ Corrective</w:t>
              <w:br/>
              <w:t>☐ Préventive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Nom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__/__/____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Document / photo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☐ À faire</w:t>
              <w:br/>
              <w:t>☐ Fait</w:t>
            </w:r>
          </w:p>
        </w:tc>
      </w:tr>
      <w:tr>
        <w:trPr>
          <w:trHeight w:val="605"/>
        </w:trPr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5"/>
              </w:rPr>
              <w:t>Action 4 à renseigner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☐ Corrective</w:t>
              <w:br/>
              <w:t>☐ Préventive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Nom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__/__/____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Document / photo</w:t>
            </w:r>
          </w:p>
        </w:tc>
        <w:tc>
          <w:tcPr>
            <w:tcW w:type="dxa" w:w="1824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pPr>
              <w:jc w:val="center"/>
            </w:pPr>
            <w:r/>
            <w:r>
              <w:rPr>
                <w:b w:val="0"/>
                <w:color w:val="374151"/>
                <w:sz w:val="15"/>
              </w:rPr>
              <w:t>☐ À faire</w:t>
              <w:br/>
              <w:t>☐ Fait</w:t>
            </w:r>
          </w:p>
        </w:tc>
      </w:tr>
    </w:tbl>
    <w:p>
      <w:pPr>
        <w:spacing w:before="200" w:after="80"/>
      </w:pPr>
      <w:r>
        <w:rPr>
          <w:b/>
          <w:color w:val="1E3A8A"/>
          <w:sz w:val="24"/>
        </w:rPr>
        <w:t>7. VÉRIFICATION D’EFFICACITÉ ET CLÔTURE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736"/>
        <w:gridCol w:w="2736"/>
        <w:gridCol w:w="2736"/>
        <w:gridCol w:w="2736"/>
      </w:tblGrid>
      <w:tr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Vérifié par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7"/>
              </w:rPr>
              <w:t>Nom / fonction</w:t>
            </w:r>
          </w:p>
        </w:tc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Date de vérification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7"/>
              </w:rPr>
              <w:t>__/__/____</w:t>
            </w:r>
          </w:p>
        </w:tc>
      </w:tr>
      <w:tr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Résultat de vérification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7"/>
              </w:rPr>
              <w:t>☐ Efficace  ☐ Partiellement efficace  ☐ Inefficace</w:t>
            </w:r>
          </w:p>
        </w:tc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Action complémentaire requise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7"/>
              </w:rPr>
              <w:t>☐ Oui  ☐ Non</w:t>
            </w:r>
          </w:p>
        </w:tc>
      </w:tr>
      <w:tr>
        <w:trPr>
          <w:trHeight w:val="1080"/>
        </w:trPr>
        <w:tc>
          <w:tcPr>
            <w:tcW w:type="dxa" w:w="5472"/>
            <w:gridSpan w:val="2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Commentaires de clôture</w:t>
            </w:r>
          </w:p>
        </w:tc>
        <w:tc>
          <w:tcPr>
            <w:tcW w:type="dxa" w:w="5472"/>
            <w:gridSpan w:val="2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6B7280"/>
                <w:sz w:val="17"/>
              </w:rPr>
              <w:t>Observations, résultats mesurés, preuve de non-récurrence</w:t>
            </w:r>
          </w:p>
        </w:tc>
      </w:tr>
      <w:tr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Statut final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7"/>
              </w:rPr>
              <w:t>☐ Clôturée  ☐ Maintenue ouverte</w:t>
            </w:r>
          </w:p>
        </w:tc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Date de clôture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7"/>
              </w:rPr>
              <w:t>__/__/____</w:t>
            </w:r>
          </w:p>
        </w:tc>
      </w:tr>
      <w:tr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Signature rédacteur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7"/>
              </w:rPr>
              <w:t>____________________</w:t>
            </w:r>
          </w:p>
        </w:tc>
        <w:tc>
          <w:tcPr>
            <w:tcW w:type="dxa" w:w="2736"/>
            <w:shd w:fill="EFF6FF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/>
                <w:color w:val="1E3A8A"/>
                <w:sz w:val="17"/>
              </w:rPr>
              <w:t>Signature responsable qualité</w:t>
            </w:r>
          </w:p>
        </w:tc>
        <w:tc>
          <w:tcPr>
            <w:tcW w:type="dxa" w:w="2736"/>
            <w:tcBorders>
              <w:top w:val="single" w:sz="8" w:space="0" w:color="D7DEE8"/>
              <w:left w:val="single" w:sz="8" w:space="0" w:color="D7DEE8"/>
              <w:bottom w:val="single" w:sz="8" w:space="0" w:color="D7DEE8"/>
              <w:right w:val="single" w:sz="8" w:space="0" w:color="D7DEE8"/>
              <w:insideH w:val="single" w:sz="8" w:space="0" w:color="D7DEE8"/>
              <w:insideV w:val="single" w:sz="8" w:space="0" w:color="D7DEE8"/>
            </w:tcBorders>
            <w:vAlign w:val="center"/>
          </w:tcPr>
          <w:p>
            <w:r/>
            <w:r>
              <w:rPr>
                <w:b w:val="0"/>
                <w:color w:val="374151"/>
                <w:sz w:val="17"/>
              </w:rPr>
              <w:t>____________________</w:t>
            </w:r>
          </w:p>
        </w:tc>
      </w:tr>
    </w:tbl>
    <w:p>
      <w:pPr>
        <w:jc w:val="center"/>
      </w:pPr>
      <w:r>
        <w:rPr>
          <w:color w:val="64748B"/>
          <w:sz w:val="16"/>
        </w:rPr>
        <w:t>Document éditable - à adapter aux procédures internes du système de management de la qualité.</w:t>
      </w:r>
    </w:p>
    <w:sectPr w:rsidR="00FC693F" w:rsidRPr="0006063C" w:rsidSect="00034616">
      <w:pgSz w:w="12240" w:h="15840"/>
      <w:pgMar w:top="504" w:right="648" w:bottom="504" w:left="64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