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43778"/>
          <w:sz w:val="44"/>
        </w:rPr>
        <w:t>FICHE DE RENSEIGNEMENTS</w:t>
        <w:br/>
      </w:r>
      <w:r>
        <w:rPr>
          <w:b/>
          <w:color w:val="C88C1E"/>
          <w:sz w:val="32"/>
        </w:rPr>
        <w:t>LOCATAIRE - PARTICULIER</w:t>
      </w:r>
    </w:p>
    <w:p>
      <w:r>
        <w:rPr>
          <w:b/>
          <w:color w:val="143778"/>
          <w:sz w:val="26"/>
        </w:rPr>
        <w:t>1. Informations personnelles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620"/>
        <w:gridCol w:w="5620"/>
      </w:tblGrid>
      <w:tr>
        <w:tc>
          <w:tcPr>
            <w:tcW w:type="dxa" w:w="5620"/>
          </w:tcPr>
          <w:p>
            <w:r>
              <w:t>Nom : ____________________</w:t>
            </w:r>
          </w:p>
        </w:tc>
        <w:tc>
          <w:tcPr>
            <w:tcW w:type="dxa" w:w="5620"/>
          </w:tcPr>
          <w:p>
            <w:r>
              <w:t>Téléphone : ____________________</w:t>
            </w:r>
          </w:p>
        </w:tc>
      </w:tr>
      <w:tr>
        <w:tc>
          <w:tcPr>
            <w:tcW w:type="dxa" w:w="5620"/>
          </w:tcPr>
          <w:p>
            <w:r>
              <w:t>Prénom : ____________________</w:t>
            </w:r>
          </w:p>
        </w:tc>
        <w:tc>
          <w:tcPr>
            <w:tcW w:type="dxa" w:w="5620"/>
          </w:tcPr>
          <w:p>
            <w:r>
              <w:t>E-mail : ____________________</w:t>
            </w:r>
          </w:p>
        </w:tc>
      </w:tr>
      <w:tr>
        <w:tc>
          <w:tcPr>
            <w:tcW w:type="dxa" w:w="5620"/>
          </w:tcPr>
          <w:p>
            <w:r>
              <w:t>Naissance : ____________________</w:t>
            </w:r>
          </w:p>
        </w:tc>
        <w:tc>
          <w:tcPr>
            <w:tcW w:type="dxa" w:w="5620"/>
          </w:tcPr>
          <w:p>
            <w:r>
              <w:t>Adresse : ____________________</w:t>
            </w:r>
          </w:p>
        </w:tc>
      </w:tr>
      <w:tr>
        <w:tc>
          <w:tcPr>
            <w:tcW w:type="dxa" w:w="5620"/>
          </w:tcPr>
          <w:p>
            <w:r>
              <w:t>Ville : ____________________</w:t>
            </w:r>
          </w:p>
        </w:tc>
        <w:tc>
          <w:tcPr>
            <w:tcW w:type="dxa" w:w="5620"/>
          </w:tcPr>
          <w:p>
            <w:r>
              <w:t>CP : ____________________</w:t>
            </w:r>
          </w:p>
        </w:tc>
      </w:tr>
      <w:tr>
        <w:tc>
          <w:tcPr>
            <w:tcW w:type="dxa" w:w="5620"/>
          </w:tcPr>
          <w:p>
            <w:r>
              <w:t>Situation : ____________________</w:t>
            </w:r>
          </w:p>
        </w:tc>
        <w:tc>
          <w:tcPr>
            <w:tcW w:type="dxa" w:w="5620"/>
          </w:tcPr>
          <w:p>
            <w:r>
              <w:t>Nationalité : ____________________</w:t>
            </w:r>
          </w:p>
        </w:tc>
      </w:tr>
      <w:tr>
        <w:tc>
          <w:tcPr>
            <w:tcW w:type="dxa" w:w="5620"/>
          </w:tcPr>
          <w:p>
            <w:r>
              <w:t>Profession : ____________________</w:t>
            </w:r>
          </w:p>
        </w:tc>
        <w:tc>
          <w:tcPr>
            <w:tcW w:type="dxa" w:w="5620"/>
          </w:tcPr>
          <w:p>
            <w:r>
              <w:t>Occupants : ____________________</w:t>
            </w:r>
          </w:p>
        </w:tc>
      </w:tr>
      <w:tr>
        <w:tc>
          <w:tcPr>
            <w:tcW w:type="dxa" w:w="5620"/>
          </w:tcPr>
          <w:p>
            <w:r>
              <w:t>Animaux : ____________________</w:t>
            </w:r>
          </w:p>
        </w:tc>
        <w:tc>
          <w:tcPr>
            <w:tcW w:type="dxa" w:w="5620"/>
          </w:tcPr>
          <w:p>
            <w:r>
              <w:t>Véhicule : ____________________</w:t>
            </w:r>
          </w:p>
        </w:tc>
      </w:tr>
      <w:tr>
        <w:tc>
          <w:tcPr>
            <w:tcW w:type="dxa" w:w="5620"/>
          </w:tcPr>
          <w:p>
            <w:r>
              <w:t>Observations : ____________________</w:t>
            </w:r>
          </w:p>
        </w:tc>
        <w:tc>
          <w:tcPr>
            <w:tcW w:type="dxa" w:w="5620"/>
          </w:tcPr>
          <w:p>
            <w:r>
              <w:t xml:space="preserve"> : ____________________</w:t>
            </w:r>
          </w:p>
        </w:tc>
      </w:tr>
    </w:tbl>
    <w:p>
      <w:r>
        <w:rPr>
          <w:b/>
          <w:color w:val="143778"/>
          <w:sz w:val="26"/>
        </w:rPr>
        <w:t>2. Situation professionnelle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620"/>
        <w:gridCol w:w="5620"/>
      </w:tblGrid>
      <w:tr>
        <w:tc>
          <w:tcPr>
            <w:tcW w:type="dxa" w:w="5620"/>
          </w:tcPr>
          <w:p>
            <w:r>
              <w:t>Employeur : ____________________</w:t>
            </w:r>
          </w:p>
        </w:tc>
        <w:tc>
          <w:tcPr>
            <w:tcW w:type="dxa" w:w="5620"/>
          </w:tcPr>
          <w:p>
            <w:r>
              <w:t>Contrat : ____________________</w:t>
            </w:r>
          </w:p>
        </w:tc>
      </w:tr>
      <w:tr>
        <w:tc>
          <w:tcPr>
            <w:tcW w:type="dxa" w:w="5620"/>
          </w:tcPr>
          <w:p>
            <w:r>
              <w:t>Fonction : ____________________</w:t>
            </w:r>
          </w:p>
        </w:tc>
        <w:tc>
          <w:tcPr>
            <w:tcW w:type="dxa" w:w="5620"/>
          </w:tcPr>
          <w:p>
            <w:r>
              <w:t>Ancienneté : ____________________</w:t>
            </w:r>
          </w:p>
        </w:tc>
      </w:tr>
      <w:tr>
        <w:tc>
          <w:tcPr>
            <w:tcW w:type="dxa" w:w="5620"/>
          </w:tcPr>
          <w:p>
            <w:r>
              <w:t>Revenus : ____________________</w:t>
            </w:r>
          </w:p>
        </w:tc>
        <w:tc>
          <w:tcPr>
            <w:tcW w:type="dxa" w:w="5620"/>
          </w:tcPr>
          <w:p>
            <w:r>
              <w:t>Autres revenus : ____________________</w:t>
            </w:r>
          </w:p>
        </w:tc>
      </w:tr>
      <w:tr>
        <w:tc>
          <w:tcPr>
            <w:tcW w:type="dxa" w:w="5620"/>
          </w:tcPr>
          <w:p>
            <w:r>
              <w:t>Garant : ____________________</w:t>
            </w:r>
          </w:p>
        </w:tc>
        <w:tc>
          <w:tcPr>
            <w:tcW w:type="dxa" w:w="5620"/>
          </w:tcPr>
          <w:p>
            <w:r>
              <w:t>Téléphone garant : ____________________</w:t>
            </w:r>
          </w:p>
        </w:tc>
      </w:tr>
      <w:tr>
        <w:tc>
          <w:tcPr>
            <w:tcW w:type="dxa" w:w="5620"/>
          </w:tcPr>
          <w:p>
            <w:r>
              <w:t>Observations : ____________________</w:t>
            </w:r>
          </w:p>
        </w:tc>
        <w:tc>
          <w:tcPr>
            <w:tcW w:type="dxa" w:w="5620"/>
          </w:tcPr>
          <w:p>
            <w:r>
              <w:t xml:space="preserve"> : ____________________</w:t>
            </w:r>
          </w:p>
        </w:tc>
      </w:tr>
    </w:tbl>
    <w:p>
      <w:r>
        <w:rPr>
          <w:b/>
          <w:color w:val="143778"/>
          <w:sz w:val="26"/>
        </w:rPr>
        <w:t>3. Ressources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747"/>
        <w:gridCol w:w="3747"/>
        <w:gridCol w:w="3747"/>
      </w:tblGrid>
      <w:tr>
        <w:tc>
          <w:tcPr>
            <w:tcW w:type="dxa" w:w="3747"/>
          </w:tcPr>
          <w:p>
            <w:r>
              <w:t>Nature</w:t>
            </w:r>
          </w:p>
        </w:tc>
        <w:tc>
          <w:tcPr>
            <w:tcW w:type="dxa" w:w="3747"/>
          </w:tcPr>
          <w:p>
            <w:r>
              <w:t>Montant</w:t>
            </w:r>
          </w:p>
        </w:tc>
        <w:tc>
          <w:tcPr>
            <w:tcW w:type="dxa" w:w="3747"/>
          </w:tcPr>
          <w:p>
            <w:r>
              <w:t>Justificatif</w:t>
            </w:r>
          </w:p>
        </w:tc>
      </w:tr>
      <w:tr>
        <w:tc>
          <w:tcPr>
            <w:tcW w:type="dxa" w:w="3747"/>
          </w:tcPr>
          <w:p>
            <w:r>
              <w:t>____________</w:t>
            </w:r>
          </w:p>
        </w:tc>
        <w:tc>
          <w:tcPr>
            <w:tcW w:type="dxa" w:w="3747"/>
          </w:tcPr>
          <w:p>
            <w:r>
              <w:t>________ €</w:t>
            </w:r>
          </w:p>
        </w:tc>
        <w:tc>
          <w:tcPr>
            <w:tcW w:type="dxa" w:w="3747"/>
          </w:tcPr>
          <w:p>
            <w:r>
              <w:t>☐ Oui ☐ Non</w:t>
            </w:r>
          </w:p>
        </w:tc>
      </w:tr>
      <w:tr>
        <w:tc>
          <w:tcPr>
            <w:tcW w:type="dxa" w:w="3747"/>
          </w:tcPr>
          <w:p>
            <w:r>
              <w:t>____________</w:t>
            </w:r>
          </w:p>
        </w:tc>
        <w:tc>
          <w:tcPr>
            <w:tcW w:type="dxa" w:w="3747"/>
          </w:tcPr>
          <w:p>
            <w:r>
              <w:t>________ €</w:t>
            </w:r>
          </w:p>
        </w:tc>
        <w:tc>
          <w:tcPr>
            <w:tcW w:type="dxa" w:w="3747"/>
          </w:tcPr>
          <w:p>
            <w:r>
              <w:t>☐ Oui ☐ Non</w:t>
            </w:r>
          </w:p>
        </w:tc>
      </w:tr>
      <w:tr>
        <w:tc>
          <w:tcPr>
            <w:tcW w:type="dxa" w:w="3747"/>
          </w:tcPr>
          <w:p>
            <w:r>
              <w:t>____________</w:t>
            </w:r>
          </w:p>
        </w:tc>
        <w:tc>
          <w:tcPr>
            <w:tcW w:type="dxa" w:w="3747"/>
          </w:tcPr>
          <w:p>
            <w:r>
              <w:t>________ €</w:t>
            </w:r>
          </w:p>
        </w:tc>
        <w:tc>
          <w:tcPr>
            <w:tcW w:type="dxa" w:w="3747"/>
          </w:tcPr>
          <w:p>
            <w:r>
              <w:t>☐ Oui ☐ Non</w:t>
            </w:r>
          </w:p>
        </w:tc>
      </w:tr>
      <w:tr>
        <w:tc>
          <w:tcPr>
            <w:tcW w:type="dxa" w:w="3747"/>
          </w:tcPr>
          <w:p>
            <w:r>
              <w:t>____________</w:t>
            </w:r>
          </w:p>
        </w:tc>
        <w:tc>
          <w:tcPr>
            <w:tcW w:type="dxa" w:w="3747"/>
          </w:tcPr>
          <w:p>
            <w:r>
              <w:t>________ €</w:t>
            </w:r>
          </w:p>
        </w:tc>
        <w:tc>
          <w:tcPr>
            <w:tcW w:type="dxa" w:w="3747"/>
          </w:tcPr>
          <w:p>
            <w:r>
              <w:t>☐ Oui ☐ Non</w:t>
            </w:r>
          </w:p>
        </w:tc>
      </w:tr>
    </w:tbl>
    <w:p>
      <w:r>
        <w:rPr>
          <w:b/>
          <w:color w:val="143778"/>
          <w:sz w:val="26"/>
        </w:rPr>
        <w:t>4. Pièces justificatives</w:t>
      </w:r>
    </w:p>
    <w:p>
      <w:r>
        <w:t>☐ Pièce d'identité</w:t>
      </w:r>
    </w:p>
    <w:p>
      <w:r>
        <w:t>☐ Bulletins de salaire</w:t>
      </w:r>
    </w:p>
    <w:p>
      <w:r>
        <w:t>☐ Contrat de travail</w:t>
      </w:r>
    </w:p>
    <w:p>
      <w:r>
        <w:t>☐ Avis d'imposition</w:t>
      </w:r>
    </w:p>
    <w:p>
      <w:r>
        <w:t>☐ Justificatif de domicile</w:t>
      </w:r>
    </w:p>
    <w:p>
      <w:r>
        <w:t>☐ Garant</w:t>
      </w:r>
    </w:p>
    <w:p>
      <w:r>
        <w:rPr>
          <w:b/>
          <w:color w:val="143778"/>
          <w:sz w:val="26"/>
        </w:rPr>
        <w:t>5. Signature</w:t>
      </w:r>
    </w:p>
    <w:p>
      <w:r>
        <w:t>Fait à : ____________________     Le : ____/____/______</w:t>
        <w:br/>
        <w:br/>
        <w:t>Signature : ____________________________</w:t>
      </w:r>
    </w:p>
    <w:sectPr w:rsidR="00FC693F" w:rsidRPr="0006063C" w:rsidSect="00034616">
      <w:pgSz w:w="12240" w:h="15840"/>
      <w:pgMar w:top="1440" w:right="500" w:bottom="1440" w:left="5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