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40" w:line="240" w:lineRule="auto"/>
      </w:pPr>
      <w:r>
        <w:rPr>
          <w:b/>
          <w:color w:val="1F4E79"/>
          <w:sz w:val="44"/>
        </w:rPr>
        <w:t>Compte rendu de réunion</w:t>
      </w:r>
    </w:p>
    <w:p>
      <w:pPr>
        <w:spacing w:before="0" w:after="200" w:line="240" w:lineRule="auto"/>
      </w:pPr>
      <w:r>
        <w:rPr>
          <w:color w:val="374151"/>
          <w:sz w:val="23"/>
        </w:rPr>
        <w:t>Modèle prêt à remplir (format A4)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4649"/>
            <w:tcBorders>
              <w:top w:sz="10" w:val="single" w:color="D9D9D9"/>
              <w:left w:sz="10" w:val="single" w:color="D9D9D9"/>
              <w:bottom w:sz="10" w:val="single" w:color="D9D9D9"/>
              <w:right w:sz="10" w:val="single" w:color="D9D9D9"/>
            </w:tcBorders>
            <w:shd w:val="clear" w:color="auto" w:fill="FFFFFF"/>
            <w:vAlign w:val="center"/>
          </w:tcPr>
          <w:p>
            <w:pPr>
              <w:spacing w:before="40" w:after="40" w:line="264" w:lineRule="auto"/>
            </w:pPr>
            <w:r/>
            <w:r>
              <w:rPr>
                <w:b/>
                <w:color w:val="111827"/>
                <w:sz w:val="20"/>
              </w:rPr>
              <w:t xml:space="preserve">Date  </w:t>
            </w:r>
            <w:r>
              <w:rPr>
                <w:color w:val="374151"/>
                <w:sz w:val="20"/>
              </w:rPr>
              <w:t>____ / ____ / ______</w:t>
            </w:r>
          </w:p>
        </w:tc>
        <w:tc>
          <w:tcPr>
            <w:tcW w:type="dxa" w:w="4989"/>
            <w:tcBorders>
              <w:top w:sz="10" w:val="single" w:color="D9D9D9"/>
              <w:left w:sz="10" w:val="single" w:color="D9D9D9"/>
              <w:bottom w:sz="10" w:val="single" w:color="D9D9D9"/>
              <w:right w:sz="10" w:val="single" w:color="D9D9D9"/>
            </w:tcBorders>
            <w:shd w:val="clear" w:color="auto" w:fill="FFFFFF"/>
            <w:vAlign w:val="center"/>
          </w:tcPr>
          <w:p>
            <w:pPr>
              <w:spacing w:before="40" w:after="40" w:line="264" w:lineRule="auto"/>
            </w:pPr>
            <w:r/>
            <w:r>
              <w:rPr>
                <w:b/>
                <w:color w:val="111827"/>
                <w:sz w:val="20"/>
              </w:rPr>
              <w:t xml:space="preserve">Heure  </w:t>
            </w:r>
            <w:r>
              <w:rPr>
                <w:color w:val="374151"/>
                <w:sz w:val="20"/>
              </w:rPr>
              <w:t>____ : ____  à  ____ : ____</w:t>
            </w:r>
          </w:p>
        </w:tc>
      </w:tr>
      <w:tr>
        <w:tc>
          <w:tcPr>
            <w:tcW w:type="dxa" w:w="4649"/>
            <w:tcBorders>
              <w:top w:sz="10" w:val="single" w:color="D9D9D9"/>
              <w:left w:sz="10" w:val="single" w:color="D9D9D9"/>
              <w:bottom w:sz="10" w:val="single" w:color="D9D9D9"/>
              <w:right w:sz="10" w:val="single" w:color="D9D9D9"/>
            </w:tcBorders>
            <w:shd w:val="clear" w:color="auto" w:fill="FFFFFF"/>
            <w:vAlign w:val="center"/>
          </w:tcPr>
          <w:p>
            <w:pPr>
              <w:spacing w:before="40" w:after="40" w:line="264" w:lineRule="auto"/>
            </w:pPr>
            <w:r/>
            <w:r>
              <w:rPr>
                <w:b/>
                <w:color w:val="111827"/>
                <w:sz w:val="20"/>
              </w:rPr>
              <w:t xml:space="preserve">Lieu / Mode  </w:t>
            </w:r>
            <w:r>
              <w:rPr>
                <w:color w:val="374151"/>
                <w:sz w:val="20"/>
              </w:rPr>
              <w:t>Présentiel / Visio (lien) : __________________________</w:t>
            </w:r>
          </w:p>
        </w:tc>
        <w:tc>
          <w:tcPr>
            <w:tcW w:type="dxa" w:w="4989"/>
            <w:tcBorders>
              <w:top w:sz="10" w:val="single" w:color="D9D9D9"/>
              <w:left w:sz="10" w:val="single" w:color="D9D9D9"/>
              <w:bottom w:sz="10" w:val="single" w:color="D9D9D9"/>
              <w:right w:sz="10" w:val="single" w:color="D9D9D9"/>
            </w:tcBorders>
            <w:shd w:val="clear" w:color="auto" w:fill="FFFFFF"/>
            <w:vAlign w:val="center"/>
          </w:tcPr>
          <w:p>
            <w:pPr>
              <w:spacing w:before="40" w:after="40" w:line="264" w:lineRule="auto"/>
            </w:pPr>
            <w:r/>
            <w:r>
              <w:rPr>
                <w:b/>
                <w:color w:val="111827"/>
                <w:sz w:val="20"/>
              </w:rPr>
              <w:t xml:space="preserve">Animateur  </w:t>
            </w:r>
            <w:r>
              <w:rPr>
                <w:color w:val="374151"/>
                <w:sz w:val="20"/>
              </w:rPr>
              <w:t>__________________________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PARTICIPANTS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948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Nom</w:t>
            </w:r>
          </w:p>
        </w:tc>
        <w:tc>
          <w:tcPr>
            <w:tcW w:type="dxa" w:w="3175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Rôle / Service</w:t>
            </w:r>
          </w:p>
        </w:tc>
        <w:tc>
          <w:tcPr>
            <w:tcW w:type="dxa" w:w="170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Présence</w:t>
            </w:r>
          </w:p>
        </w:tc>
        <w:tc>
          <w:tcPr>
            <w:tcW w:type="dxa" w:w="1814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Contact</w:t>
            </w:r>
          </w:p>
        </w:tc>
      </w:tr>
      <w:tr>
        <w:tc>
          <w:tcPr>
            <w:tcW w:type="dxa" w:w="2948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17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81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2948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17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81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2948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17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81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2948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17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81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ORDRE DU JOUR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907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Point</w:t>
            </w:r>
          </w:p>
        </w:tc>
        <w:tc>
          <w:tcPr>
            <w:tcW w:type="dxa" w:w="5783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Objectif</w:t>
            </w:r>
          </w:p>
        </w:tc>
        <w:tc>
          <w:tcPr>
            <w:tcW w:type="dxa" w:w="1247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Temps</w:t>
            </w:r>
          </w:p>
        </w:tc>
        <w:tc>
          <w:tcPr>
            <w:tcW w:type="dxa" w:w="170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Responsable</w:t>
            </w:r>
          </w:p>
        </w:tc>
      </w:tr>
      <w:tr>
        <w:tc>
          <w:tcPr>
            <w:tcW w:type="dxa" w:w="90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5783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24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90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5783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24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90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5783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24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90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5783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24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90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5783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24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SYNTHÈSE EXÉCUTIVE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10312"/>
            <w:shd w:val="clear" w:color="auto" w:fill="F3F6FA"/>
            <w:tcBorders>
              <w:top w:sz="10" w:val="single" w:color="C7D2E5"/>
              <w:left w:sz="10" w:val="single" w:color="C7D2E5"/>
              <w:bottom w:sz="10" w:val="single" w:color="C7D2E5"/>
              <w:right w:sz="10" w:val="single" w:color="C7D2E5"/>
            </w:tcBorders>
          </w:tcPr>
          <w:p>
            <w:pPr>
              <w:spacing w:before="120" w:after="120" w:line="300" w:lineRule="auto"/>
            </w:pPr>
            <w:r>
              <w:rPr>
                <w:sz w:val="20"/>
              </w:rPr>
              <w:t>• Contexte / objectifs de la réunion : ____________________________________________</w:t>
              <w:br/>
              <w:t>• Points clés : ________________________________________________________________</w:t>
              <w:br/>
              <w:t>• Risques / blocages : _________________________________________________________</w:t>
              <w:br/>
              <w:t>• Prochaine étape : ___________________________________________________________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DÉCISIONS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567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type="dxa" w:w="4535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Décision</w:t>
            </w:r>
          </w:p>
        </w:tc>
        <w:tc>
          <w:tcPr>
            <w:tcW w:type="dxa" w:w="3402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Justification / Impact</w:t>
            </w:r>
          </w:p>
        </w:tc>
        <w:tc>
          <w:tcPr>
            <w:tcW w:type="dxa" w:w="1134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Date</w:t>
            </w:r>
          </w:p>
        </w:tc>
      </w:tr>
      <w:tr>
        <w:tc>
          <w:tcPr>
            <w:tcW w:type="dxa" w:w="56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45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56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45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56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45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56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45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PLAN D'ACTIONS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3402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Action</w:t>
            </w:r>
          </w:p>
        </w:tc>
        <w:tc>
          <w:tcPr>
            <w:tcW w:type="dxa" w:w="170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Responsable</w:t>
            </w:r>
          </w:p>
        </w:tc>
        <w:tc>
          <w:tcPr>
            <w:tcW w:type="dxa" w:w="136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Échéance</w:t>
            </w:r>
          </w:p>
        </w:tc>
        <w:tc>
          <w:tcPr>
            <w:tcW w:type="dxa" w:w="1020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Priorité</w:t>
            </w:r>
          </w:p>
        </w:tc>
        <w:tc>
          <w:tcPr>
            <w:tcW w:type="dxa" w:w="1020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Statut</w:t>
            </w:r>
          </w:p>
        </w:tc>
        <w:tc>
          <w:tcPr>
            <w:tcW w:type="dxa" w:w="1134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Commentaires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4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36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020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NOTES PAR POINT (DÉTAILS)</w:t>
      </w:r>
    </w:p>
    <w:p>
      <w:pPr>
        <w:spacing w:before="120" w:after="40" w:line="240" w:lineRule="auto"/>
      </w:pPr>
      <w:r>
        <w:rPr>
          <w:b/>
          <w:color w:val="111827"/>
          <w:sz w:val="21"/>
        </w:rPr>
        <w:t>Point 1 - Titre : ________________________________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10312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76" w:lineRule="auto"/>
            </w:pPr>
            <w:r>
              <w:br/>
              <w:br/>
              <w:br/>
            </w:r>
          </w:p>
        </w:tc>
      </w:tr>
    </w:tbl>
    <w:p>
      <w:pPr>
        <w:spacing w:before="120" w:after="40" w:line="240" w:lineRule="auto"/>
      </w:pPr>
      <w:r>
        <w:rPr>
          <w:b/>
          <w:color w:val="111827"/>
          <w:sz w:val="21"/>
        </w:rPr>
        <w:t>Point 2 - Titre : ________________________________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10312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76" w:lineRule="auto"/>
            </w:pPr>
            <w:r>
              <w:br/>
              <w:br/>
              <w:br/>
            </w:r>
          </w:p>
        </w:tc>
      </w:tr>
    </w:tbl>
    <w:p>
      <w:pPr>
        <w:spacing w:before="120" w:after="40" w:line="240" w:lineRule="auto"/>
      </w:pPr>
      <w:r>
        <w:rPr>
          <w:b/>
          <w:color w:val="111827"/>
          <w:sz w:val="21"/>
        </w:rPr>
        <w:t>Point 3 - Titre : ________________________________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10312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76" w:lineRule="auto"/>
            </w:pPr>
            <w:r>
              <w:br/>
              <w:br/>
              <w:br/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PARKING LOT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3969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Sujet à traiter plus tard</w:t>
            </w:r>
          </w:p>
        </w:tc>
        <w:tc>
          <w:tcPr>
            <w:tcW w:type="dxa" w:w="2835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Pourquoi</w:t>
            </w:r>
          </w:p>
        </w:tc>
        <w:tc>
          <w:tcPr>
            <w:tcW w:type="dxa" w:w="170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Responsable</w:t>
            </w:r>
          </w:p>
        </w:tc>
        <w:tc>
          <w:tcPr>
            <w:tcW w:type="dxa" w:w="1134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Quand</w:t>
            </w:r>
          </w:p>
        </w:tc>
      </w:tr>
      <w:tr>
        <w:tc>
          <w:tcPr>
            <w:tcW w:type="dxa" w:w="3969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28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969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28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3969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2835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134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>
      <w:r>
        <w:br w:type="page"/>
      </w:r>
    </w:p>
    <w:p>
      <w:pPr>
        <w:spacing w:before="200" w:after="80" w:line="240" w:lineRule="auto"/>
      </w:pPr>
      <w:r>
        <w:rPr>
          <w:b/>
          <w:color w:val="1F4E79"/>
          <w:sz w:val="23"/>
        </w:rPr>
        <w:t>PROCHAINE RÉUNION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2381"/>
            <w:vAlign w:val="center"/>
            <w:shd w:val="clear" w:color="auto" w:fill="F3F6FA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b/>
                <w:sz w:val="20"/>
              </w:rPr>
              <w:t>Date / heure</w:t>
            </w:r>
          </w:p>
        </w:tc>
        <w:tc>
          <w:tcPr>
            <w:tcW w:type="dxa" w:w="7143"/>
            <w:vAlign w:val="center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sz w:val="20"/>
              </w:rPr>
              <w:t>____ / ____ / ______  -  ____ : ____</w:t>
            </w:r>
          </w:p>
        </w:tc>
      </w:tr>
      <w:tr>
        <w:tc>
          <w:tcPr>
            <w:tcW w:type="dxa" w:w="2381"/>
            <w:vAlign w:val="center"/>
            <w:shd w:val="clear" w:color="auto" w:fill="F3F6FA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b/>
                <w:sz w:val="20"/>
              </w:rPr>
              <w:t>Lieu / lien</w:t>
            </w:r>
          </w:p>
        </w:tc>
        <w:tc>
          <w:tcPr>
            <w:tcW w:type="dxa" w:w="7143"/>
            <w:vAlign w:val="center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2381"/>
            <w:vAlign w:val="center"/>
            <w:shd w:val="clear" w:color="auto" w:fill="F3F6FA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b/>
                <w:sz w:val="20"/>
              </w:rPr>
              <w:t>Objectif</w:t>
            </w:r>
          </w:p>
        </w:tc>
        <w:tc>
          <w:tcPr>
            <w:tcW w:type="dxa" w:w="7143"/>
            <w:vAlign w:val="center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sz w:val="20"/>
              </w:rPr>
              <w:t>____________________________________________________________</w:t>
            </w:r>
          </w:p>
        </w:tc>
      </w:tr>
      <w:tr>
        <w:tc>
          <w:tcPr>
            <w:tcW w:type="dxa" w:w="2381"/>
            <w:vAlign w:val="center"/>
            <w:shd w:val="clear" w:color="auto" w:fill="F3F6FA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b/>
                <w:sz w:val="20"/>
              </w:rPr>
              <w:t>Préparations attendues</w:t>
            </w:r>
          </w:p>
        </w:tc>
        <w:tc>
          <w:tcPr>
            <w:tcW w:type="dxa" w:w="7143"/>
            <w:vAlign w:val="center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/>
            <w:r>
              <w:rPr>
                <w:sz w:val="20"/>
              </w:rPr>
              <w:t>____________________________________________________________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PIÈCES JOINTES / LIENS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5102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Document / lien</w:t>
            </w:r>
          </w:p>
        </w:tc>
        <w:tc>
          <w:tcPr>
            <w:tcW w:type="dxa" w:w="1701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Propriétaire</w:t>
            </w:r>
          </w:p>
        </w:tc>
        <w:tc>
          <w:tcPr>
            <w:tcW w:type="dxa" w:w="1417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Version / date</w:t>
            </w:r>
          </w:p>
        </w:tc>
        <w:tc>
          <w:tcPr>
            <w:tcW w:type="dxa" w:w="1417"/>
            <w:shd w:val="clear" w:color="auto" w:fill="1F4E79"/>
            <w:vAlign w:val="center"/>
            <w:tcBorders>
              <w:top w:sz="8" w:val="single" w:color="1F4E79"/>
              <w:left w:sz="8" w:val="single" w:color="1F4E79"/>
              <w:bottom w:sz="8" w:val="single" w:color="1F4E79"/>
              <w:right w:sz="8" w:val="single" w:color="1F4E79"/>
            </w:tcBorders>
          </w:tcPr>
          <w:p>
            <w:pPr>
              <w:spacing w:before="40" w:after="40" w:line="240" w:lineRule="auto"/>
              <w:jc w:val="center"/>
            </w:pPr>
            <w:r/>
            <w:r>
              <w:rPr>
                <w:b/>
                <w:color w:val="FFFFFF"/>
                <w:sz w:val="19"/>
              </w:rPr>
              <w:t>Accès</w:t>
            </w:r>
          </w:p>
        </w:tc>
      </w:tr>
      <w:tr>
        <w:tc>
          <w:tcPr>
            <w:tcW w:type="dxa" w:w="51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51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  <w:tr>
        <w:tc>
          <w:tcPr>
            <w:tcW w:type="dxa" w:w="5102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701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  <w:tc>
          <w:tcPr>
            <w:tcW w:type="dxa" w:w="1417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64" w:lineRule="auto"/>
            </w:pPr>
            <w:r>
              <w:t xml:space="preserve"> 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1F4E79"/>
          <w:sz w:val="23"/>
        </w:rPr>
        <w:t>VALIDATION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4819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FFFFF"/>
            <w:vAlign w:val="top"/>
          </w:tcPr>
          <w:p>
            <w:pPr>
              <w:spacing w:before="120" w:after="120" w:line="276" w:lineRule="auto"/>
            </w:pPr>
            <w:r/>
            <w:r>
              <w:rPr>
                <w:b/>
                <w:color w:val="111827"/>
                <w:sz w:val="20"/>
              </w:rPr>
              <w:t>Rédigé par</w:t>
              <w:br/>
            </w:r>
            <w:r>
              <w:rPr>
                <w:color w:val="374151"/>
                <w:sz w:val="20"/>
              </w:rPr>
              <w:t>Nom : ____________________</w:t>
              <w:br/>
              <w:t>Signature : ____________________</w:t>
            </w:r>
          </w:p>
        </w:tc>
        <w:tc>
          <w:tcPr>
            <w:tcW w:type="dxa" w:w="4819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FFFFF"/>
            <w:vAlign w:val="top"/>
          </w:tcPr>
          <w:p>
            <w:pPr>
              <w:spacing w:before="120" w:after="120" w:line="276" w:lineRule="auto"/>
            </w:pPr>
            <w:r/>
            <w:r>
              <w:rPr>
                <w:b/>
                <w:color w:val="111827"/>
                <w:sz w:val="20"/>
              </w:rPr>
              <w:t>Relu / validé par</w:t>
              <w:br/>
            </w:r>
            <w:r>
              <w:rPr>
                <w:color w:val="374151"/>
                <w:sz w:val="20"/>
              </w:rPr>
              <w:t>Nom : ____________________</w:t>
              <w:br/>
              <w:t>Signature : ____________________</w:t>
            </w:r>
          </w:p>
        </w:tc>
      </w:tr>
      <w:tr>
        <w:tc>
          <w:tcPr>
            <w:tcW w:type="dxa" w:w="4819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FFFFF"/>
            <w:vAlign w:val="top"/>
          </w:tcPr>
          <w:p>
            <w:pPr>
              <w:spacing w:before="120" w:after="120" w:line="276" w:lineRule="auto"/>
            </w:pPr>
            <w:r/>
            <w:r>
              <w:rPr>
                <w:b/>
                <w:color w:val="111827"/>
                <w:sz w:val="20"/>
              </w:rPr>
              <w:t>Diffusion</w:t>
              <w:br/>
            </w:r>
            <w:r>
              <w:rPr>
                <w:color w:val="374151"/>
                <w:sz w:val="20"/>
              </w:rPr>
              <w:t>Équipe / Service : ____________________</w:t>
              <w:br/>
              <w:t>Autres : ____________________</w:t>
            </w:r>
          </w:p>
        </w:tc>
        <w:tc>
          <w:tcPr>
            <w:tcW w:type="dxa" w:w="4819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FFFFF"/>
            <w:vAlign w:val="top"/>
          </w:tcPr>
          <w:p>
            <w:pPr>
              <w:spacing w:before="120" w:after="120" w:line="276" w:lineRule="auto"/>
            </w:pPr>
            <w:r/>
            <w:r>
              <w:rPr>
                <w:b/>
                <w:color w:val="111827"/>
                <w:sz w:val="20"/>
              </w:rPr>
              <w:t>Référence</w:t>
              <w:br/>
            </w:r>
            <w:r>
              <w:rPr>
                <w:color w:val="374151"/>
                <w:sz w:val="20"/>
              </w:rPr>
              <w:t>Projet / Dossier : ____________________</w:t>
              <w:br/>
              <w:t>N° doc : ____________________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907" w:right="964" w:bottom="90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80" w:after="0" w:line="240" w:lineRule="auto"/>
      <w:jc w:val="center"/>
    </w:pPr>
    <w:r>
      <w:rPr>
        <w:color w:val="6B7280"/>
        <w:sz w:val="18"/>
      </w:rPr>
      <w:t xml:space="preserve">lecoursgratuit.com  |  Page </w:t>
    </w:r>
    <w:r>
      <w:rPr>
        <w:color w:val="6B7280"/>
        <w:sz w:val="18"/>
      </w:rPr>
      <w:fldChar w:fldCharType="begin"/>
      <w:instrText xml:space="preserve">PAGE</w:instrText>
      <w:fldChar w:fldCharType="end"/>
    </w:r>
    <w:r>
      <w:rPr>
        <w:color w:val="6B7280"/>
        <w:sz w:val="18"/>
      </w:rPr>
      <w:t xml:space="preserve"> / </w:t>
    </w:r>
    <w:r>
      <w:rPr>
        <w:color w:val="6B7280"/>
        <w:sz w:val="18"/>
      </w:rPr>
      <w:fldChar w:fldCharType="begin"/>
      <w:instrText xml:space="preserve"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6803"/>
      <w:gridCol w:w="2948"/>
    </w:tblGrid>
    <w:tr>
      <w:tc>
        <w:tcPr>
          <w:tcW w:type="dxa" w:w="4876"/>
          <w:shd w:val="clear" w:color="auto" w:fill="FFFFFF"/>
        </w:tcPr>
        <w:p>
          <w:pPr>
            <w:spacing w:before="0" w:after="0" w:line="240" w:lineRule="auto"/>
          </w:pPr>
          <w:r/>
          <w:r>
            <w:rPr>
              <w:b/>
              <w:color w:val="1F4E79"/>
              <w:sz w:val="19"/>
            </w:rPr>
            <w:t>COMPTE RENDU - RÉUNION</w:t>
          </w:r>
        </w:p>
      </w:tc>
      <w:tc>
        <w:tcPr>
          <w:tcW w:type="dxa" w:w="4876"/>
          <w:shd w:val="clear" w:color="auto" w:fill="E8F0FA"/>
        </w:tcPr>
        <w:p>
          <w:pPr>
            <w:spacing w:before="0" w:after="0" w:line="240" w:lineRule="auto"/>
            <w:jc w:val="right"/>
          </w:pPr>
          <w:r/>
          <w:r>
            <w:rPr>
              <w:b/>
              <w:color w:val="1F4E79"/>
              <w:sz w:val="19"/>
            </w:rPr>
            <w:t>MODÈLE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