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  <w:color w:val="143778"/>
          <w:sz w:val="48"/>
        </w:rPr>
        <w:t>DOSSIER LOCATAIRE COMPLET</w:t>
        <w:br/>
      </w:r>
      <w:r>
        <w:rPr>
          <w:b/>
          <w:color w:val="C99121"/>
          <w:sz w:val="32"/>
        </w:rPr>
        <w:t>Modèle professionnel prêt à imprimer</w:t>
      </w:r>
    </w:p>
    <w:p>
      <w:r>
        <w:t>Ce dossier permet de centraliser toutes les informations utiles à l'étude d'une candidature à la location.</w:t>
      </w:r>
    </w:p>
    <w:p>
      <w:r>
        <w:rPr>
          <w:b/>
          <w:color w:val="143778"/>
          <w:sz w:val="30"/>
        </w:rPr>
        <w:t>1. Informations du candidat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60"/>
        <w:gridCol w:w="5560"/>
      </w:tblGrid>
      <w:tr>
        <w:tc>
          <w:tcPr>
            <w:tcW w:type="dxa" w:w="5560"/>
          </w:tcPr>
          <w:p>
            <w:r>
              <w:t>Nom : _______________________</w:t>
            </w:r>
          </w:p>
        </w:tc>
        <w:tc>
          <w:tcPr>
            <w:tcW w:type="dxa" w:w="5560"/>
          </w:tcPr>
          <w:p>
            <w:r>
              <w:t>Prénom : _______________________</w:t>
            </w:r>
          </w:p>
        </w:tc>
      </w:tr>
      <w:tr>
        <w:tc>
          <w:tcPr>
            <w:tcW w:type="dxa" w:w="5560"/>
          </w:tcPr>
          <w:p>
            <w:r>
              <w:t>Date de naissance : _______________________</w:t>
            </w:r>
          </w:p>
        </w:tc>
        <w:tc>
          <w:tcPr>
            <w:tcW w:type="dxa" w:w="5560"/>
          </w:tcPr>
          <w:p>
            <w:r>
              <w:t>Lieu de naissance : _______________________</w:t>
            </w:r>
          </w:p>
        </w:tc>
      </w:tr>
      <w:tr>
        <w:tc>
          <w:tcPr>
            <w:tcW w:type="dxa" w:w="5560"/>
          </w:tcPr>
          <w:p>
            <w:r>
              <w:t>Téléphone : _______________________</w:t>
            </w:r>
          </w:p>
        </w:tc>
        <w:tc>
          <w:tcPr>
            <w:tcW w:type="dxa" w:w="5560"/>
          </w:tcPr>
          <w:p>
            <w:r>
              <w:t>E-mail : _______________________</w:t>
            </w:r>
          </w:p>
        </w:tc>
      </w:tr>
      <w:tr>
        <w:tc>
          <w:tcPr>
            <w:tcW w:type="dxa" w:w="5560"/>
          </w:tcPr>
          <w:p>
            <w:r>
              <w:t>Adresse actuelle : _______________________</w:t>
            </w:r>
          </w:p>
        </w:tc>
        <w:tc>
          <w:tcPr>
            <w:tcW w:type="dxa" w:w="5560"/>
          </w:tcPr>
          <w:p>
            <w:r>
              <w:t>Code postal / Ville : _______________________</w:t>
            </w:r>
          </w:p>
        </w:tc>
      </w:tr>
      <w:tr>
        <w:tc>
          <w:tcPr>
            <w:tcW w:type="dxa" w:w="5560"/>
          </w:tcPr>
          <w:p>
            <w:r>
              <w:t>Profession : _______________________</w:t>
            </w:r>
          </w:p>
        </w:tc>
        <w:tc>
          <w:tcPr>
            <w:tcW w:type="dxa" w:w="5560"/>
          </w:tcPr>
          <w:p>
            <w:r>
              <w:t>Employeur : _______________________</w:t>
            </w:r>
          </w:p>
        </w:tc>
      </w:tr>
      <w:tr>
        <w:tc>
          <w:tcPr>
            <w:tcW w:type="dxa" w:w="5560"/>
          </w:tcPr>
          <w:p>
            <w:r>
              <w:t>Type de contrat : _______________________</w:t>
            </w:r>
          </w:p>
        </w:tc>
        <w:tc>
          <w:tcPr>
            <w:tcW w:type="dxa" w:w="5560"/>
          </w:tcPr>
          <w:p>
            <w:r>
              <w:t>Ancienneté : _______________________</w:t>
            </w:r>
          </w:p>
        </w:tc>
      </w:tr>
      <w:tr>
        <w:tc>
          <w:tcPr>
            <w:tcW w:type="dxa" w:w="5560"/>
          </w:tcPr>
          <w:p>
            <w:r>
              <w:t>Revenus mensuels : _______________________</w:t>
            </w:r>
          </w:p>
        </w:tc>
        <w:tc>
          <w:tcPr>
            <w:tcW w:type="dxa" w:w="5560"/>
          </w:tcPr>
          <w:p>
            <w:r>
              <w:t>Autres revenus : _______________________</w:t>
            </w:r>
          </w:p>
        </w:tc>
      </w:tr>
      <w:tr>
        <w:tc>
          <w:tcPr>
            <w:tcW w:type="dxa" w:w="5560"/>
          </w:tcPr>
          <w:p>
            <w:r>
              <w:t>Personnes au foyer : _______________________</w:t>
            </w:r>
          </w:p>
        </w:tc>
        <w:tc>
          <w:tcPr>
            <w:tcW w:type="dxa" w:w="5560"/>
          </w:tcPr>
          <w:p>
            <w:r>
              <w:t>Animaux : _______________________</w:t>
            </w:r>
          </w:p>
        </w:tc>
      </w:tr>
      <w:tr>
        <w:tc>
          <w:tcPr>
            <w:tcW w:type="dxa" w:w="5560"/>
          </w:tcPr>
          <w:p>
            <w:r>
              <w:t>Observations : _______________________</w:t>
            </w:r>
          </w:p>
        </w:tc>
        <w:tc>
          <w:tcPr>
            <w:tcW w:type="dxa" w:w="5560"/>
          </w:tcPr>
          <w:p>
            <w:r>
              <w:t xml:space="preserve"> : _______________________</w:t>
            </w:r>
          </w:p>
        </w:tc>
      </w:tr>
    </w:tbl>
    <w:p>
      <w:r>
        <w:rPr>
          <w:b/>
          <w:color w:val="143778"/>
          <w:sz w:val="30"/>
        </w:rPr>
        <w:t>2. Logement recherché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60"/>
        <w:gridCol w:w="5560"/>
      </w:tblGrid>
      <w:tr>
        <w:tc>
          <w:tcPr>
            <w:tcW w:type="dxa" w:w="5560"/>
          </w:tcPr>
          <w:p>
            <w:r>
              <w:t>Adresse du bien : _______________________</w:t>
            </w:r>
          </w:p>
        </w:tc>
        <w:tc>
          <w:tcPr>
            <w:tcW w:type="dxa" w:w="5560"/>
          </w:tcPr>
          <w:p>
            <w:r>
              <w:t>Loyer : _______________________</w:t>
            </w:r>
          </w:p>
        </w:tc>
      </w:tr>
      <w:tr>
        <w:tc>
          <w:tcPr>
            <w:tcW w:type="dxa" w:w="5560"/>
          </w:tcPr>
          <w:p>
            <w:r>
              <w:t>Charges : _______________________</w:t>
            </w:r>
          </w:p>
        </w:tc>
        <w:tc>
          <w:tcPr>
            <w:tcW w:type="dxa" w:w="5560"/>
          </w:tcPr>
          <w:p>
            <w:r>
              <w:t>Date souhaitée d'entrée : _______________________</w:t>
            </w:r>
          </w:p>
        </w:tc>
      </w:tr>
      <w:tr>
        <w:tc>
          <w:tcPr>
            <w:tcW w:type="dxa" w:w="5560"/>
          </w:tcPr>
          <w:p>
            <w:r>
              <w:t>Durée souhaitée : _______________________</w:t>
            </w:r>
          </w:p>
        </w:tc>
        <w:tc>
          <w:tcPr>
            <w:tcW w:type="dxa" w:w="5560"/>
          </w:tcPr>
          <w:p>
            <w:r>
              <w:t>Parking : _______________________</w:t>
            </w:r>
          </w:p>
        </w:tc>
      </w:tr>
      <w:tr>
        <w:tc>
          <w:tcPr>
            <w:tcW w:type="dxa" w:w="5560"/>
          </w:tcPr>
          <w:p>
            <w:r>
              <w:t>Cave : _______________________</w:t>
            </w:r>
          </w:p>
        </w:tc>
        <w:tc>
          <w:tcPr>
            <w:tcW w:type="dxa" w:w="5560"/>
          </w:tcPr>
          <w:p>
            <w:r>
              <w:t>Meublé / Vide : _______________________</w:t>
            </w:r>
          </w:p>
        </w:tc>
      </w:tr>
      <w:tr>
        <w:tc>
          <w:tcPr>
            <w:tcW w:type="dxa" w:w="5560"/>
          </w:tcPr>
          <w:p>
            <w:r>
              <w:t>Garant : _______________________</w:t>
            </w:r>
          </w:p>
        </w:tc>
        <w:tc>
          <w:tcPr>
            <w:tcW w:type="dxa" w:w="5560"/>
          </w:tcPr>
          <w:p>
            <w:r>
              <w:t>Colocation : _______________________</w:t>
            </w:r>
          </w:p>
        </w:tc>
      </w:tr>
      <w:tr>
        <w:tc>
          <w:tcPr>
            <w:tcW w:type="dxa" w:w="5560"/>
          </w:tcPr>
          <w:p>
            <w:r>
              <w:t>Commentaires : _______________________</w:t>
            </w:r>
          </w:p>
        </w:tc>
        <w:tc>
          <w:tcPr>
            <w:tcW w:type="dxa" w:w="5560"/>
          </w:tcPr>
          <w:p>
            <w:r>
              <w:t xml:space="preserve"> : _______________________</w:t>
            </w:r>
          </w:p>
        </w:tc>
      </w:tr>
    </w:tbl>
    <w:p>
      <w:r>
        <w:rPr>
          <w:b/>
          <w:color w:val="143778"/>
          <w:sz w:val="30"/>
        </w:rPr>
        <w:t>3. Pièces justificatives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707"/>
        <w:gridCol w:w="3707"/>
        <w:gridCol w:w="3707"/>
      </w:tblGrid>
      <w:tr>
        <w:tc>
          <w:tcPr>
            <w:tcW w:type="dxa" w:w="3707"/>
          </w:tcPr>
          <w:p>
            <w:r>
              <w:t>Document</w:t>
            </w:r>
          </w:p>
        </w:tc>
        <w:tc>
          <w:tcPr>
            <w:tcW w:type="dxa" w:w="3707"/>
          </w:tcPr>
          <w:p>
            <w:r>
              <w:t>Fourni</w:t>
            </w:r>
          </w:p>
        </w:tc>
        <w:tc>
          <w:tcPr>
            <w:tcW w:type="dxa" w:w="3707"/>
          </w:tcPr>
          <w:p>
            <w:r>
              <w:t>Observations</w:t>
            </w:r>
          </w:p>
        </w:tc>
      </w:tr>
      <w:tr>
        <w:tc>
          <w:tcPr>
            <w:tcW w:type="dxa" w:w="3707"/>
          </w:tcPr>
          <w:p>
            <w:r>
              <w:t>Pièce d'identité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  <w:tr>
        <w:tc>
          <w:tcPr>
            <w:tcW w:type="dxa" w:w="3707"/>
          </w:tcPr>
          <w:p>
            <w:r>
              <w:t>3 bulletins de salaire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  <w:tr>
        <w:tc>
          <w:tcPr>
            <w:tcW w:type="dxa" w:w="3707"/>
          </w:tcPr>
          <w:p>
            <w:r>
              <w:t>Contrat de travail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  <w:tr>
        <w:tc>
          <w:tcPr>
            <w:tcW w:type="dxa" w:w="3707"/>
          </w:tcPr>
          <w:p>
            <w:r>
              <w:t>Avis d'imposition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  <w:tr>
        <w:tc>
          <w:tcPr>
            <w:tcW w:type="dxa" w:w="3707"/>
          </w:tcPr>
          <w:p>
            <w:r>
              <w:t>Justificatif de domicile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  <w:tr>
        <w:tc>
          <w:tcPr>
            <w:tcW w:type="dxa" w:w="3707"/>
          </w:tcPr>
          <w:p>
            <w:r>
              <w:t>Garant (si applicable)</w:t>
            </w:r>
          </w:p>
        </w:tc>
        <w:tc>
          <w:tcPr>
            <w:tcW w:type="dxa" w:w="3707"/>
          </w:tcPr>
          <w:p>
            <w:r>
              <w:t>☐ Oui   ☐ Non</w:t>
            </w:r>
          </w:p>
        </w:tc>
        <w:tc>
          <w:tcPr>
            <w:tcW w:type="dxa" w:w="3707"/>
          </w:tcPr>
          <w:p>
            <w:r/>
          </w:p>
        </w:tc>
      </w:tr>
    </w:tbl>
    <w:p>
      <w:r>
        <w:rPr>
          <w:b/>
          <w:color w:val="143778"/>
          <w:sz w:val="30"/>
        </w:rPr>
        <w:t>4. Analyse du propriétaire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60"/>
        <w:gridCol w:w="5560"/>
      </w:tblGrid>
      <w:tr>
        <w:tc>
          <w:tcPr>
            <w:tcW w:type="dxa" w:w="5560"/>
          </w:tcPr>
          <w:p>
            <w:r>
              <w:t>Score de solvabilité</w:t>
            </w:r>
          </w:p>
        </w:tc>
        <w:tc>
          <w:tcPr>
            <w:tcW w:type="dxa" w:w="5560"/>
          </w:tcPr>
          <w:p>
            <w:r/>
          </w:p>
        </w:tc>
      </w:tr>
      <w:tr>
        <w:tc>
          <w:tcPr>
            <w:tcW w:type="dxa" w:w="5560"/>
          </w:tcPr>
          <w:p>
            <w:r>
              <w:t>Ratio loyer/revenus</w:t>
            </w:r>
          </w:p>
        </w:tc>
        <w:tc>
          <w:tcPr>
            <w:tcW w:type="dxa" w:w="5560"/>
          </w:tcPr>
          <w:p>
            <w:r/>
          </w:p>
        </w:tc>
      </w:tr>
      <w:tr>
        <w:tc>
          <w:tcPr>
            <w:tcW w:type="dxa" w:w="5560"/>
          </w:tcPr>
          <w:p>
            <w:r>
              <w:t>Garant</w:t>
            </w:r>
          </w:p>
        </w:tc>
        <w:tc>
          <w:tcPr>
            <w:tcW w:type="dxa" w:w="5560"/>
          </w:tcPr>
          <w:p>
            <w:r/>
          </w:p>
        </w:tc>
      </w:tr>
      <w:tr>
        <w:tc>
          <w:tcPr>
            <w:tcW w:type="dxa" w:w="5560"/>
          </w:tcPr>
          <w:p>
            <w:r>
              <w:t>Dossier</w:t>
            </w:r>
          </w:p>
        </w:tc>
        <w:tc>
          <w:tcPr>
            <w:tcW w:type="dxa" w:w="5560"/>
          </w:tcPr>
          <w:p>
            <w:r>
              <w:t>☐ Accepté ☐ À compléter ☐ Refusé</w:t>
            </w:r>
          </w:p>
        </w:tc>
      </w:tr>
      <w:tr>
        <w:tc>
          <w:tcPr>
            <w:tcW w:type="dxa" w:w="5560"/>
          </w:tcPr>
          <w:p>
            <w:r>
              <w:t>Commentaires</w:t>
            </w:r>
          </w:p>
        </w:tc>
        <w:tc>
          <w:tcPr>
            <w:tcW w:type="dxa" w:w="5560"/>
          </w:tcPr>
          <w:p>
            <w:r/>
          </w:p>
        </w:tc>
      </w:tr>
      <w:tr>
        <w:tc>
          <w:tcPr>
            <w:tcW w:type="dxa" w:w="5560"/>
          </w:tcPr>
          <w:p>
            <w:r>
              <w:t>Décision finale</w:t>
            </w:r>
          </w:p>
        </w:tc>
        <w:tc>
          <w:tcPr>
            <w:tcW w:type="dxa" w:w="5560"/>
          </w:tcPr>
          <w:p>
            <w:r/>
          </w:p>
        </w:tc>
      </w:tr>
    </w:tbl>
    <w:p>
      <w:r>
        <w:rPr>
          <w:b/>
          <w:color w:val="143778"/>
          <w:sz w:val="30"/>
        </w:rPr>
        <w:t>5. Signatures</w:t>
      </w:r>
    </w:p>
    <w:p>
      <w:r>
        <w:t>Candidat : ______________________          Date : ____ / ____ / ______</w:t>
      </w:r>
    </w:p>
    <w:p>
      <w:r>
        <w:t>Propriétaire / Gestionnaire : ______________________________</w:t>
      </w:r>
    </w:p>
    <w:sectPr w:rsidR="00FC693F" w:rsidRPr="0006063C" w:rsidSect="00034616">
      <w:pgSz w:w="12240" w:h="15840"/>
      <w:pgMar w:top="1440" w:right="560" w:bottom="1440" w:left="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