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200"/>
      </w:tblGrid>
      <w:tr>
        <w:tc>
          <w:tcPr>
            <w:tcW w:type="dxa" w:w="10200"/>
            <w:shd w:fill="23395B"/>
            <w:tcMar>
              <w:top w:w="90" w:type="dxa"/>
              <w:start w:w="150" w:type="dxa"/>
              <w:bottom w:w="90" w:type="dxa"/>
              <w:end w:w="15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FFFFFF"/>
                <w:sz w:val="24"/>
              </w:rPr>
              <w:t>MODÈLE WORD</w:t>
            </w:r>
          </w:p>
          <w:p/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FFFFFF"/>
                <w:sz w:val="36"/>
              </w:rPr>
              <w:t>Lettre de demande d’immersion professionnelle</w:t>
            </w:r>
          </w:p>
        </w:tc>
      </w:tr>
    </w:tbl>
    <w:p>
      <w:pPr>
        <w:spacing w:before="120" w:after="200" w:line="276" w:lineRule="auto"/>
        <w:jc w:val="center"/>
      </w:pPr>
      <w:r>
        <w:rPr>
          <w:rFonts w:ascii="Aptos" w:hAnsi="Aptos"/>
          <w:b w:val="0"/>
          <w:i/>
          <w:color w:val="6C7A89"/>
          <w:sz w:val="21"/>
        </w:rPr>
        <w:t>Présentation sobre, élégante et directement personnalisable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00"/>
        <w:gridCol w:w="3400"/>
        <w:gridCol w:w="3400"/>
      </w:tblGrid>
      <w:tr>
        <w:tc>
          <w:tcPr>
            <w:tcW w:type="dxa" w:w="2891"/>
            <w:shd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19"/>
              </w:rPr>
              <w:t>Usage</w:t>
              <w:br/>
            </w:r>
            <w:r>
              <w:rPr>
                <w:rFonts w:ascii="Aptos" w:hAnsi="Aptos"/>
                <w:b w:val="0"/>
                <w:i w:val="0"/>
                <w:color w:val="4A5568"/>
                <w:sz w:val="19"/>
              </w:rPr>
              <w:t>Demande auprès d’une entreprise</w:t>
            </w:r>
          </w:p>
        </w:tc>
        <w:tc>
          <w:tcPr>
            <w:tcW w:type="dxa" w:w="2891"/>
            <w:shd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19"/>
              </w:rPr>
              <w:t>Style</w:t>
              <w:br/>
            </w:r>
            <w:r>
              <w:rPr>
                <w:rFonts w:ascii="Aptos" w:hAnsi="Aptos"/>
                <w:b w:val="0"/>
                <w:i w:val="0"/>
                <w:color w:val="4A5568"/>
                <w:sz w:val="19"/>
              </w:rPr>
              <w:t>Professionnel et lisible</w:t>
            </w:r>
          </w:p>
        </w:tc>
        <w:tc>
          <w:tcPr>
            <w:tcW w:type="dxa" w:w="2891"/>
            <w:shd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19"/>
              </w:rPr>
              <w:t>Format</w:t>
              <w:br/>
            </w:r>
            <w:r>
              <w:rPr>
                <w:rFonts w:ascii="Aptos" w:hAnsi="Aptos"/>
                <w:b w:val="0"/>
                <w:i w:val="0"/>
                <w:color w:val="4A5568"/>
                <w:sz w:val="19"/>
              </w:rPr>
              <w:t>Prêt à remplir dans Word</w:t>
            </w:r>
          </w:p>
        </w:tc>
      </w:tr>
    </w:tbl>
    <w:p>
      <w:pPr>
        <w:spacing w:before="200" w:after="100" w:line="276" w:lineRule="auto"/>
      </w:pPr>
      <w:r>
        <w:rPr>
          <w:rFonts w:ascii="Aptos" w:hAnsi="Aptos"/>
          <w:b/>
          <w:i w:val="0"/>
          <w:color w:val="23395B"/>
          <w:sz w:val="25"/>
        </w:rPr>
        <w:t>Zones à personnaliser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7E0EA"/>
          <w:left w:val="single" w:sz="8" w:space="0" w:color="D7E0EA"/>
          <w:bottom w:val="single" w:sz="8" w:space="0" w:color="D7E0EA"/>
          <w:right w:val="single" w:sz="8" w:space="0" w:color="D7E0EA"/>
          <w:insideH w:val="single" w:sz="8" w:space="0" w:color="D7E0EA"/>
          <w:insideV w:val="single" w:sz="8" w:space="0" w:color="D7E0EA"/>
        </w:tblBorders>
      </w:tblPr>
      <w:tblGrid>
        <w:gridCol w:w="5100"/>
        <w:gridCol w:w="5100"/>
      </w:tblGrid>
      <w:tr>
        <w:tc>
          <w:tcPr>
            <w:tcW w:type="dxa" w:w="2381"/>
            <w:vAlign w:val="center"/>
            <w:shd w:fill="DCE6F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/>
                <w:i w:val="0"/>
                <w:color w:val="23395B"/>
                <w:sz w:val="21"/>
              </w:rPr>
              <w:t>Candidat</w:t>
            </w:r>
          </w:p>
        </w:tc>
        <w:tc>
          <w:tcPr>
            <w:tcW w:type="dxa" w:w="6520"/>
            <w:vAlign w:val="center"/>
            <w:shd w:fill="F8FAF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/>
                <w:color w:val="4A5568"/>
                <w:sz w:val="21"/>
              </w:rPr>
              <w:t>[Nom, adresse, téléphone, e-mail]</w:t>
            </w:r>
          </w:p>
        </w:tc>
      </w:tr>
      <w:tr>
        <w:tc>
          <w:tcPr>
            <w:tcW w:type="dxa" w:w="2381"/>
            <w:vAlign w:val="center"/>
            <w:shd w:fill="DCE6F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/>
                <w:i w:val="0"/>
                <w:color w:val="23395B"/>
                <w:sz w:val="21"/>
              </w:rPr>
              <w:t>Entreprise</w:t>
            </w:r>
          </w:p>
        </w:tc>
        <w:tc>
          <w:tcPr>
            <w:tcW w:type="dxa" w:w="6520"/>
            <w:vAlign w:val="center"/>
            <w:shd w:fill="F8FAF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/>
                <w:color w:val="4A5568"/>
                <w:sz w:val="21"/>
              </w:rPr>
              <w:t>[Nom de l’entreprise, interlocuteur, adresse]</w:t>
            </w:r>
          </w:p>
        </w:tc>
      </w:tr>
      <w:tr>
        <w:tc>
          <w:tcPr>
            <w:tcW w:type="dxa" w:w="2381"/>
            <w:vAlign w:val="center"/>
            <w:shd w:fill="DCE6F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/>
                <w:i w:val="0"/>
                <w:color w:val="23395B"/>
                <w:sz w:val="21"/>
              </w:rPr>
              <w:t>Période souhaitée</w:t>
            </w:r>
          </w:p>
        </w:tc>
        <w:tc>
          <w:tcPr>
            <w:tcW w:type="dxa" w:w="6520"/>
            <w:vAlign w:val="center"/>
            <w:shd w:fill="F8FAF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/>
                <w:color w:val="4A5568"/>
                <w:sz w:val="21"/>
              </w:rPr>
              <w:t>[Dates ou semaine souhaitée]</w:t>
            </w:r>
          </w:p>
        </w:tc>
      </w:tr>
      <w:tr>
        <w:tc>
          <w:tcPr>
            <w:tcW w:type="dxa" w:w="2381"/>
            <w:vAlign w:val="center"/>
            <w:shd w:fill="DCE6F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/>
                <w:i w:val="0"/>
                <w:color w:val="23395B"/>
                <w:sz w:val="21"/>
              </w:rPr>
              <w:t>Métier visé</w:t>
            </w:r>
          </w:p>
        </w:tc>
        <w:tc>
          <w:tcPr>
            <w:tcW w:type="dxa" w:w="6520"/>
            <w:vAlign w:val="center"/>
            <w:shd w:fill="F8FAF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/>
                <w:color w:val="4A5568"/>
                <w:sz w:val="21"/>
              </w:rPr>
              <w:t>[Exemple : assistant RH, technicien maintenance, chargé de clientèle]</w:t>
            </w:r>
          </w:p>
        </w:tc>
      </w:tr>
    </w:tbl>
    <w:p>
      <w:pPr>
        <w:spacing w:before="240" w:after="80" w:line="276" w:lineRule="auto"/>
      </w:pPr>
      <w:r>
        <w:rPr>
          <w:rFonts w:ascii="Aptos" w:hAnsi="Aptos"/>
          <w:b/>
          <w:i w:val="0"/>
          <w:color w:val="23395B"/>
          <w:sz w:val="25"/>
        </w:rPr>
        <w:t>Lettre prête à compléter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7E0EA"/>
          <w:left w:val="single" w:sz="10" w:space="0" w:color="D7E0EA"/>
          <w:bottom w:val="single" w:sz="10" w:space="0" w:color="D7E0EA"/>
          <w:right w:val="single" w:sz="10" w:space="0" w:color="D7E0EA"/>
          <w:insideH w:val="single" w:sz="10" w:space="0" w:color="D7E0EA"/>
          <w:insideV w:val="single" w:sz="10" w:space="0" w:color="D7E0EA"/>
        </w:tblBorders>
      </w:tblPr>
      <w:tblGrid>
        <w:gridCol w:w="10200"/>
      </w:tblGrid>
      <w:tr>
        <w:tc>
          <w:tcPr>
            <w:tcW w:type="dxa" w:w="8957"/>
            <w:tcMar>
              <w:top w:w="130" w:type="dxa"/>
              <w:start w:w="150" w:type="dxa"/>
              <w:bottom w:w="130" w:type="dxa"/>
              <w:end w:w="150" w:type="dxa"/>
            </w:tcMar>
          </w:tcPr>
          <w:p>
            <w:pPr>
              <w:spacing w:before="0" w:after="60" w:line="276" w:lineRule="auto"/>
            </w:pPr>
            <w:r>
              <w:rPr>
                <w:rFonts w:ascii="Aptos" w:hAnsi="Aptos"/>
                <w:b/>
                <w:i w:val="0"/>
                <w:color w:val="2F2F2F"/>
                <w:sz w:val="23"/>
              </w:rPr>
              <w:t>[Nom et prénom]</w:t>
              <w:br/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>[Adresse]</w:t>
              <w:br/>
              <w:t>[Code postal, Ville]</w:t>
              <w:br/>
              <w:t>[Téléphone] — [E-mail]</w:t>
            </w:r>
          </w:p>
          <w:p>
            <w:pPr>
              <w:spacing w:before="0" w:after="240" w:line="276" w:lineRule="auto"/>
              <w:jc w:val="right"/>
            </w:pPr>
            <w:r>
              <w:rPr>
                <w:rFonts w:ascii="Aptos" w:hAnsi="Aptos"/>
                <w:b w:val="0"/>
                <w:i/>
                <w:color w:val="2F2F2F"/>
                <w:sz w:val="22"/>
              </w:rPr>
              <w:t>[Ville], le [date]</w:t>
            </w:r>
          </w:p>
          <w:p>
            <w:pPr>
              <w:spacing w:before="0" w:after="4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À l’attention de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[Madame / Monsieur Nom, fonction]</w:t>
            </w:r>
          </w:p>
          <w:p>
            <w:pPr>
              <w:spacing w:before="0" w:after="20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>[Nom de l’entreprise]</w:t>
              <w:br/>
              <w:t>[Adresse]</w:t>
              <w:br/>
              <w:t>[Code postal, Ville]</w:t>
            </w:r>
          </w:p>
          <w:p>
            <w:pPr>
              <w:spacing w:before="0" w:after="240" w:line="276" w:lineRule="auto"/>
            </w:pPr>
            <w:r>
              <w:rPr>
                <w:rFonts w:ascii="Aptos" w:hAnsi="Aptos"/>
                <w:b/>
                <w:i w:val="0"/>
                <w:color w:val="23395B"/>
                <w:sz w:val="23"/>
              </w:rPr>
              <w:t>Objet : Demande d’immersion professionnelle</w:t>
            </w:r>
          </w:p>
          <w:p>
            <w:pPr>
              <w:spacing w:before="0" w:after="160" w:line="300" w:lineRule="auto"/>
              <w:jc w:val="both"/>
            </w:pPr>
            <w:r>
              <w:rPr>
                <w:rFonts w:ascii="Aptos" w:hAnsi="Aptos"/>
                <w:b/>
                <w:i w:val="0"/>
                <w:color w:val="2F2F2F"/>
                <w:sz w:val="23"/>
              </w:rPr>
              <w:t>Madame, Monsieur,</w:t>
            </w:r>
          </w:p>
          <w:p>
            <w:pPr>
              <w:spacing w:before="0" w:after="160" w:line="300" w:lineRule="auto"/>
              <w:jc w:val="both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Actuellement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[étudiant(e) / en reconversion / en recherche d’orientation]</w:t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, je souhaite réaliser une immersion professionnelle afin de mieux découvrir le métier de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[intitulé du métier]</w:t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 et d’observer son exercice au plus près du terrain.</w:t>
            </w:r>
          </w:p>
          <w:p>
            <w:pPr>
              <w:spacing w:before="0" w:after="160" w:line="300" w:lineRule="auto"/>
              <w:jc w:val="both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Votre structure retient particulièrement mon attention en raison de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[sa réputation / ses valeurs / son activité / la qualité de son accompagnement]</w:t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>. Une telle immersion représenterait pour moi une occasion précieuse de confronter mon projet professionnel à la réalité concrète du poste.</w:t>
            </w:r>
          </w:p>
          <w:p>
            <w:pPr>
              <w:spacing w:before="0" w:after="160" w:line="300" w:lineRule="auto"/>
              <w:jc w:val="both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Sérieux(se), curieux(se) et impliqué(e), je serais heureux(se) de pouvoir découvrir votre environnement de travail pendant la période du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[date de début]</w:t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 au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[date de fin]</w:t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>. Je m’engage naturellement à respecter vos consignes, votre organisation interne ainsi que les règles de confidentialité qui pourraient s’appliquer.</w:t>
            </w:r>
          </w:p>
          <w:p>
            <w:pPr>
              <w:spacing w:before="0" w:after="160" w:line="300" w:lineRule="auto"/>
              <w:jc w:val="both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 xml:space="preserve">Cette démarche s’inscrit dans une volonté claire de mieux orienter mon parcours et d’affiner mon projet dans le domaine de </w:t>
            </w:r>
            <w:r>
              <w:rPr>
                <w:rFonts w:ascii="Aptos" w:hAnsi="Aptos"/>
                <w:b/>
                <w:i w:val="0"/>
                <w:color w:val="23395B"/>
                <w:sz w:val="23"/>
                <w:highlight w:val="yellow"/>
              </w:rPr>
              <w:t>[secteur visé]</w:t>
            </w: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>. Je reste à votre disposition pour tout échange complémentaire ou pour convenir d’un entretien.</w:t>
            </w:r>
          </w:p>
          <w:p>
            <w:pPr>
              <w:spacing w:before="0" w:after="160" w:line="300" w:lineRule="auto"/>
              <w:jc w:val="both"/>
            </w:pPr>
            <w:r>
              <w:rPr>
                <w:rFonts w:ascii="Aptos" w:hAnsi="Aptos"/>
                <w:b w:val="0"/>
                <w:i w:val="0"/>
                <w:color w:val="2F2F2F"/>
                <w:sz w:val="23"/>
              </w:rPr>
              <w:t>Je vous prie d’agréer, Madame, Monsieur, l’expression de mes salutations distinguées.</w:t>
            </w:r>
          </w:p>
          <w:p>
            <w:pPr>
              <w:spacing w:before="240" w:after="0" w:line="276" w:lineRule="auto"/>
            </w:pPr>
            <w:r>
              <w:rPr>
                <w:rFonts w:ascii="Aptos" w:hAnsi="Aptos"/>
                <w:b/>
                <w:i w:val="0"/>
                <w:color w:val="2F2F2F"/>
                <w:sz w:val="23"/>
              </w:rPr>
              <w:t>[Signature]</w:t>
              <w:br/>
              <w:t>[Nom et prénom]</w:t>
            </w:r>
          </w:p>
        </w:tc>
      </w:tr>
    </w:tbl>
    <w:p>
      <w:pPr>
        <w:sectPr>
          <w:pgSz w:w="12240" w:h="15840"/>
          <w:pgMar w:top="907" w:right="1020" w:bottom="850" w:left="1020" w:header="720" w:footer="720" w:gutter="0"/>
          <w:cols w:space="720"/>
          <w:docGrid w:linePitch="360"/>
        </w:sectPr>
      </w:pPr>
    </w:p>
    <w:p>
      <w:pPr>
        <w:spacing w:before="0" w:after="160" w:line="276" w:lineRule="auto"/>
      </w:pPr>
      <w:r>
        <w:rPr>
          <w:rFonts w:ascii="Aptos" w:hAnsi="Aptos"/>
          <w:b/>
          <w:i w:val="0"/>
          <w:color w:val="23395B"/>
          <w:sz w:val="32"/>
        </w:rPr>
        <w:t>Ajustements rapides avant envoi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7E0EA"/>
          <w:left w:val="single" w:sz="8" w:space="0" w:color="D7E0EA"/>
          <w:bottom w:val="single" w:sz="8" w:space="0" w:color="D7E0EA"/>
          <w:right w:val="single" w:sz="8" w:space="0" w:color="D7E0EA"/>
          <w:insideH w:val="single" w:sz="8" w:space="0" w:color="D7E0EA"/>
          <w:insideV w:val="single" w:sz="8" w:space="0" w:color="D7E0EA"/>
        </w:tblBorders>
      </w:tblPr>
      <w:tblGrid>
        <w:gridCol w:w="5100"/>
        <w:gridCol w:w="5100"/>
      </w:tblGrid>
      <w:tr>
        <w:tc>
          <w:tcPr>
            <w:tcW w:type="dxa" w:w="1134"/>
            <w:shd w:fill="EEF3F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24"/>
              </w:rPr>
              <w:t>☐</w:t>
            </w:r>
          </w:p>
        </w:tc>
        <w:tc>
          <w:tcPr>
            <w:tcW w:type="dxa" w:w="7767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2"/>
              </w:rPr>
              <w:t>Remplacer tous les champs entre crochets par vos informations réelles.</w:t>
            </w:r>
          </w:p>
        </w:tc>
      </w:tr>
      <w:tr>
        <w:tc>
          <w:tcPr>
            <w:tcW w:type="dxa" w:w="1134"/>
            <w:shd w:fill="EEF3F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24"/>
              </w:rPr>
              <w:t>☐</w:t>
            </w:r>
          </w:p>
        </w:tc>
        <w:tc>
          <w:tcPr>
            <w:tcW w:type="dxa" w:w="7767"/>
            <w:shd w:fill="FAFB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2"/>
              </w:rPr>
              <w:t>Adapter un passage pour montrer pourquoi l’entreprise choisie vous intéresse.</w:t>
            </w:r>
          </w:p>
        </w:tc>
      </w:tr>
      <w:tr>
        <w:tc>
          <w:tcPr>
            <w:tcW w:type="dxa" w:w="1134"/>
            <w:shd w:fill="EEF3F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24"/>
              </w:rPr>
              <w:t>☐</w:t>
            </w:r>
          </w:p>
        </w:tc>
        <w:tc>
          <w:tcPr>
            <w:tcW w:type="dxa" w:w="7767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2"/>
              </w:rPr>
              <w:t>Préciser les dates ou la période souhaitée avec clarté.</w:t>
            </w:r>
          </w:p>
        </w:tc>
      </w:tr>
      <w:tr>
        <w:tc>
          <w:tcPr>
            <w:tcW w:type="dxa" w:w="1134"/>
            <w:shd w:fill="EEF3F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24"/>
              </w:rPr>
              <w:t>☐</w:t>
            </w:r>
          </w:p>
        </w:tc>
        <w:tc>
          <w:tcPr>
            <w:tcW w:type="dxa" w:w="7767"/>
            <w:shd w:fill="FAFB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2"/>
              </w:rPr>
              <w:t>Relire l’objet, l’orthographe des noms et la formule de politesse.</w:t>
            </w:r>
          </w:p>
        </w:tc>
      </w:tr>
      <w:tr>
        <w:tc>
          <w:tcPr>
            <w:tcW w:type="dxa" w:w="1134"/>
            <w:shd w:fill="EEF3F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24"/>
              </w:rPr>
              <w:t>☐</w:t>
            </w:r>
          </w:p>
        </w:tc>
        <w:tc>
          <w:tcPr>
            <w:tcW w:type="dxa" w:w="7767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2"/>
              </w:rPr>
              <w:t>Ajouter une signature manuscrite après impression ou une signature numérique si nécessaire.</w:t>
            </w:r>
          </w:p>
        </w:tc>
      </w:tr>
      <w:tr>
        <w:tc>
          <w:tcPr>
            <w:tcW w:type="dxa" w:w="1134"/>
            <w:shd w:fill="EEF3F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  <w:jc w:val="center"/>
            </w:pPr>
            <w:r>
              <w:rPr>
                <w:rFonts w:ascii="Aptos" w:hAnsi="Aptos"/>
                <w:b/>
                <w:i w:val="0"/>
                <w:color w:val="23395B"/>
                <w:sz w:val="24"/>
              </w:rPr>
              <w:t>☐</w:t>
            </w:r>
          </w:p>
        </w:tc>
        <w:tc>
          <w:tcPr>
            <w:tcW w:type="dxa" w:w="7767"/>
            <w:shd w:fill="FAFB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i w:val="0"/>
                <w:color w:val="2F2F2F"/>
                <w:sz w:val="22"/>
              </w:rPr>
              <w:t>Enregistrer en PDF juste avant l’envoi par e-mail.</w:t>
            </w:r>
          </w:p>
        </w:tc>
      </w:tr>
    </w:tbl>
    <w:p>
      <w:pPr>
        <w:spacing w:before="200" w:after="120" w:line="276" w:lineRule="auto"/>
      </w:pPr>
      <w:r>
        <w:rPr>
          <w:rFonts w:ascii="Aptos" w:hAnsi="Aptos"/>
          <w:b/>
          <w:i w:val="0"/>
          <w:color w:val="23395B"/>
          <w:sz w:val="25"/>
        </w:rPr>
        <w:t>Formulations utiles à réutiliser</w:t>
      </w:r>
    </w:p>
    <w:p>
      <w:pPr>
        <w:spacing w:after="100" w:line="283" w:lineRule="auto"/>
        <w:ind w:left="283"/>
      </w:pPr>
      <w:r>
        <w:rPr>
          <w:rFonts w:ascii="Aptos" w:hAnsi="Aptos"/>
          <w:b/>
          <w:i w:val="0"/>
          <w:color w:val="23395B"/>
          <w:sz w:val="22"/>
        </w:rPr>
        <w:t xml:space="preserve">• </w:t>
      </w:r>
      <w:r>
        <w:rPr>
          <w:rFonts w:ascii="Aptos" w:hAnsi="Aptos"/>
          <w:b w:val="0"/>
          <w:i w:val="0"/>
          <w:color w:val="2F2F2F"/>
          <w:sz w:val="22"/>
        </w:rPr>
        <w:t>Votre entreprise représente, à mes yeux, un cadre particulièrement formateur pour découvrir les réalités du métier.</w:t>
      </w:r>
    </w:p>
    <w:p>
      <w:pPr>
        <w:spacing w:after="100" w:line="283" w:lineRule="auto"/>
        <w:ind w:left="283"/>
      </w:pPr>
      <w:r>
        <w:rPr>
          <w:rFonts w:ascii="Aptos" w:hAnsi="Aptos"/>
          <w:b/>
          <w:i w:val="0"/>
          <w:color w:val="23395B"/>
          <w:sz w:val="22"/>
        </w:rPr>
        <w:t xml:space="preserve">• </w:t>
      </w:r>
      <w:r>
        <w:rPr>
          <w:rFonts w:ascii="Aptos" w:hAnsi="Aptos"/>
          <w:b w:val="0"/>
          <w:i w:val="0"/>
          <w:color w:val="2F2F2F"/>
          <w:sz w:val="22"/>
        </w:rPr>
        <w:t>Cette immersion me permettrait d’éclairer mon orientation par une expérience concrète et directement observable.</w:t>
      </w:r>
    </w:p>
    <w:p>
      <w:pPr>
        <w:spacing w:after="100" w:line="283" w:lineRule="auto"/>
        <w:ind w:left="283"/>
      </w:pPr>
      <w:r>
        <w:rPr>
          <w:rFonts w:ascii="Aptos" w:hAnsi="Aptos"/>
          <w:b/>
          <w:i w:val="0"/>
          <w:color w:val="23395B"/>
          <w:sz w:val="22"/>
        </w:rPr>
        <w:t xml:space="preserve">• </w:t>
      </w:r>
      <w:r>
        <w:rPr>
          <w:rFonts w:ascii="Aptos" w:hAnsi="Aptos"/>
          <w:b w:val="0"/>
          <w:i w:val="0"/>
          <w:color w:val="2F2F2F"/>
          <w:sz w:val="22"/>
        </w:rPr>
        <w:t>Je serais reconnaissant(e) de pouvoir bénéficier, même sur une courte période, de l’observation de vos pratiques professionnelles.</w:t>
      </w:r>
    </w:p>
    <w:sectPr w:rsidR="00FC693F" w:rsidRPr="0006063C" w:rsidSect="00034616">
      <w:pgSz w:w="12240" w:h="15840"/>
      <w:pgMar w:top="907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3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