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Lettre de motivation</w:t>
        <w:br/>
        <w:t>Enseignant contractuel débutant</w:t>
      </w:r>
    </w:p>
    <w:p/>
    <w:p>
      <w:r>
        <w:t>[Nom et prénom]</w:t>
        <w:br/>
        <w:t>[Adresse]</w:t>
        <w:br/>
        <w:t>[Code postal] [Ville]</w:t>
        <w:br/>
        <w:t>[Téléphone]</w:t>
        <w:br/>
        <w:t>[E-mail]</w:t>
      </w:r>
    </w:p>
    <w:p>
      <w:pPr>
        <w:jc w:val="right"/>
      </w:pPr>
      <w:r>
        <w:t>À l’attention de [Madame / Monsieur]</w:t>
        <w:br/>
        <w:t>[Établissement]</w:t>
        <w:br/>
        <w:t>[Adresse]</w:t>
        <w:br/>
        <w:t>[Ville], le [Date]</w:t>
      </w:r>
    </w:p>
    <w:p/>
    <w:tbl>
      <w:tblPr>
        <w:tblW w:type="auto" w:w="0"/>
        <w:tblLook w:firstColumn="1" w:firstRow="1" w:lastColumn="0" w:lastRow="0" w:noHBand="0" w:noVBand="1" w:val="04A0"/>
      </w:tblPr>
      <w:tblGrid>
        <w:gridCol w:w="9406"/>
      </w:tblGrid>
      <w:tr>
        <w:tc>
          <w:tcPr>
            <w:tcW w:type="dxa" w:w="9406"/>
            <w:tcBorders>
              <w:top w:val="single" w:sz="8" w:space="0" w:color="000000"/>
              <w:left w:val="single" w:sz="8" w:space="0" w:color="000000"/>
              <w:bottom w:val="single" w:sz="8" w:space="0" w:color="000000"/>
              <w:right w:val="single" w:sz="8" w:space="0" w:color="000000"/>
            </w:tcBorders>
          </w:tcPr>
          <w:p>
            <w:r>
              <w:t>Objet : Candidature au poste d’enseignant contractuel débutant</w:t>
            </w:r>
          </w:p>
        </w:tc>
      </w:tr>
    </w:tbl>
    <w:p/>
    <w:p>
      <w:r>
        <w:t>Madame, Monsieur,</w:t>
        <w:br/>
        <w:br/>
      </w:r>
      <w:r>
        <w:t>Titulaire de [diplôme], je souhaite mettre mes compétences et mon engagement au service de votre établissement en qualité d’enseignant contractuel débutant. Mon parcours m’a permis de développer une base solide dans la discipline de [matière], ainsi qu’une capacité à transmettre des connaissances avec clarté.</w:t>
        <w:br/>
        <w:br/>
        <w:t>Conscient des exigences du métier, je m’investis avec rigueur dans la préparation des cours, le suivi des élèves et l’adaptation pédagogique. Mon sens de l’organisation et ma motivation constituent des atouts pour assurer cette mission.</w:t>
        <w:br/>
        <w:br/>
        <w:t>Intégrer votre établissement représente une opportunité de m’inscrire pleinement dans le métier d’enseignant et de contribuer à la réussite des élèves.</w:t>
        <w:br/>
        <w:br/>
        <w:t>Je reste à votre disposition pour un entretien.</w:t>
        <w:br/>
        <w:br/>
        <w:t>Je vous prie d’agréer, Madame, Monsieur, l’expression de ma considération distinguée.</w:t>
        <w:br/>
        <w:br/>
        <w:t>[Signature]</w:t>
      </w:r>
    </w:p>
    <w:sectPr w:rsidR="00FC693F" w:rsidRPr="0006063C" w:rsidSect="00034616">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